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259F89" w14:textId="77777777" w:rsidR="00281B91" w:rsidRPr="00281B91" w:rsidRDefault="00281B91" w:rsidP="000C2513">
      <w:pPr>
        <w:ind w:left="-709" w:firstLine="709"/>
        <w:rPr>
          <w:sz w:val="18"/>
          <w:szCs w:val="18"/>
        </w:rPr>
      </w:pPr>
      <w:r w:rsidRPr="00281B91">
        <w:rPr>
          <w:sz w:val="18"/>
          <w:szCs w:val="18"/>
        </w:rPr>
        <w:t>REGISTRATURĂ GENERALĂ:</w:t>
      </w:r>
    </w:p>
    <w:p w14:paraId="356636D1" w14:textId="77777777" w:rsidR="00281B91" w:rsidRDefault="00281B91" w:rsidP="00281B91">
      <w:pPr>
        <w:rPr>
          <w:sz w:val="18"/>
          <w:szCs w:val="18"/>
        </w:rPr>
      </w:pPr>
      <w:r w:rsidRPr="00281B91">
        <w:rPr>
          <w:sz w:val="18"/>
          <w:szCs w:val="18"/>
        </w:rPr>
        <w:t xml:space="preserve">NR </w:t>
      </w:r>
      <w:r w:rsidR="002C331D">
        <w:rPr>
          <w:sz w:val="18"/>
          <w:szCs w:val="18"/>
        </w:rPr>
        <w:t xml:space="preserve">  </w:t>
      </w:r>
      <w:r w:rsidRPr="00281B91">
        <w:rPr>
          <w:sz w:val="18"/>
          <w:szCs w:val="18"/>
        </w:rPr>
        <w:t xml:space="preserve"> / DATA </w:t>
      </w:r>
      <w:r w:rsidR="002C331D">
        <w:rPr>
          <w:sz w:val="18"/>
          <w:szCs w:val="18"/>
        </w:rPr>
        <w:t xml:space="preserve"> </w:t>
      </w:r>
    </w:p>
    <w:p w14:paraId="40673CFE" w14:textId="77777777" w:rsidR="000C2513" w:rsidRDefault="000C2513" w:rsidP="00281B91">
      <w:pPr>
        <w:rPr>
          <w:sz w:val="18"/>
          <w:szCs w:val="18"/>
        </w:rPr>
      </w:pPr>
    </w:p>
    <w:p w14:paraId="6F37DDBB" w14:textId="77777777" w:rsidR="000C2513" w:rsidRPr="001531A5" w:rsidRDefault="000C2513" w:rsidP="000C2513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4D42362F" w14:textId="77777777" w:rsidR="000C2513" w:rsidRDefault="000C2513" w:rsidP="000C25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2513" w14:paraId="3BDC8881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00258E9B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0C2513" w:rsidRPr="00F61A70" w14:paraId="4466300D" w14:textId="77777777" w:rsidTr="0053397C">
        <w:trPr>
          <w:cantSplit/>
          <w:trHeight w:val="510"/>
        </w:trPr>
        <w:tc>
          <w:tcPr>
            <w:tcW w:w="9636" w:type="dxa"/>
          </w:tcPr>
          <w:p w14:paraId="166D9F8C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068E8831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comunei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sector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50B7A79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</w:tr>
      <w:tr w:rsidR="000C2513" w:rsidRPr="00F61A70" w14:paraId="15990775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1F4E3020" w14:textId="77777777" w:rsidR="000C2513" w:rsidRPr="005B29C5" w:rsidRDefault="000C2513" w:rsidP="0053397C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2ABFC016" w14:textId="77777777" w:rsidR="000C2513" w:rsidRPr="005B29C5" w:rsidRDefault="000C2513" w:rsidP="000C25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0C2513" w14:paraId="37460902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938E8C2" w14:textId="77777777" w:rsidR="000C2513" w:rsidRDefault="000C2513" w:rsidP="0053397C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0C2513" w14:paraId="40F0D012" w14:textId="77777777" w:rsidTr="0053397C">
        <w:trPr>
          <w:cantSplit/>
          <w:trHeight w:val="510"/>
        </w:trPr>
        <w:tc>
          <w:tcPr>
            <w:tcW w:w="5621" w:type="dxa"/>
            <w:gridSpan w:val="5"/>
          </w:tcPr>
          <w:p w14:paraId="14D463DA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330758AB" w14:textId="77777777" w:rsidR="000C2513" w:rsidRDefault="000C2513" w:rsidP="0053397C">
            <w:pPr>
              <w:keepNext/>
            </w:pPr>
          </w:p>
        </w:tc>
        <w:tc>
          <w:tcPr>
            <w:tcW w:w="4015" w:type="dxa"/>
            <w:gridSpan w:val="3"/>
          </w:tcPr>
          <w:p w14:paraId="3BE173F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32B588C" w14:textId="77777777" w:rsidR="000C2513" w:rsidRDefault="000C2513" w:rsidP="0053397C">
            <w:pPr>
              <w:keepNext/>
            </w:pPr>
          </w:p>
        </w:tc>
      </w:tr>
      <w:tr w:rsidR="000C2513" w14:paraId="34F3097F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6B1AE0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0C2513" w14:paraId="5ED0D918" w14:textId="77777777" w:rsidTr="0053397C">
        <w:trPr>
          <w:cantSplit/>
          <w:trHeight w:val="510"/>
        </w:trPr>
        <w:tc>
          <w:tcPr>
            <w:tcW w:w="1606" w:type="dxa"/>
          </w:tcPr>
          <w:p w14:paraId="6AC02C5E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9730D2E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7DCD814A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4FE5DD15" w14:textId="77777777" w:rsidR="000C2513" w:rsidRDefault="000C2513" w:rsidP="0053397C">
            <w:pPr>
              <w:keepNext/>
            </w:pPr>
          </w:p>
        </w:tc>
        <w:tc>
          <w:tcPr>
            <w:tcW w:w="4818" w:type="dxa"/>
            <w:gridSpan w:val="5"/>
          </w:tcPr>
          <w:p w14:paraId="405F495E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28E73B7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4DFA01C8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0B232861" w14:textId="77777777" w:rsidR="000C2513" w:rsidRDefault="000C2513" w:rsidP="0053397C">
            <w:pPr>
              <w:keepNext/>
            </w:pPr>
          </w:p>
        </w:tc>
      </w:tr>
      <w:tr w:rsidR="000C2513" w14:paraId="6B539DD1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254EFB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0C2513" w14:paraId="390579BE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01DA4255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2F5D78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0D218CFB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B2A2F21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7C5EFCCC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31508F5" w14:textId="77777777" w:rsidR="000C2513" w:rsidRDefault="000C2513" w:rsidP="0053397C">
            <w:pPr>
              <w:keepNext/>
            </w:pPr>
          </w:p>
        </w:tc>
      </w:tr>
      <w:tr w:rsidR="000C2513" w14:paraId="3E418A54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221C469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1CCDD28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1B4D1A4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7F4F77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0BC697DB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CBC575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406F99F2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4719DA0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65B8CC4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D80BE3D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4F0F2830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385A75C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097239C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E207550" w14:textId="77777777" w:rsidR="000C2513" w:rsidRDefault="000C2513" w:rsidP="0053397C">
            <w:pPr>
              <w:keepNext/>
            </w:pPr>
          </w:p>
        </w:tc>
      </w:tr>
      <w:tr w:rsidR="000C2513" w14:paraId="747D7CA9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364938D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0C2513" w14:paraId="76B0448B" w14:textId="77777777" w:rsidTr="0053397C">
        <w:trPr>
          <w:cantSplit/>
          <w:trHeight w:val="510"/>
        </w:trPr>
        <w:tc>
          <w:tcPr>
            <w:tcW w:w="4015" w:type="dxa"/>
            <w:gridSpan w:val="3"/>
          </w:tcPr>
          <w:p w14:paraId="0D2443BA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346F270" w14:textId="77777777" w:rsidR="000C2513" w:rsidRDefault="000C2513" w:rsidP="0053397C">
            <w:pPr>
              <w:keepNext/>
            </w:pPr>
          </w:p>
        </w:tc>
        <w:tc>
          <w:tcPr>
            <w:tcW w:w="5621" w:type="dxa"/>
            <w:gridSpan w:val="5"/>
          </w:tcPr>
          <w:p w14:paraId="13CF918D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D0F800D" w14:textId="77777777" w:rsidR="000C2513" w:rsidRDefault="000C2513" w:rsidP="0053397C">
            <w:pPr>
              <w:keepNext/>
            </w:pPr>
          </w:p>
        </w:tc>
      </w:tr>
      <w:tr w:rsidR="000C2513" w14:paraId="06C8B7B7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426FD2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0C2513" w14:paraId="3EDFE15A" w14:textId="77777777" w:rsidTr="0053397C">
        <w:trPr>
          <w:cantSplit/>
          <w:trHeight w:val="510"/>
        </w:trPr>
        <w:tc>
          <w:tcPr>
            <w:tcW w:w="6424" w:type="dxa"/>
            <w:gridSpan w:val="6"/>
          </w:tcPr>
          <w:p w14:paraId="5D3C9496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781D25AA" w14:textId="77777777" w:rsidR="000C2513" w:rsidRDefault="000C2513" w:rsidP="0053397C"/>
        </w:tc>
        <w:tc>
          <w:tcPr>
            <w:tcW w:w="3212" w:type="dxa"/>
            <w:gridSpan w:val="2"/>
          </w:tcPr>
          <w:p w14:paraId="113AEF89" w14:textId="77777777" w:rsidR="000C2513" w:rsidRDefault="000C2513" w:rsidP="0053397C">
            <w:r>
              <w:rPr>
                <w:b/>
                <w:color w:val="0D5F78"/>
              </w:rPr>
              <w:t>CUI / CIF</w:t>
            </w:r>
          </w:p>
          <w:p w14:paraId="1D040927" w14:textId="77777777" w:rsidR="000C2513" w:rsidRDefault="000C2513" w:rsidP="0053397C"/>
        </w:tc>
      </w:tr>
    </w:tbl>
    <w:p w14:paraId="2DD51EC6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2513" w14:paraId="7F061409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640A6D0A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0C2513" w14:paraId="3603920C" w14:textId="77777777" w:rsidTr="0053397C">
        <w:trPr>
          <w:cantSplit/>
        </w:trPr>
        <w:tc>
          <w:tcPr>
            <w:tcW w:w="9636" w:type="dxa"/>
          </w:tcPr>
          <w:p w14:paraId="273BA3B1" w14:textId="77777777" w:rsidR="000C2513" w:rsidRDefault="000C2513" w:rsidP="0053397C"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din Legea nr.169/2026</w:t>
            </w:r>
          </w:p>
        </w:tc>
      </w:tr>
    </w:tbl>
    <w:p w14:paraId="42069A8B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0C2513" w14:paraId="14BA0185" w14:textId="77777777" w:rsidTr="0053397C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63AB94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0C2513" w14:paraId="5CAA27D0" w14:textId="77777777" w:rsidTr="0053397C">
        <w:trPr>
          <w:cantSplit/>
        </w:trPr>
        <w:tc>
          <w:tcPr>
            <w:tcW w:w="4818" w:type="dxa"/>
          </w:tcPr>
          <w:p w14:paraId="3ED8F9FF" w14:textId="77777777" w:rsidR="000C2513" w:rsidRPr="005B29C5" w:rsidRDefault="000C2513" w:rsidP="0053397C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24FB8BB2" w14:textId="77777777" w:rsidR="000C2513" w:rsidRDefault="000C2513" w:rsidP="0053397C"/>
        </w:tc>
        <w:tc>
          <w:tcPr>
            <w:tcW w:w="4818" w:type="dxa"/>
          </w:tcPr>
          <w:p w14:paraId="612B0042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9B5C096" w14:textId="77777777" w:rsidR="000C2513" w:rsidRDefault="000C2513" w:rsidP="0053397C"/>
        </w:tc>
      </w:tr>
    </w:tbl>
    <w:p w14:paraId="06C630EE" w14:textId="77777777" w:rsidR="000C2513" w:rsidRDefault="000C2513" w:rsidP="000C2513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7C4FD02E" w14:textId="77777777" w:rsidR="000C2513" w:rsidRPr="00C32AB5" w:rsidRDefault="000C2513" w:rsidP="000C251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1CF27DFB" w14:textId="77777777" w:rsidR="000C2513" w:rsidRDefault="000C2513" w:rsidP="000C2513">
      <w:pPr>
        <w:spacing w:after="160"/>
        <w:jc w:val="center"/>
        <w:rPr>
          <w:b/>
        </w:rPr>
      </w:pPr>
      <w:proofErr w:type="spellStart"/>
      <w:r>
        <w:rPr>
          <w:b/>
        </w:rPr>
        <w:t>Autorizației</w:t>
      </w:r>
      <w:proofErr w:type="spellEnd"/>
      <w:r>
        <w:rPr>
          <w:b/>
        </w:rPr>
        <w:t xml:space="preserve"> de </w:t>
      </w:r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</w:t>
      </w:r>
      <w:proofErr w:type="spellStart"/>
      <w:r>
        <w:rPr>
          <w:b/>
        </w:rPr>
        <w:t>construire</w:t>
      </w:r>
      <w:proofErr w:type="spellEnd"/>
      <w:r>
        <w:rPr>
          <w:b/>
        </w:rPr>
        <w:t xml:space="preserve"> / </w:t>
      </w:r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</w:t>
      </w:r>
      <w:proofErr w:type="spellStart"/>
      <w:r>
        <w:rPr>
          <w:b/>
        </w:rPr>
        <w:t>desființare</w:t>
      </w:r>
      <w:proofErr w:type="spellEnd"/>
      <w:r>
        <w:rPr>
          <w:b/>
        </w:rPr>
        <w:t xml:space="preserve"> </w:t>
      </w:r>
    </w:p>
    <w:p w14:paraId="1DD7D709" w14:textId="77777777" w:rsidR="000C2513" w:rsidRPr="00C32AB5" w:rsidRDefault="000C2513" w:rsidP="000C2513">
      <w:pPr>
        <w:spacing w:after="160"/>
        <w:jc w:val="center"/>
        <w:rPr>
          <w:b/>
        </w:rPr>
      </w:pPr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</w:t>
      </w:r>
      <w:proofErr w:type="spellStart"/>
      <w:r>
        <w:rPr>
          <w:b/>
        </w:rPr>
        <w:t>clădiri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amenjări</w:t>
      </w:r>
      <w:proofErr w:type="spellEnd"/>
      <w:r>
        <w:rPr>
          <w:b/>
        </w:rPr>
        <w:t xml:space="preserve"> / </w:t>
      </w:r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</w:t>
      </w:r>
      <w:proofErr w:type="spellStart"/>
      <w:r>
        <w:rPr>
          <w:b/>
        </w:rPr>
        <w:t>lucrări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inginerești</w:t>
      </w:r>
      <w:proofErr w:type="spellEnd"/>
      <w:r>
        <w:rPr>
          <w:b/>
        </w:rPr>
        <w:t xml:space="preserve"> / </w:t>
      </w:r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</w:t>
      </w:r>
      <w:proofErr w:type="spellStart"/>
      <w:r>
        <w:rPr>
          <w:b/>
        </w:rPr>
        <w:t>construcții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speciale</w:t>
      </w:r>
      <w:proofErr w:type="spellEnd"/>
    </w:p>
    <w:p w14:paraId="7C61275E" w14:textId="77777777" w:rsidR="000C2513" w:rsidRDefault="000C2513" w:rsidP="000C2513">
      <w:pPr>
        <w:spacing w:after="160"/>
        <w:jc w:val="center"/>
      </w:pPr>
      <w:r>
        <w:t xml:space="preserve">precum </w:t>
      </w:r>
      <w:proofErr w:type="spellStart"/>
      <w:r>
        <w:t>și</w:t>
      </w:r>
      <w:proofErr w:type="spellEnd"/>
      <w:r>
        <w:t xml:space="preserve"> a </w:t>
      </w:r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</w:t>
      </w:r>
      <w:proofErr w:type="spellStart"/>
      <w:r>
        <w:rPr>
          <w:b/>
        </w:rPr>
        <w:t>Autorizației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amenajare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organizării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execuției</w:t>
      </w:r>
      <w:proofErr w:type="spellEnd"/>
      <w:r>
        <w:rPr>
          <w:b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2513" w:rsidRPr="00F61A70" w14:paraId="7395B375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36303CB5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0C2513" w14:paraId="4F25CFAD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51128930" w14:textId="77777777" w:rsidR="000C2513" w:rsidRDefault="000C2513" w:rsidP="0053397C">
            <w:pPr>
              <w:keepNext/>
              <w:spacing w:line="228" w:lineRule="auto"/>
            </w:pPr>
            <w:r>
              <w:t xml:space="preserve">include cel </w:t>
            </w:r>
            <w:proofErr w:type="spellStart"/>
            <w:r>
              <w:t>puțin</w:t>
            </w:r>
            <w:proofErr w:type="spellEnd"/>
            <w:r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0C2513" w14:paraId="50C44370" w14:textId="77777777" w:rsidTr="0053397C">
        <w:trPr>
          <w:cantSplit/>
        </w:trPr>
        <w:tc>
          <w:tcPr>
            <w:tcW w:w="9636" w:type="dxa"/>
          </w:tcPr>
          <w:p w14:paraId="789D067F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B0F307F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145C0E96" w14:textId="77777777" w:rsidR="000C2513" w:rsidRDefault="000C2513" w:rsidP="000C251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0C2513" w14:paraId="13475E26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AA83D60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lastRenderedPageBreak/>
              <w:t xml:space="preserve"> 6.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0C2513" w:rsidRPr="00F61A70" w14:paraId="23BCBD9A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3F39C37" w14:textId="77777777" w:rsidR="000C2513" w:rsidRPr="005B29C5" w:rsidRDefault="000C2513" w:rsidP="0053397C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0C2513" w14:paraId="347601D5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AC28BB3" w14:textId="77777777" w:rsidR="000C2513" w:rsidRDefault="000C2513" w:rsidP="0053397C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0C2513" w14:paraId="1ED156C2" w14:textId="77777777" w:rsidTr="0053397C">
        <w:trPr>
          <w:cantSplit/>
          <w:trHeight w:val="510"/>
        </w:trPr>
        <w:tc>
          <w:tcPr>
            <w:tcW w:w="3212" w:type="dxa"/>
          </w:tcPr>
          <w:p w14:paraId="2E311DE0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2D53D785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047FC530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34BC7AEF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3DC4FB04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8DE9A46" w14:textId="77777777" w:rsidR="000C2513" w:rsidRDefault="000C2513" w:rsidP="0053397C">
            <w:pPr>
              <w:keepNext/>
            </w:pPr>
          </w:p>
        </w:tc>
      </w:tr>
      <w:tr w:rsidR="000C2513" w14:paraId="6D3D1139" w14:textId="77777777" w:rsidTr="0053397C">
        <w:trPr>
          <w:cantSplit/>
          <w:trHeight w:val="510"/>
        </w:trPr>
        <w:tc>
          <w:tcPr>
            <w:tcW w:w="3212" w:type="dxa"/>
          </w:tcPr>
          <w:p w14:paraId="5FFA1675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3C795F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6308F672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E35172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50B8810B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3B5BC9" w14:textId="77777777" w:rsidR="000C2513" w:rsidRDefault="000C2513" w:rsidP="0053397C">
            <w:pPr>
              <w:keepNext/>
            </w:pPr>
          </w:p>
        </w:tc>
      </w:tr>
      <w:tr w:rsidR="000C2513" w14:paraId="3183E366" w14:textId="77777777" w:rsidTr="0053397C">
        <w:trPr>
          <w:cantSplit/>
          <w:trHeight w:val="510"/>
        </w:trPr>
        <w:tc>
          <w:tcPr>
            <w:tcW w:w="3212" w:type="dxa"/>
          </w:tcPr>
          <w:p w14:paraId="5ACAA46D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B12D905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0D1C4C1E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1A0D053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6164C72F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23A376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3E6C68BF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FB4AD1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46720F30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0BD876C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2200EBB0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85E9449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7F6B63B9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5DD9AAE" w14:textId="77777777" w:rsidR="000C2513" w:rsidRDefault="000C2513" w:rsidP="0053397C">
            <w:pPr>
              <w:keepNext/>
            </w:pPr>
          </w:p>
        </w:tc>
      </w:tr>
    </w:tbl>
    <w:p w14:paraId="2BB77FE5" w14:textId="77777777" w:rsidR="000C2513" w:rsidRDefault="000C2513" w:rsidP="000C2513">
      <w:pPr>
        <w:spacing w:line="168" w:lineRule="auto"/>
      </w:pPr>
    </w:p>
    <w:p w14:paraId="39B244BD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0C2513" w:rsidRPr="00F61A70" w14:paraId="3C4C6EB7" w14:textId="77777777" w:rsidTr="0053397C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03EA9E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0C2513" w:rsidRPr="005B29C5" w14:paraId="38A3AA03" w14:textId="77777777" w:rsidTr="0053397C">
        <w:trPr>
          <w:cantSplit/>
        </w:trPr>
        <w:tc>
          <w:tcPr>
            <w:tcW w:w="9636" w:type="dxa"/>
            <w:gridSpan w:val="4"/>
          </w:tcPr>
          <w:p w14:paraId="5B40289D" w14:textId="77777777" w:rsidR="000C2513" w:rsidRDefault="000C2513" w:rsidP="0053397C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Proiect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pentru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762E979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0C2513" w14:paraId="56B7C781" w14:textId="77777777" w:rsidTr="0053397C">
        <w:trPr>
          <w:cantSplit/>
          <w:trHeight w:val="510"/>
        </w:trPr>
        <w:tc>
          <w:tcPr>
            <w:tcW w:w="3212" w:type="dxa"/>
          </w:tcPr>
          <w:p w14:paraId="79BE13DF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0C0D499A" w14:textId="77777777" w:rsidR="000C2513" w:rsidRDefault="000C2513" w:rsidP="0053397C">
            <w:pPr>
              <w:keepNext/>
            </w:pPr>
          </w:p>
        </w:tc>
        <w:tc>
          <w:tcPr>
            <w:tcW w:w="6424" w:type="dxa"/>
            <w:gridSpan w:val="3"/>
          </w:tcPr>
          <w:p w14:paraId="74CD4886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026423A3" w14:textId="77777777" w:rsidR="000C2513" w:rsidRDefault="000C2513" w:rsidP="0053397C">
            <w:pPr>
              <w:keepNext/>
            </w:pPr>
          </w:p>
        </w:tc>
      </w:tr>
      <w:tr w:rsidR="000C2513" w14:paraId="53126CC7" w14:textId="77777777" w:rsidTr="0053397C">
        <w:trPr>
          <w:cantSplit/>
          <w:trHeight w:val="510"/>
        </w:trPr>
        <w:tc>
          <w:tcPr>
            <w:tcW w:w="4015" w:type="dxa"/>
            <w:gridSpan w:val="2"/>
          </w:tcPr>
          <w:p w14:paraId="636D8EE8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7D105276" w14:textId="77777777" w:rsidR="000C2513" w:rsidRDefault="000C2513" w:rsidP="0053397C"/>
        </w:tc>
        <w:tc>
          <w:tcPr>
            <w:tcW w:w="1606" w:type="dxa"/>
          </w:tcPr>
          <w:p w14:paraId="7638868E" w14:textId="77777777" w:rsidR="000C2513" w:rsidRDefault="000C2513" w:rsidP="0053397C">
            <w:r>
              <w:rPr>
                <w:b/>
                <w:color w:val="0D5F78"/>
              </w:rPr>
              <w:t>Nr. TNA</w:t>
            </w:r>
          </w:p>
          <w:p w14:paraId="718EE201" w14:textId="77777777" w:rsidR="000C2513" w:rsidRDefault="000C2513" w:rsidP="0053397C"/>
        </w:tc>
        <w:tc>
          <w:tcPr>
            <w:tcW w:w="4015" w:type="dxa"/>
          </w:tcPr>
          <w:p w14:paraId="11813A46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25A5574A" w14:textId="77777777" w:rsidR="000C2513" w:rsidRDefault="000C2513" w:rsidP="0053397C"/>
        </w:tc>
      </w:tr>
    </w:tbl>
    <w:p w14:paraId="04E3DF4B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0C2513" w:rsidRPr="00F61A70" w14:paraId="76101A78" w14:textId="77777777" w:rsidTr="0053397C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4FA0149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8. </w:t>
            </w:r>
            <w:r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0C2513" w:rsidRPr="00F61A70" w14:paraId="07E73B11" w14:textId="77777777" w:rsidTr="0053397C">
        <w:trPr>
          <w:cantSplit/>
        </w:trPr>
        <w:tc>
          <w:tcPr>
            <w:tcW w:w="9636" w:type="dxa"/>
            <w:gridSpan w:val="2"/>
          </w:tcPr>
          <w:p w14:paraId="62D45C56" w14:textId="77777777" w:rsidR="000C2513" w:rsidRPr="003F6F31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  </w:t>
            </w:r>
            <w:r w:rsidRPr="003F6F3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2 / NVP 2     </w:t>
            </w:r>
            <w:r w:rsidRPr="003F6F3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3 / NVP 3     </w:t>
            </w:r>
            <w:r w:rsidRPr="003F6F3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4 / NVP 4</w:t>
            </w:r>
          </w:p>
        </w:tc>
      </w:tr>
      <w:tr w:rsidR="000C2513" w14:paraId="11AD22FF" w14:textId="77777777" w:rsidTr="0053397C">
        <w:trPr>
          <w:cantSplit/>
          <w:trHeight w:val="510"/>
        </w:trPr>
        <w:tc>
          <w:tcPr>
            <w:tcW w:w="5621" w:type="dxa"/>
          </w:tcPr>
          <w:p w14:paraId="4CD1BD43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25569520" w14:textId="77777777" w:rsidR="000C2513" w:rsidRDefault="000C2513" w:rsidP="0053397C">
            <w:pPr>
              <w:keepNext/>
            </w:pPr>
          </w:p>
        </w:tc>
        <w:tc>
          <w:tcPr>
            <w:tcW w:w="4015" w:type="dxa"/>
          </w:tcPr>
          <w:p w14:paraId="05A3A1AE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717E3466" w14:textId="77777777" w:rsidR="000C2513" w:rsidRDefault="000C2513" w:rsidP="0053397C">
            <w:pPr>
              <w:keepNext/>
            </w:pPr>
          </w:p>
        </w:tc>
      </w:tr>
      <w:tr w:rsidR="000C2513" w14:paraId="3B4F33AA" w14:textId="77777777" w:rsidTr="0053397C">
        <w:trPr>
          <w:cantSplit/>
          <w:trHeight w:val="510"/>
        </w:trPr>
        <w:tc>
          <w:tcPr>
            <w:tcW w:w="5621" w:type="dxa"/>
          </w:tcPr>
          <w:p w14:paraId="3A244084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BE46B" w14:textId="77777777" w:rsidR="000C2513" w:rsidRDefault="000C2513" w:rsidP="0053397C">
            <w:pPr>
              <w:keepNext/>
            </w:pPr>
          </w:p>
        </w:tc>
        <w:tc>
          <w:tcPr>
            <w:tcW w:w="4015" w:type="dxa"/>
          </w:tcPr>
          <w:p w14:paraId="780695E3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FB12E6F" w14:textId="77777777" w:rsidR="000C2513" w:rsidRDefault="000C2513" w:rsidP="0053397C">
            <w:pPr>
              <w:keepNext/>
            </w:pPr>
          </w:p>
        </w:tc>
      </w:tr>
      <w:tr w:rsidR="000C2513" w14:paraId="590D7817" w14:textId="77777777" w:rsidTr="0053397C">
        <w:trPr>
          <w:cantSplit/>
          <w:trHeight w:val="510"/>
        </w:trPr>
        <w:tc>
          <w:tcPr>
            <w:tcW w:w="5621" w:type="dxa"/>
          </w:tcPr>
          <w:p w14:paraId="687DC457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BE237AA" w14:textId="77777777" w:rsidR="000C2513" w:rsidRDefault="000C2513" w:rsidP="0053397C">
            <w:pPr>
              <w:keepNext/>
            </w:pPr>
          </w:p>
        </w:tc>
        <w:tc>
          <w:tcPr>
            <w:tcW w:w="4015" w:type="dxa"/>
          </w:tcPr>
          <w:p w14:paraId="707E4A79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7FBFC5E" w14:textId="77777777" w:rsidR="000C2513" w:rsidRDefault="000C2513" w:rsidP="0053397C">
            <w:pPr>
              <w:keepNext/>
            </w:pPr>
          </w:p>
        </w:tc>
      </w:tr>
      <w:tr w:rsidR="000C2513" w14:paraId="725C5CFB" w14:textId="77777777" w:rsidTr="0053397C">
        <w:trPr>
          <w:cantSplit/>
          <w:trHeight w:val="510"/>
        </w:trPr>
        <w:tc>
          <w:tcPr>
            <w:tcW w:w="5621" w:type="dxa"/>
          </w:tcPr>
          <w:p w14:paraId="74C4F14E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26A2D34" w14:textId="77777777" w:rsidR="000C2513" w:rsidRDefault="000C2513" w:rsidP="0053397C">
            <w:pPr>
              <w:keepNext/>
            </w:pPr>
          </w:p>
        </w:tc>
        <w:tc>
          <w:tcPr>
            <w:tcW w:w="4015" w:type="dxa"/>
          </w:tcPr>
          <w:p w14:paraId="7E550512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EB073EF" w14:textId="77777777" w:rsidR="000C2513" w:rsidRDefault="000C2513" w:rsidP="0053397C">
            <w:pPr>
              <w:keepNext/>
            </w:pPr>
          </w:p>
        </w:tc>
      </w:tr>
      <w:tr w:rsidR="000C2513" w14:paraId="044E859F" w14:textId="77777777" w:rsidTr="0053397C">
        <w:trPr>
          <w:cantSplit/>
          <w:trHeight w:val="510"/>
        </w:trPr>
        <w:tc>
          <w:tcPr>
            <w:tcW w:w="5621" w:type="dxa"/>
          </w:tcPr>
          <w:p w14:paraId="5C67FC1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C4023AE" w14:textId="77777777" w:rsidR="000C2513" w:rsidRDefault="000C2513" w:rsidP="0053397C">
            <w:pPr>
              <w:keepNext/>
            </w:pPr>
          </w:p>
        </w:tc>
        <w:tc>
          <w:tcPr>
            <w:tcW w:w="4015" w:type="dxa"/>
          </w:tcPr>
          <w:p w14:paraId="63A58BB2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0ED226C" w14:textId="77777777" w:rsidR="000C2513" w:rsidRDefault="000C2513" w:rsidP="0053397C">
            <w:pPr>
              <w:keepNext/>
            </w:pPr>
          </w:p>
        </w:tc>
      </w:tr>
      <w:tr w:rsidR="000C2513" w14:paraId="74C2FD55" w14:textId="77777777" w:rsidTr="0053397C">
        <w:trPr>
          <w:cantSplit/>
          <w:trHeight w:val="510"/>
        </w:trPr>
        <w:tc>
          <w:tcPr>
            <w:tcW w:w="5621" w:type="dxa"/>
          </w:tcPr>
          <w:p w14:paraId="5368C5F4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57F0D62" w14:textId="77777777" w:rsidR="000C2513" w:rsidRDefault="000C2513" w:rsidP="0053397C"/>
        </w:tc>
        <w:tc>
          <w:tcPr>
            <w:tcW w:w="4015" w:type="dxa"/>
          </w:tcPr>
          <w:p w14:paraId="26317073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1B3AB64" w14:textId="77777777" w:rsidR="000C2513" w:rsidRDefault="000C2513" w:rsidP="0053397C"/>
        </w:tc>
      </w:tr>
    </w:tbl>
    <w:p w14:paraId="777D9632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0C2513" w14:paraId="6B77A37C" w14:textId="77777777" w:rsidTr="0053397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F7E0CB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0C2513" w:rsidRPr="00F61A70" w14:paraId="49884928" w14:textId="77777777" w:rsidTr="0053397C">
        <w:trPr>
          <w:cantSplit/>
          <w:trHeight w:val="510"/>
        </w:trPr>
        <w:tc>
          <w:tcPr>
            <w:tcW w:w="4015" w:type="dxa"/>
          </w:tcPr>
          <w:p w14:paraId="67C7C0C8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53BB8DB" w14:textId="77777777" w:rsidR="000C2513" w:rsidRDefault="000C2513" w:rsidP="0053397C"/>
        </w:tc>
        <w:tc>
          <w:tcPr>
            <w:tcW w:w="3212" w:type="dxa"/>
          </w:tcPr>
          <w:p w14:paraId="0F2FA199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31571DC2" w14:textId="77777777" w:rsidR="000C2513" w:rsidRDefault="000C2513" w:rsidP="0053397C"/>
        </w:tc>
        <w:tc>
          <w:tcPr>
            <w:tcW w:w="2409" w:type="dxa"/>
          </w:tcPr>
          <w:p w14:paraId="761D77A3" w14:textId="77777777" w:rsidR="000C2513" w:rsidRPr="005B29C5" w:rsidRDefault="000C2513" w:rsidP="0053397C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63839216" w14:textId="77777777" w:rsidR="000C2513" w:rsidRPr="005B29C5" w:rsidRDefault="000C2513" w:rsidP="0053397C">
            <w:pPr>
              <w:rPr>
                <w:lang w:val="fr-FR"/>
              </w:rPr>
            </w:pPr>
          </w:p>
        </w:tc>
      </w:tr>
    </w:tbl>
    <w:p w14:paraId="0C6B6458" w14:textId="77777777" w:rsidR="000C2513" w:rsidRPr="005B29C5" w:rsidRDefault="000C2513" w:rsidP="000C251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2513" w14:paraId="6E85774B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0EF52B29" w14:textId="77777777" w:rsidR="000C2513" w:rsidRDefault="000C2513" w:rsidP="0053397C">
            <w:pPr>
              <w:keepNext/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10.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0C2513" w:rsidRPr="00F61A70" w14:paraId="225AFFA6" w14:textId="77777777" w:rsidTr="0053397C">
        <w:trPr>
          <w:cantSplit/>
        </w:trPr>
        <w:tc>
          <w:tcPr>
            <w:tcW w:w="9636" w:type="dxa"/>
          </w:tcPr>
          <w:p w14:paraId="113E6951" w14:textId="77777777" w:rsidR="000C2513" w:rsidRPr="002B61AC" w:rsidRDefault="000C2513" w:rsidP="0053397C">
            <w:pPr>
              <w:keepNext/>
              <w:rPr>
                <w:sz w:val="16"/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, nu mai </w:t>
            </w:r>
            <w:proofErr w:type="spellStart"/>
            <w:r>
              <w:rPr>
                <w:sz w:val="16"/>
                <w:lang w:val="fr-FR"/>
              </w:rPr>
              <w:t>vechi</w:t>
            </w:r>
            <w:proofErr w:type="spellEnd"/>
            <w:r>
              <w:rPr>
                <w:sz w:val="16"/>
                <w:lang w:val="fr-FR"/>
              </w:rPr>
              <w:t xml:space="preserve"> de 30 de </w:t>
            </w:r>
            <w:proofErr w:type="spellStart"/>
            <w:r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0C2513" w:rsidRPr="00F61A70" w14:paraId="79578EC6" w14:textId="77777777" w:rsidTr="0053397C">
        <w:trPr>
          <w:cantSplit/>
        </w:trPr>
        <w:tc>
          <w:tcPr>
            <w:tcW w:w="9636" w:type="dxa"/>
          </w:tcPr>
          <w:p w14:paraId="180E5820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0C2513" w:rsidRPr="00F61A70" w14:paraId="2BBFF7E4" w14:textId="77777777" w:rsidTr="0053397C">
        <w:trPr>
          <w:cantSplit/>
        </w:trPr>
        <w:tc>
          <w:tcPr>
            <w:tcW w:w="9636" w:type="dxa"/>
          </w:tcPr>
          <w:p w14:paraId="2F0D4940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0C2513" w:rsidRPr="00F61A70" w14:paraId="4CFEAD4F" w14:textId="77777777" w:rsidTr="0053397C">
        <w:trPr>
          <w:cantSplit/>
        </w:trPr>
        <w:tc>
          <w:tcPr>
            <w:tcW w:w="9636" w:type="dxa"/>
          </w:tcPr>
          <w:p w14:paraId="7E959EEC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0C2513" w14:paraId="29868934" w14:textId="77777777" w:rsidTr="0053397C">
        <w:trPr>
          <w:cantSplit/>
        </w:trPr>
        <w:tc>
          <w:tcPr>
            <w:tcW w:w="9636" w:type="dxa"/>
          </w:tcPr>
          <w:p w14:paraId="614B86FD" w14:textId="77777777" w:rsidR="000C2513" w:rsidRDefault="000C2513" w:rsidP="0053397C">
            <w:pPr>
              <w:keepNext/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0C2513" w14:paraId="253C2F17" w14:textId="77777777" w:rsidTr="0053397C">
        <w:trPr>
          <w:cantSplit/>
        </w:trPr>
        <w:tc>
          <w:tcPr>
            <w:tcW w:w="9636" w:type="dxa"/>
          </w:tcPr>
          <w:p w14:paraId="294A5BF2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24B61467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83983D0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5182BEF1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FE41179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B7F1458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0C2513" w14:paraId="134AE03B" w14:textId="77777777" w:rsidTr="0053397C">
        <w:trPr>
          <w:cantSplit/>
        </w:trPr>
        <w:tc>
          <w:tcPr>
            <w:tcW w:w="9636" w:type="dxa"/>
          </w:tcPr>
          <w:p w14:paraId="10E744E6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0C2513" w14:paraId="35A53068" w14:textId="77777777" w:rsidTr="0053397C">
        <w:trPr>
          <w:cantSplit/>
        </w:trPr>
        <w:tc>
          <w:tcPr>
            <w:tcW w:w="9636" w:type="dxa"/>
          </w:tcPr>
          <w:p w14:paraId="3A890582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0C2513" w:rsidRPr="00F61A70" w14:paraId="0F3E1223" w14:textId="77777777" w:rsidTr="0053397C">
        <w:trPr>
          <w:cantSplit/>
        </w:trPr>
        <w:tc>
          <w:tcPr>
            <w:tcW w:w="9636" w:type="dxa"/>
          </w:tcPr>
          <w:p w14:paraId="1D3EDA01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0C2513" w:rsidRPr="00F61A70" w14:paraId="53CD527F" w14:textId="77777777" w:rsidTr="0053397C">
        <w:trPr>
          <w:cantSplit/>
        </w:trPr>
        <w:tc>
          <w:tcPr>
            <w:tcW w:w="9636" w:type="dxa"/>
          </w:tcPr>
          <w:p w14:paraId="5B4A7DEA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0C2513" w:rsidRPr="00F61A70" w14:paraId="43E62539" w14:textId="77777777" w:rsidTr="0053397C">
        <w:trPr>
          <w:cantSplit/>
        </w:trPr>
        <w:tc>
          <w:tcPr>
            <w:tcW w:w="9636" w:type="dxa"/>
          </w:tcPr>
          <w:p w14:paraId="06E2BFD6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0C2513" w:rsidRPr="00F61A70" w14:paraId="7002ED37" w14:textId="77777777" w:rsidTr="0053397C">
        <w:trPr>
          <w:cantSplit/>
        </w:trPr>
        <w:tc>
          <w:tcPr>
            <w:tcW w:w="9636" w:type="dxa"/>
          </w:tcPr>
          <w:p w14:paraId="6F2EC330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0C2513" w:rsidRPr="00F61A70" w14:paraId="034AE59B" w14:textId="77777777" w:rsidTr="0053397C">
        <w:trPr>
          <w:cantSplit/>
        </w:trPr>
        <w:tc>
          <w:tcPr>
            <w:tcW w:w="9636" w:type="dxa"/>
          </w:tcPr>
          <w:p w14:paraId="3B533CA9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0C2513" w:rsidRPr="00F61A70" w14:paraId="096729A3" w14:textId="77777777" w:rsidTr="0053397C">
        <w:trPr>
          <w:cantSplit/>
        </w:trPr>
        <w:tc>
          <w:tcPr>
            <w:tcW w:w="9636" w:type="dxa"/>
          </w:tcPr>
          <w:p w14:paraId="6B57265A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0C2513" w:rsidRPr="00F61A70" w14:paraId="1B26FA4E" w14:textId="77777777" w:rsidTr="0053397C">
        <w:trPr>
          <w:cantSplit/>
        </w:trPr>
        <w:tc>
          <w:tcPr>
            <w:tcW w:w="9636" w:type="dxa"/>
          </w:tcPr>
          <w:p w14:paraId="55B4FBA6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0C2513" w:rsidRPr="00F61A70" w14:paraId="3219A4E3" w14:textId="77777777" w:rsidTr="0053397C">
        <w:trPr>
          <w:cantSplit/>
        </w:trPr>
        <w:tc>
          <w:tcPr>
            <w:tcW w:w="9636" w:type="dxa"/>
          </w:tcPr>
          <w:p w14:paraId="415D447F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0C2513" w:rsidRPr="00F61A70" w14:paraId="0FE73068" w14:textId="77777777" w:rsidTr="0053397C">
        <w:trPr>
          <w:cantSplit/>
        </w:trPr>
        <w:tc>
          <w:tcPr>
            <w:tcW w:w="9636" w:type="dxa"/>
          </w:tcPr>
          <w:p w14:paraId="1CD76FC2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0C2513" w:rsidRPr="00F61A70" w14:paraId="25D6C03B" w14:textId="77777777" w:rsidTr="0053397C">
        <w:trPr>
          <w:cantSplit/>
        </w:trPr>
        <w:tc>
          <w:tcPr>
            <w:tcW w:w="9636" w:type="dxa"/>
          </w:tcPr>
          <w:p w14:paraId="3338D1D6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3A9967D5" w14:textId="77777777" w:rsidR="000C2513" w:rsidRPr="005B29C5" w:rsidRDefault="000C2513" w:rsidP="000C25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2513" w14:paraId="3B810C9D" w14:textId="77777777" w:rsidTr="0053397C">
        <w:trPr>
          <w:cantSplit/>
        </w:trPr>
        <w:tc>
          <w:tcPr>
            <w:tcW w:w="9636" w:type="dxa"/>
          </w:tcPr>
          <w:p w14:paraId="2A312C66" w14:textId="77777777" w:rsidR="000C2513" w:rsidRDefault="000C2513" w:rsidP="0053397C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Legea nr.169/2026.</w:t>
            </w:r>
          </w:p>
        </w:tc>
      </w:tr>
    </w:tbl>
    <w:p w14:paraId="60CDA86B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0C2513" w14:paraId="6DD84C98" w14:textId="77777777" w:rsidTr="0053397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2F25A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0C2513" w14:paraId="4B59C32B" w14:textId="77777777" w:rsidTr="0053397C">
        <w:trPr>
          <w:cantSplit/>
          <w:trHeight w:val="510"/>
        </w:trPr>
        <w:tc>
          <w:tcPr>
            <w:tcW w:w="1606" w:type="dxa"/>
          </w:tcPr>
          <w:p w14:paraId="1DFF649F" w14:textId="77777777" w:rsidR="000C2513" w:rsidRDefault="000C2513" w:rsidP="0053397C">
            <w:r>
              <w:rPr>
                <w:b/>
                <w:color w:val="0D5F78"/>
              </w:rPr>
              <w:t>Data</w:t>
            </w:r>
          </w:p>
          <w:p w14:paraId="69C3F5E9" w14:textId="77777777" w:rsidR="000C2513" w:rsidRDefault="000C2513" w:rsidP="0053397C"/>
        </w:tc>
        <w:tc>
          <w:tcPr>
            <w:tcW w:w="4818" w:type="dxa"/>
          </w:tcPr>
          <w:p w14:paraId="1DBDD6CB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6E5F9D9" w14:textId="77777777" w:rsidR="000C2513" w:rsidRDefault="000C2513" w:rsidP="0053397C"/>
        </w:tc>
        <w:tc>
          <w:tcPr>
            <w:tcW w:w="3212" w:type="dxa"/>
          </w:tcPr>
          <w:p w14:paraId="0FAEB3FB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C3B55DD" w14:textId="77777777" w:rsidR="000C2513" w:rsidRDefault="000C2513" w:rsidP="0053397C"/>
        </w:tc>
      </w:tr>
    </w:tbl>
    <w:p w14:paraId="4DA13830" w14:textId="77777777" w:rsidR="000C2513" w:rsidRDefault="000C2513" w:rsidP="000C2513">
      <w:pPr>
        <w:spacing w:line="168" w:lineRule="auto"/>
      </w:pPr>
    </w:p>
    <w:p w14:paraId="3CF57509" w14:textId="77777777" w:rsidR="000C2513" w:rsidRDefault="000C2513" w:rsidP="000C2513">
      <w:r>
        <w:br w:type="page"/>
      </w:r>
    </w:p>
    <w:p w14:paraId="2F97ADD1" w14:textId="77777777" w:rsidR="000C2513" w:rsidRDefault="000C2513" w:rsidP="000C2513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68F3F2B4" w14:textId="77777777" w:rsidR="000C2513" w:rsidRPr="005B29C5" w:rsidRDefault="000C2513" w:rsidP="000C2513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71B2E40A" w14:textId="77777777" w:rsidR="000C2513" w:rsidRPr="005B29C5" w:rsidRDefault="000C2513" w:rsidP="000C2513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>
        <w:rPr>
          <w:sz w:val="19"/>
          <w:lang w:val="fr-FR"/>
        </w:rPr>
        <w:t xml:space="preserve">se </w:t>
      </w:r>
      <w:proofErr w:type="spellStart"/>
      <w:r>
        <w:rPr>
          <w:sz w:val="19"/>
          <w:lang w:val="fr-FR"/>
        </w:rPr>
        <w:t>referă</w:t>
      </w:r>
      <w:proofErr w:type="spellEnd"/>
      <w:r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76E34F1D" w14:textId="77777777" w:rsidR="000C2513" w:rsidRPr="005B29C5" w:rsidRDefault="000C2513" w:rsidP="000C251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0C2513" w14:paraId="1A8C4EDD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5EF291" w14:textId="77777777" w:rsidR="000C2513" w:rsidRDefault="000C2513" w:rsidP="0053397C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0C2513" w14:paraId="6918440D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BA31E1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0C2513" w14:paraId="30727CC5" w14:textId="77777777" w:rsidTr="0053397C">
        <w:trPr>
          <w:cantSplit/>
          <w:trHeight w:val="510"/>
        </w:trPr>
        <w:tc>
          <w:tcPr>
            <w:tcW w:w="3212" w:type="dxa"/>
          </w:tcPr>
          <w:p w14:paraId="62F79338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ED7A5C8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1FFCCB6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0D5D40E8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4D8FAF24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1C3ECE06" w14:textId="77777777" w:rsidR="000C2513" w:rsidRDefault="000C2513" w:rsidP="0053397C">
            <w:pPr>
              <w:keepNext/>
            </w:pPr>
          </w:p>
        </w:tc>
      </w:tr>
      <w:tr w:rsidR="000C2513" w14:paraId="2F7F63BB" w14:textId="77777777" w:rsidTr="0053397C">
        <w:trPr>
          <w:cantSplit/>
          <w:trHeight w:val="510"/>
        </w:trPr>
        <w:tc>
          <w:tcPr>
            <w:tcW w:w="3212" w:type="dxa"/>
          </w:tcPr>
          <w:p w14:paraId="33295B12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497A2A5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58477D5D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9A1486E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4B64702A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72FCAAE" w14:textId="77777777" w:rsidR="000C2513" w:rsidRDefault="000C2513" w:rsidP="0053397C">
            <w:pPr>
              <w:keepNext/>
            </w:pPr>
          </w:p>
        </w:tc>
      </w:tr>
      <w:tr w:rsidR="000C2513" w14:paraId="6348C0E7" w14:textId="77777777" w:rsidTr="0053397C">
        <w:trPr>
          <w:cantSplit/>
          <w:trHeight w:val="510"/>
        </w:trPr>
        <w:tc>
          <w:tcPr>
            <w:tcW w:w="3212" w:type="dxa"/>
          </w:tcPr>
          <w:p w14:paraId="4521D3B3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DC360E8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0B6966D2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59A452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6A5BD23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F9C7B25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112D1B40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A7B33CE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337F193D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DF803DD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1EB912C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D12E9F6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19A651A5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96E12A" w14:textId="77777777" w:rsidR="000C2513" w:rsidRDefault="000C2513" w:rsidP="0053397C">
            <w:pPr>
              <w:keepNext/>
            </w:pPr>
          </w:p>
        </w:tc>
      </w:tr>
      <w:tr w:rsidR="000C2513" w14:paraId="72C849F0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1D440B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0C2513" w14:paraId="7AFB7F7D" w14:textId="77777777" w:rsidTr="0053397C">
        <w:trPr>
          <w:cantSplit/>
          <w:trHeight w:val="510"/>
        </w:trPr>
        <w:tc>
          <w:tcPr>
            <w:tcW w:w="3212" w:type="dxa"/>
          </w:tcPr>
          <w:p w14:paraId="08C9646B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311E0376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67778E3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098F28E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369E327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E02C2E3" w14:textId="77777777" w:rsidR="000C2513" w:rsidRDefault="000C2513" w:rsidP="0053397C">
            <w:pPr>
              <w:keepNext/>
            </w:pPr>
          </w:p>
        </w:tc>
      </w:tr>
      <w:tr w:rsidR="000C2513" w14:paraId="3D6487CE" w14:textId="77777777" w:rsidTr="0053397C">
        <w:trPr>
          <w:cantSplit/>
          <w:trHeight w:val="510"/>
        </w:trPr>
        <w:tc>
          <w:tcPr>
            <w:tcW w:w="3212" w:type="dxa"/>
          </w:tcPr>
          <w:p w14:paraId="1D56D686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7708CC0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23D472D3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845D0A9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1962AC3A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975F5D3" w14:textId="77777777" w:rsidR="000C2513" w:rsidRDefault="000C2513" w:rsidP="0053397C">
            <w:pPr>
              <w:keepNext/>
            </w:pPr>
          </w:p>
        </w:tc>
      </w:tr>
      <w:tr w:rsidR="000C2513" w14:paraId="10EBFE3A" w14:textId="77777777" w:rsidTr="0053397C">
        <w:trPr>
          <w:cantSplit/>
          <w:trHeight w:val="510"/>
        </w:trPr>
        <w:tc>
          <w:tcPr>
            <w:tcW w:w="3212" w:type="dxa"/>
          </w:tcPr>
          <w:p w14:paraId="54BAAFE5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8FAB7AA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6564B592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968072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1FCA9086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91728DD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48878B5D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2FA49E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26F1D19A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02BAA4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51BEFA2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6904699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07F1228B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48C6E27F" w14:textId="77777777" w:rsidR="000C2513" w:rsidRDefault="000C2513" w:rsidP="0053397C">
            <w:pPr>
              <w:keepNext/>
            </w:pPr>
          </w:p>
        </w:tc>
      </w:tr>
      <w:tr w:rsidR="000C2513" w14:paraId="25EB5EE2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884B39D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0C2513" w14:paraId="3BF4C402" w14:textId="77777777" w:rsidTr="0053397C">
        <w:trPr>
          <w:cantSplit/>
          <w:trHeight w:val="510"/>
        </w:trPr>
        <w:tc>
          <w:tcPr>
            <w:tcW w:w="3212" w:type="dxa"/>
          </w:tcPr>
          <w:p w14:paraId="51A3DD9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677D8DF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0EC7AAA6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1CEA484C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62E4429B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9DC1A95" w14:textId="77777777" w:rsidR="000C2513" w:rsidRDefault="000C2513" w:rsidP="0053397C">
            <w:pPr>
              <w:keepNext/>
            </w:pPr>
          </w:p>
        </w:tc>
      </w:tr>
      <w:tr w:rsidR="000C2513" w14:paraId="7ED2BCC2" w14:textId="77777777" w:rsidTr="0053397C">
        <w:trPr>
          <w:cantSplit/>
          <w:trHeight w:val="510"/>
        </w:trPr>
        <w:tc>
          <w:tcPr>
            <w:tcW w:w="3212" w:type="dxa"/>
          </w:tcPr>
          <w:p w14:paraId="38106090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7553400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4AB8CCF9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E9C58A8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3F01E399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8531C2" w14:textId="77777777" w:rsidR="000C2513" w:rsidRDefault="000C2513" w:rsidP="0053397C">
            <w:pPr>
              <w:keepNext/>
            </w:pPr>
          </w:p>
        </w:tc>
      </w:tr>
      <w:tr w:rsidR="000C2513" w14:paraId="6F813AA2" w14:textId="77777777" w:rsidTr="0053397C">
        <w:trPr>
          <w:cantSplit/>
          <w:trHeight w:val="510"/>
        </w:trPr>
        <w:tc>
          <w:tcPr>
            <w:tcW w:w="3212" w:type="dxa"/>
          </w:tcPr>
          <w:p w14:paraId="75A06425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2EE172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128B8B96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E76C3AD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7D3D7094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914C87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6D5B49E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2E35F8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21D9676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C609B02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1127653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F63698B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13D4BC8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352833A" w14:textId="77777777" w:rsidR="000C2513" w:rsidRDefault="000C2513" w:rsidP="0053397C">
            <w:pPr>
              <w:keepNext/>
            </w:pPr>
          </w:p>
        </w:tc>
      </w:tr>
      <w:tr w:rsidR="000C2513" w14:paraId="38DCB1BC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BB34EA3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0C2513" w14:paraId="38B01A18" w14:textId="77777777" w:rsidTr="0053397C">
        <w:trPr>
          <w:cantSplit/>
          <w:trHeight w:val="510"/>
        </w:trPr>
        <w:tc>
          <w:tcPr>
            <w:tcW w:w="3212" w:type="dxa"/>
          </w:tcPr>
          <w:p w14:paraId="059B501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325B5CB1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75FFB4D6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DC95AF8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60B3C53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BA1C930" w14:textId="77777777" w:rsidR="000C2513" w:rsidRDefault="000C2513" w:rsidP="0053397C">
            <w:pPr>
              <w:keepNext/>
            </w:pPr>
          </w:p>
        </w:tc>
      </w:tr>
      <w:tr w:rsidR="000C2513" w14:paraId="37194956" w14:textId="77777777" w:rsidTr="0053397C">
        <w:trPr>
          <w:cantSplit/>
          <w:trHeight w:val="510"/>
        </w:trPr>
        <w:tc>
          <w:tcPr>
            <w:tcW w:w="3212" w:type="dxa"/>
          </w:tcPr>
          <w:p w14:paraId="56E5D4AC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A1CAF0A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4973E355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DE4FF67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55271637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78C294D" w14:textId="77777777" w:rsidR="000C2513" w:rsidRDefault="000C2513" w:rsidP="0053397C">
            <w:pPr>
              <w:keepNext/>
            </w:pPr>
          </w:p>
        </w:tc>
      </w:tr>
      <w:tr w:rsidR="000C2513" w14:paraId="4C6F76F1" w14:textId="77777777" w:rsidTr="0053397C">
        <w:trPr>
          <w:cantSplit/>
          <w:trHeight w:val="510"/>
        </w:trPr>
        <w:tc>
          <w:tcPr>
            <w:tcW w:w="3212" w:type="dxa"/>
          </w:tcPr>
          <w:p w14:paraId="601F4454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8D2D6C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05145916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8AA541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3968F1EA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A1565B8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71EBF0C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381C1B7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23F149D9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AAABE6E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03586F6F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2B7B755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0D01390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2F6ADA0" w14:textId="77777777" w:rsidR="000C2513" w:rsidRDefault="000C2513" w:rsidP="0053397C">
            <w:pPr>
              <w:keepNext/>
            </w:pPr>
          </w:p>
        </w:tc>
      </w:tr>
      <w:tr w:rsidR="000C2513" w14:paraId="172E91A5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B32CEA5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0C2513" w14:paraId="044D5CCD" w14:textId="77777777" w:rsidTr="0053397C">
        <w:trPr>
          <w:cantSplit/>
          <w:trHeight w:val="510"/>
        </w:trPr>
        <w:tc>
          <w:tcPr>
            <w:tcW w:w="3212" w:type="dxa"/>
          </w:tcPr>
          <w:p w14:paraId="70962A99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BED309C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656EA26B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059C33A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6EA37889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10541243" w14:textId="77777777" w:rsidR="000C2513" w:rsidRDefault="000C2513" w:rsidP="0053397C">
            <w:pPr>
              <w:keepNext/>
            </w:pPr>
          </w:p>
        </w:tc>
      </w:tr>
      <w:tr w:rsidR="000C2513" w14:paraId="081B72C4" w14:textId="77777777" w:rsidTr="0053397C">
        <w:trPr>
          <w:cantSplit/>
          <w:trHeight w:val="510"/>
        </w:trPr>
        <w:tc>
          <w:tcPr>
            <w:tcW w:w="3212" w:type="dxa"/>
          </w:tcPr>
          <w:p w14:paraId="26EDCA63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B7A0E5C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6485A374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5DC96A4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2A8C1B4C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C00070D" w14:textId="77777777" w:rsidR="000C2513" w:rsidRDefault="000C2513" w:rsidP="0053397C">
            <w:pPr>
              <w:keepNext/>
            </w:pPr>
          </w:p>
        </w:tc>
      </w:tr>
      <w:tr w:rsidR="000C2513" w14:paraId="730CF992" w14:textId="77777777" w:rsidTr="0053397C">
        <w:trPr>
          <w:cantSplit/>
          <w:trHeight w:val="510"/>
        </w:trPr>
        <w:tc>
          <w:tcPr>
            <w:tcW w:w="3212" w:type="dxa"/>
          </w:tcPr>
          <w:p w14:paraId="200E720B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39C33F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74042B04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EF31E34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2FDAA482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1E5CD1D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17FAD31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80CF15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4495152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5A09D5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673809D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DE78A9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50C7D963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DEB9DAF" w14:textId="77777777" w:rsidR="000C2513" w:rsidRDefault="000C2513" w:rsidP="0053397C">
            <w:pPr>
              <w:keepNext/>
            </w:pPr>
          </w:p>
        </w:tc>
      </w:tr>
      <w:tr w:rsidR="000C2513" w14:paraId="5049C704" w14:textId="77777777" w:rsidTr="0053397C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3CF3C51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0C2513" w14:paraId="75DC08C5" w14:textId="77777777" w:rsidTr="0053397C">
        <w:trPr>
          <w:cantSplit/>
          <w:trHeight w:val="510"/>
        </w:trPr>
        <w:tc>
          <w:tcPr>
            <w:tcW w:w="3212" w:type="dxa"/>
          </w:tcPr>
          <w:p w14:paraId="3964CB4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AD65E8B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CF5E3D9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032BE4B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75BB218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7013F09" w14:textId="77777777" w:rsidR="000C2513" w:rsidRDefault="000C2513" w:rsidP="0053397C">
            <w:pPr>
              <w:keepNext/>
            </w:pPr>
          </w:p>
        </w:tc>
      </w:tr>
      <w:tr w:rsidR="000C2513" w14:paraId="48EA6564" w14:textId="77777777" w:rsidTr="0053397C">
        <w:trPr>
          <w:cantSplit/>
          <w:trHeight w:val="510"/>
        </w:trPr>
        <w:tc>
          <w:tcPr>
            <w:tcW w:w="3212" w:type="dxa"/>
          </w:tcPr>
          <w:p w14:paraId="154958DE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9E2F452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52C3C60E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B91DFE0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66467794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66557D" w14:textId="77777777" w:rsidR="000C2513" w:rsidRDefault="000C2513" w:rsidP="0053397C">
            <w:pPr>
              <w:keepNext/>
            </w:pPr>
          </w:p>
        </w:tc>
      </w:tr>
      <w:tr w:rsidR="000C2513" w14:paraId="275C82AE" w14:textId="77777777" w:rsidTr="0053397C">
        <w:trPr>
          <w:cantSplit/>
          <w:trHeight w:val="510"/>
        </w:trPr>
        <w:tc>
          <w:tcPr>
            <w:tcW w:w="3212" w:type="dxa"/>
          </w:tcPr>
          <w:p w14:paraId="63408405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D1593BA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7FD10D39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1F54EED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0AE1A075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CD5717D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736F78B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677CA92" w14:textId="77777777" w:rsidR="000C2513" w:rsidRDefault="000C2513" w:rsidP="0053397C">
            <w:pPr>
              <w:keepNext/>
            </w:pPr>
          </w:p>
        </w:tc>
        <w:tc>
          <w:tcPr>
            <w:tcW w:w="803" w:type="dxa"/>
          </w:tcPr>
          <w:p w14:paraId="0CA309B3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B7D684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58AD7286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10F6017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15E60AEE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3E0542" w14:textId="77777777" w:rsidR="000C2513" w:rsidRDefault="000C2513" w:rsidP="0053397C">
            <w:pPr>
              <w:keepNext/>
            </w:pPr>
          </w:p>
        </w:tc>
      </w:tr>
    </w:tbl>
    <w:p w14:paraId="230E0E8D" w14:textId="77777777" w:rsidR="000C2513" w:rsidRDefault="000C2513" w:rsidP="000C2513">
      <w:pPr>
        <w:spacing w:line="168" w:lineRule="auto"/>
      </w:pPr>
    </w:p>
    <w:p w14:paraId="6D50F9AE" w14:textId="77777777" w:rsidR="000C2513" w:rsidRDefault="000C2513" w:rsidP="000C2513">
      <w:r>
        <w:br w:type="page"/>
      </w:r>
    </w:p>
    <w:p w14:paraId="56878CD5" w14:textId="77777777" w:rsidR="000C2513" w:rsidRDefault="000C2513" w:rsidP="000C2513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2932B4B3" w14:textId="77777777" w:rsidR="000C2513" w:rsidRPr="005B29C5" w:rsidRDefault="000C2513" w:rsidP="000C2513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194B1165" w14:textId="77777777" w:rsidR="000C2513" w:rsidRPr="005375AB" w:rsidRDefault="000C2513" w:rsidP="000C2513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2513" w:rsidRPr="00F61A70" w14:paraId="5FE2315B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6FE7056A" w14:textId="77777777" w:rsidR="000C2513" w:rsidRPr="00F61A70" w:rsidRDefault="000C2513" w:rsidP="000C2513">
            <w:pPr>
              <w:pStyle w:val="ListParagraph"/>
              <w:keepNext/>
              <w:numPr>
                <w:ilvl w:val="0"/>
                <w:numId w:val="41"/>
              </w:numPr>
              <w:contextualSpacing/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 xml:space="preserve">CATEGORIILE DE LUCRĂRI APLICABILE OBIECTIVULUI/OBIECTULUI DE INVESTIȚII </w:t>
            </w:r>
          </w:p>
          <w:p w14:paraId="0CC7966B" w14:textId="77777777" w:rsidR="000C2513" w:rsidRPr="00F61A70" w:rsidRDefault="000C2513" w:rsidP="0053397C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0C2513" w:rsidRPr="00F61A70" w14:paraId="37ED6EE0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038C4987" w14:textId="77777777" w:rsidR="000C2513" w:rsidRPr="00F61A70" w:rsidRDefault="000C2513" w:rsidP="0053397C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0C2513" w:rsidRPr="00F61A70" w14:paraId="21BACC15" w14:textId="77777777" w:rsidTr="0053397C">
        <w:trPr>
          <w:cantSplit/>
        </w:trPr>
        <w:tc>
          <w:tcPr>
            <w:tcW w:w="9636" w:type="dxa"/>
          </w:tcPr>
          <w:p w14:paraId="2AC34F02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0C2513" w:rsidRPr="00F61A70" w14:paraId="62D5F866" w14:textId="77777777" w:rsidTr="0053397C">
        <w:trPr>
          <w:cantSplit/>
        </w:trPr>
        <w:tc>
          <w:tcPr>
            <w:tcW w:w="9636" w:type="dxa"/>
          </w:tcPr>
          <w:p w14:paraId="1633F8A1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rFonts w:ascii="Segoe UI Symbol" w:hAnsi="Segoe UI Symbol" w:cs="Segoe UI Symbol"/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0C2513" w:rsidRPr="00F61A70" w14:paraId="40F1D6A8" w14:textId="77777777" w:rsidTr="0053397C">
        <w:trPr>
          <w:cantSplit/>
        </w:trPr>
        <w:tc>
          <w:tcPr>
            <w:tcW w:w="9636" w:type="dxa"/>
          </w:tcPr>
          <w:p w14:paraId="45A75EEF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0C2513" w:rsidRPr="00F61A70" w14:paraId="5195FB9A" w14:textId="77777777" w:rsidTr="0053397C">
        <w:trPr>
          <w:cantSplit/>
        </w:trPr>
        <w:tc>
          <w:tcPr>
            <w:tcW w:w="9636" w:type="dxa"/>
          </w:tcPr>
          <w:p w14:paraId="18C4D116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rFonts w:ascii="Segoe UI Symbol" w:hAnsi="Segoe UI Symbol" w:cs="Segoe UI Symbol"/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0C2513" w:rsidRPr="00F61A70" w14:paraId="2FF7E2E8" w14:textId="77777777" w:rsidTr="0053397C">
        <w:trPr>
          <w:cantSplit/>
        </w:trPr>
        <w:tc>
          <w:tcPr>
            <w:tcW w:w="9636" w:type="dxa"/>
          </w:tcPr>
          <w:p w14:paraId="01E22F25" w14:textId="77777777" w:rsidR="000C2513" w:rsidRDefault="000C2513" w:rsidP="0053397C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rFonts w:ascii="Segoe UI Symbol" w:hAnsi="Segoe UI Symbol" w:cs="Segoe UI Symbol"/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>
              <w:rPr>
                <w:sz w:val="16"/>
                <w:lang w:val="fr-FR"/>
              </w:rPr>
              <w:t xml:space="preserve">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5D375D01" w14:textId="77777777" w:rsidR="000C2513" w:rsidRPr="00F61A70" w:rsidRDefault="000C2513" w:rsidP="0053397C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rFonts w:ascii="Segoe UI Symbol" w:hAnsi="Segoe UI Symbol" w:cs="Segoe UI Symbol"/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0C2513" w:rsidRPr="00F61A70" w14:paraId="61F39F94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53C8AC35" w14:textId="77777777" w:rsidR="000C2513" w:rsidRPr="00F61A70" w:rsidRDefault="000C2513" w:rsidP="0053397C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483437F" w14:textId="77777777" w:rsidR="000C2513" w:rsidRDefault="000C2513" w:rsidP="0053397C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C13B99" w14:textId="77777777" w:rsidR="000C2513" w:rsidRDefault="000C2513" w:rsidP="0053397C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refuncționalizare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destinație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strămutare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72183BF7" w14:textId="77777777" w:rsidR="000C2513" w:rsidRDefault="000C2513" w:rsidP="0053397C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26C15557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parțială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întreruperea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execuției</w:t>
            </w:r>
            <w:proofErr w:type="spellEnd"/>
          </w:p>
        </w:tc>
      </w:tr>
      <w:tr w:rsidR="000C2513" w:rsidRPr="00F61A70" w14:paraId="11FC722E" w14:textId="77777777" w:rsidTr="0053397C">
        <w:trPr>
          <w:cantSplit/>
        </w:trPr>
        <w:tc>
          <w:tcPr>
            <w:tcW w:w="9636" w:type="dxa"/>
          </w:tcPr>
          <w:p w14:paraId="5A3DDAB7" w14:textId="77777777" w:rsidR="000C2513" w:rsidRPr="00F61A70" w:rsidRDefault="000C2513" w:rsidP="0053397C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rFonts w:ascii="Segoe UI Symbol" w:hAnsi="Segoe UI Symbol" w:cs="Segoe UI Symbol"/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0C2513" w14:paraId="6683A438" w14:textId="77777777" w:rsidTr="0053397C">
        <w:trPr>
          <w:cantSplit/>
        </w:trPr>
        <w:tc>
          <w:tcPr>
            <w:tcW w:w="9636" w:type="dxa"/>
          </w:tcPr>
          <w:p w14:paraId="1CB4FE11" w14:textId="77777777" w:rsidR="000C2513" w:rsidRPr="00F61A70" w:rsidRDefault="000C2513" w:rsidP="0053397C">
            <w:pPr>
              <w:keepNext/>
              <w:rPr>
                <w:b/>
                <w:bCs/>
              </w:rPr>
            </w:pPr>
            <w:r w:rsidRPr="00F61A70">
              <w:rPr>
                <w:rFonts w:ascii="Segoe UI Symbol" w:hAnsi="Segoe UI Symbol" w:cs="Segoe UI Symbol"/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0C2513" w:rsidRPr="00F61A70" w14:paraId="7CC1F66F" w14:textId="77777777" w:rsidTr="0053397C">
        <w:trPr>
          <w:cantSplit/>
        </w:trPr>
        <w:tc>
          <w:tcPr>
            <w:tcW w:w="9636" w:type="dxa"/>
          </w:tcPr>
          <w:p w14:paraId="633FF493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27968B63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556E2297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7D31DB96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0C2513" w:rsidRPr="00F61A70" w14:paraId="194BAB7C" w14:textId="77777777" w:rsidTr="0053397C">
        <w:trPr>
          <w:cantSplit/>
        </w:trPr>
        <w:tc>
          <w:tcPr>
            <w:tcW w:w="9636" w:type="dxa"/>
          </w:tcPr>
          <w:p w14:paraId="381804B9" w14:textId="77777777" w:rsidR="000C2513" w:rsidRPr="00F61A70" w:rsidRDefault="000C2513" w:rsidP="0053397C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rFonts w:ascii="Segoe UI Symbol" w:hAnsi="Segoe UI Symbol" w:cs="Segoe UI Symbol"/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 :</w:t>
            </w:r>
          </w:p>
          <w:p w14:paraId="0C7A058D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  <w:p w14:paraId="4033AB9E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0C2513" w14:paraId="6BB9101D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06FE7AC8" w14:textId="77777777" w:rsidR="000C2513" w:rsidRPr="00F61A70" w:rsidRDefault="000C2513" w:rsidP="0053397C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0C2513" w:rsidRPr="00F61A70" w14:paraId="697BA738" w14:textId="77777777" w:rsidTr="0053397C">
        <w:trPr>
          <w:cantSplit/>
        </w:trPr>
        <w:tc>
          <w:tcPr>
            <w:tcW w:w="9636" w:type="dxa"/>
          </w:tcPr>
          <w:p w14:paraId="35AC10FC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2514757B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1CEBB2AC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193232CC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35D38C6F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0FBF4D60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3908278E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08E23799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0C2513" w:rsidRPr="00F61A70" w14:paraId="5345C95C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47CB09DA" w14:textId="77777777" w:rsidR="000C2513" w:rsidRPr="00F61A70" w:rsidRDefault="000C2513" w:rsidP="0053397C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0C2513" w14:paraId="284357E8" w14:textId="77777777" w:rsidTr="0053397C">
        <w:trPr>
          <w:cantSplit/>
        </w:trPr>
        <w:tc>
          <w:tcPr>
            <w:tcW w:w="9636" w:type="dxa"/>
          </w:tcPr>
          <w:p w14:paraId="374AAE1B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470619ED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501D63F3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12904CBA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44DC412E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50BD51BC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09F572D7" w14:textId="77777777" w:rsidR="000C2513" w:rsidRDefault="000C2513" w:rsidP="0053397C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3A9022CB" w14:textId="77777777" w:rsidR="000C2513" w:rsidRPr="00913191" w:rsidRDefault="000C2513" w:rsidP="000C2513">
      <w:pPr>
        <w:spacing w:line="168" w:lineRule="auto"/>
        <w:rPr>
          <w:u w:val="single"/>
        </w:rPr>
      </w:pPr>
    </w:p>
    <w:p w14:paraId="46939279" w14:textId="77777777" w:rsidR="000C2513" w:rsidRPr="00913191" w:rsidRDefault="000C2513" w:rsidP="000C2513">
      <w:pPr>
        <w:spacing w:line="168" w:lineRule="auto"/>
        <w:rPr>
          <w:sz w:val="18"/>
          <w:szCs w:val="18"/>
          <w:u w:val="single"/>
          <w:lang w:val="fr-FR"/>
        </w:rPr>
      </w:pPr>
    </w:p>
    <w:p w14:paraId="266705CC" w14:textId="77777777" w:rsidR="000C2513" w:rsidRPr="00913191" w:rsidRDefault="000C2513" w:rsidP="000C2513">
      <w:pPr>
        <w:rPr>
          <w:u w:val="single"/>
          <w:lang w:val="fr-FR"/>
        </w:rPr>
      </w:pPr>
      <w:proofErr w:type="spellStart"/>
      <w:r w:rsidRPr="00913191">
        <w:rPr>
          <w:u w:val="single"/>
          <w:lang w:val="fr-FR"/>
        </w:rPr>
        <w:t>Punctele</w:t>
      </w:r>
      <w:proofErr w:type="spellEnd"/>
      <w:r w:rsidRPr="00913191">
        <w:rPr>
          <w:u w:val="single"/>
          <w:lang w:val="fr-FR"/>
        </w:rPr>
        <w:t xml:space="preserve"> 2-9 se </w:t>
      </w:r>
      <w:proofErr w:type="spellStart"/>
      <w:r w:rsidRPr="00913191">
        <w:rPr>
          <w:u w:val="single"/>
          <w:lang w:val="fr-FR"/>
        </w:rPr>
        <w:t>completeaza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în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cazul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cladirilor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și</w:t>
      </w:r>
      <w:proofErr w:type="spellEnd"/>
      <w:r w:rsidRPr="00913191">
        <w:rPr>
          <w:u w:val="single"/>
          <w:lang w:val="fr-FR"/>
        </w:rPr>
        <w:t xml:space="preserve"> al </w:t>
      </w:r>
      <w:proofErr w:type="spellStart"/>
      <w:r w:rsidRPr="00913191">
        <w:rPr>
          <w:u w:val="single"/>
          <w:lang w:val="fr-FR"/>
        </w:rPr>
        <w:t>intervențiilor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asupra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clădirilor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existente</w:t>
      </w:r>
      <w:proofErr w:type="spellEnd"/>
      <w:r w:rsidRPr="00913191">
        <w:rPr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u w:val="single"/>
          <w:lang w:val="fr-FR"/>
        </w:rPr>
        <w:t>iar</w:t>
      </w:r>
      <w:proofErr w:type="spellEnd"/>
      <w:r w:rsidRPr="00913191">
        <w:rPr>
          <w:u w:val="single"/>
          <w:lang w:val="fr-FR"/>
        </w:rPr>
        <w:t xml:space="preserve"> </w:t>
      </w:r>
      <w:r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în</w:t>
      </w:r>
      <w:proofErr w:type="spellEnd"/>
      <w:proofErr w:type="gram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cazul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amenjărilor</w:t>
      </w:r>
      <w:proofErr w:type="spellEnd"/>
      <w:r>
        <w:rPr>
          <w:u w:val="single"/>
          <w:lang w:val="fr-FR"/>
        </w:rPr>
        <w:t xml:space="preserve"> </w:t>
      </w:r>
      <w:r w:rsidRPr="00913191">
        <w:rPr>
          <w:u w:val="single"/>
          <w:lang w:val="fr-FR"/>
        </w:rPr>
        <w:t>/</w:t>
      </w:r>
      <w:proofErr w:type="spellStart"/>
      <w:r w:rsidRPr="00913191">
        <w:rPr>
          <w:u w:val="single"/>
          <w:lang w:val="fr-FR"/>
        </w:rPr>
        <w:t>lucrărilor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inginerești</w:t>
      </w:r>
      <w:proofErr w:type="spellEnd"/>
      <w:r w:rsidRPr="00913191">
        <w:rPr>
          <w:u w:val="single"/>
          <w:lang w:val="fr-FR"/>
        </w:rPr>
        <w:t xml:space="preserve">, </w:t>
      </w:r>
      <w:proofErr w:type="spellStart"/>
      <w:r w:rsidRPr="00913191">
        <w:rPr>
          <w:u w:val="single"/>
          <w:lang w:val="fr-FR"/>
        </w:rPr>
        <w:t>doar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dacă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acestea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cuprind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și</w:t>
      </w:r>
      <w:proofErr w:type="spellEnd"/>
      <w:r w:rsidRPr="00913191">
        <w:rPr>
          <w:u w:val="single"/>
          <w:lang w:val="fr-FR"/>
        </w:rPr>
        <w:t xml:space="preserve"> </w:t>
      </w:r>
      <w:proofErr w:type="spellStart"/>
      <w:r w:rsidRPr="00913191">
        <w:rPr>
          <w:u w:val="single"/>
          <w:lang w:val="fr-FR"/>
        </w:rPr>
        <w:t>clădiri</w:t>
      </w:r>
      <w:proofErr w:type="spellEnd"/>
    </w:p>
    <w:p w14:paraId="595634C8" w14:textId="77777777" w:rsidR="000C2513" w:rsidRPr="00913191" w:rsidRDefault="000C2513" w:rsidP="000C2513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0C2513" w:rsidRPr="005B29C5" w14:paraId="69DBB895" w14:textId="77777777" w:rsidTr="0053397C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B33B60B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0C2513" w:rsidRPr="00F61A70" w14:paraId="39A589B9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2D451E3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FA622DD" w14:textId="77777777" w:rsidR="000C2513" w:rsidRDefault="000C2513" w:rsidP="0053397C">
            <w:pPr>
              <w:keepNext/>
            </w:pPr>
          </w:p>
        </w:tc>
        <w:tc>
          <w:tcPr>
            <w:tcW w:w="6424" w:type="dxa"/>
            <w:gridSpan w:val="3"/>
          </w:tcPr>
          <w:p w14:paraId="3394592B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5D2D9B24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0C2513" w:rsidRPr="005B29C5" w14:paraId="14479BE4" w14:textId="77777777" w:rsidTr="0053397C">
        <w:trPr>
          <w:cantSplit/>
          <w:trHeight w:val="369"/>
        </w:trPr>
        <w:tc>
          <w:tcPr>
            <w:tcW w:w="4818" w:type="dxa"/>
            <w:gridSpan w:val="3"/>
          </w:tcPr>
          <w:p w14:paraId="1EA1494A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C854F83" w14:textId="77777777" w:rsidR="000C2513" w:rsidRDefault="000C2513" w:rsidP="0053397C">
            <w:pPr>
              <w:keepNext/>
            </w:pPr>
          </w:p>
        </w:tc>
        <w:tc>
          <w:tcPr>
            <w:tcW w:w="4818" w:type="dxa"/>
            <w:gridSpan w:val="2"/>
          </w:tcPr>
          <w:p w14:paraId="11480DD7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0C2513" w:rsidRPr="00F61A70" w14:paraId="586282FD" w14:textId="77777777" w:rsidTr="0053397C">
        <w:trPr>
          <w:cantSplit/>
        </w:trPr>
        <w:tc>
          <w:tcPr>
            <w:tcW w:w="9636" w:type="dxa"/>
            <w:gridSpan w:val="5"/>
          </w:tcPr>
          <w:p w14:paraId="1A3448CE" w14:textId="77777777" w:rsidR="000C2513" w:rsidRDefault="000C2513" w:rsidP="0053397C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62D9CB8B" w14:textId="77777777" w:rsidR="000C2513" w:rsidRPr="005B29C5" w:rsidRDefault="000C2513" w:rsidP="0053397C">
            <w:pPr>
              <w:rPr>
                <w:lang w:val="fr-FR"/>
              </w:rPr>
            </w:pPr>
          </w:p>
        </w:tc>
      </w:tr>
      <w:tr w:rsidR="000C2513" w14:paraId="548D18E1" w14:textId="77777777" w:rsidTr="0053397C">
        <w:trPr>
          <w:cantSplit/>
        </w:trPr>
        <w:tc>
          <w:tcPr>
            <w:tcW w:w="9636" w:type="dxa"/>
            <w:gridSpan w:val="5"/>
          </w:tcPr>
          <w:p w14:paraId="5648088A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247C6DCD" w14:textId="77777777" w:rsidR="000C2513" w:rsidRDefault="000C2513" w:rsidP="0053397C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0C2513" w14:paraId="5AABDD95" w14:textId="77777777" w:rsidTr="0053397C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4004D8C" w14:textId="77777777" w:rsidR="000C2513" w:rsidRDefault="000C2513" w:rsidP="0053397C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0C2513" w14:paraId="778F8A76" w14:textId="77777777" w:rsidTr="0053397C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0E608249" w14:textId="77777777" w:rsidR="000C2513" w:rsidRPr="00C46767" w:rsidRDefault="000C2513" w:rsidP="0053397C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2772E63D" w14:textId="77777777" w:rsidR="000C2513" w:rsidRPr="00C46767" w:rsidRDefault="000C2513" w:rsidP="0053397C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7DF78314" w14:textId="77777777" w:rsidR="000C2513" w:rsidRPr="00C46767" w:rsidRDefault="000C2513" w:rsidP="0053397C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1B6C9D10" w14:textId="77777777" w:rsidR="000C2513" w:rsidRPr="00C46767" w:rsidRDefault="000C2513" w:rsidP="0053397C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30D23FF6" w14:textId="77777777" w:rsidR="000C2513" w:rsidRPr="00C46767" w:rsidRDefault="000C2513" w:rsidP="0053397C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0CEC8F58" w14:textId="77777777" w:rsidR="000C2513" w:rsidRPr="00C46767" w:rsidRDefault="000C2513" w:rsidP="0053397C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6A43E7AD" w14:textId="77777777" w:rsidR="000C2513" w:rsidRPr="00C46767" w:rsidRDefault="000C2513" w:rsidP="0053397C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A1BC757" w14:textId="77777777" w:rsidR="000C2513" w:rsidRPr="00C46767" w:rsidRDefault="000C2513" w:rsidP="0053397C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6BB393C" w14:textId="77777777" w:rsidR="000C2513" w:rsidRPr="00C46767" w:rsidRDefault="000C2513" w:rsidP="0053397C">
            <w:pPr>
              <w:keepNext/>
              <w:rPr>
                <w:sz w:val="16"/>
              </w:rPr>
            </w:pPr>
          </w:p>
        </w:tc>
      </w:tr>
      <w:tr w:rsidR="000C2513" w14:paraId="4F015119" w14:textId="77777777" w:rsidTr="0053397C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8BFBEA3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0C2513" w:rsidRPr="00F61A70" w14:paraId="15167142" w14:textId="77777777" w:rsidTr="0053397C">
        <w:trPr>
          <w:cantSplit/>
          <w:trHeight w:val="510"/>
        </w:trPr>
        <w:tc>
          <w:tcPr>
            <w:tcW w:w="2409" w:type="dxa"/>
          </w:tcPr>
          <w:p w14:paraId="00911CC7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A09B8F6" w14:textId="77777777" w:rsidR="000C2513" w:rsidRDefault="000C2513" w:rsidP="0053397C"/>
        </w:tc>
        <w:tc>
          <w:tcPr>
            <w:tcW w:w="2409" w:type="dxa"/>
            <w:gridSpan w:val="2"/>
          </w:tcPr>
          <w:p w14:paraId="420997D3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05125285" w14:textId="77777777" w:rsidR="000C2513" w:rsidRDefault="000C2513" w:rsidP="0053397C"/>
        </w:tc>
        <w:tc>
          <w:tcPr>
            <w:tcW w:w="2409" w:type="dxa"/>
          </w:tcPr>
          <w:p w14:paraId="2AF47C21" w14:textId="77777777" w:rsidR="000C2513" w:rsidRPr="005B29C5" w:rsidRDefault="000C2513" w:rsidP="0053397C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004AC03B" w14:textId="77777777" w:rsidR="000C2513" w:rsidRPr="005B29C5" w:rsidRDefault="000C2513" w:rsidP="0053397C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4EBD3A6D" w14:textId="77777777" w:rsidR="000C2513" w:rsidRPr="005B29C5" w:rsidRDefault="000C2513" w:rsidP="0053397C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C773AC5" w14:textId="77777777" w:rsidR="000C2513" w:rsidRPr="005B29C5" w:rsidRDefault="000C2513" w:rsidP="0053397C">
            <w:pPr>
              <w:rPr>
                <w:lang w:val="fr-FR"/>
              </w:rPr>
            </w:pPr>
          </w:p>
        </w:tc>
      </w:tr>
      <w:tr w:rsidR="000C2513" w:rsidRPr="00F61A70" w14:paraId="1A56123A" w14:textId="77777777" w:rsidTr="0053397C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1903B4B7" w14:textId="77777777" w:rsidR="000C2513" w:rsidRPr="0007047E" w:rsidRDefault="000C2513" w:rsidP="0053397C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3E388BC0" w14:textId="77777777" w:rsidR="000C2513" w:rsidRPr="0007047E" w:rsidRDefault="000C2513" w:rsidP="0053397C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0C2513" w:rsidRPr="005B29C5" w14:paraId="75460B3B" w14:textId="77777777" w:rsidTr="0053397C">
        <w:trPr>
          <w:cantSplit/>
          <w:trHeight w:val="272"/>
        </w:trPr>
        <w:tc>
          <w:tcPr>
            <w:tcW w:w="2409" w:type="dxa"/>
          </w:tcPr>
          <w:p w14:paraId="73060DDD" w14:textId="77777777" w:rsidR="000C2513" w:rsidRPr="0007047E" w:rsidRDefault="000C2513" w:rsidP="0053397C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4A4ECC79" w14:textId="77777777" w:rsidR="000C2513" w:rsidRPr="0007047E" w:rsidRDefault="000C2513" w:rsidP="0053397C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4C071B18" w14:textId="77777777" w:rsidR="000C2513" w:rsidRPr="005B29C5" w:rsidRDefault="000C2513" w:rsidP="0053397C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47A73917" w14:textId="77777777" w:rsidR="000C2513" w:rsidRPr="005B29C5" w:rsidRDefault="000C2513" w:rsidP="0053397C">
            <w:pPr>
              <w:rPr>
                <w:b/>
                <w:color w:val="0D5F78"/>
                <w:lang w:val="fr-FR"/>
              </w:rPr>
            </w:pPr>
          </w:p>
        </w:tc>
      </w:tr>
      <w:tr w:rsidR="000C2513" w:rsidRPr="005B29C5" w14:paraId="3F8ECDC2" w14:textId="77777777" w:rsidTr="0053397C">
        <w:trPr>
          <w:cantSplit/>
          <w:trHeight w:val="272"/>
        </w:trPr>
        <w:tc>
          <w:tcPr>
            <w:tcW w:w="2409" w:type="dxa"/>
          </w:tcPr>
          <w:p w14:paraId="1B29DB82" w14:textId="77777777" w:rsidR="000C2513" w:rsidRDefault="000C2513" w:rsidP="0053397C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FD6D47B" w14:textId="77777777" w:rsidR="000C2513" w:rsidRPr="0007047E" w:rsidRDefault="000C2513" w:rsidP="0053397C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5FA24CBF" w14:textId="77777777" w:rsidR="000C2513" w:rsidRPr="005B29C5" w:rsidRDefault="000C2513" w:rsidP="0053397C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706721F6" w14:textId="77777777" w:rsidR="000C2513" w:rsidRPr="005B29C5" w:rsidRDefault="000C2513" w:rsidP="0053397C">
            <w:pPr>
              <w:rPr>
                <w:b/>
                <w:color w:val="0D5F78"/>
                <w:lang w:val="fr-FR"/>
              </w:rPr>
            </w:pPr>
          </w:p>
        </w:tc>
      </w:tr>
    </w:tbl>
    <w:p w14:paraId="64785AD3" w14:textId="77777777" w:rsidR="000C2513" w:rsidRDefault="000C2513" w:rsidP="000C251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C2513" w:rsidRPr="005B29C5" w14:paraId="7915FDC7" w14:textId="77777777" w:rsidTr="0053397C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8413833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C2513" w14:paraId="3F587C47" w14:textId="77777777" w:rsidTr="0053397C">
        <w:trPr>
          <w:cantSplit/>
          <w:trHeight w:val="297"/>
        </w:trPr>
        <w:tc>
          <w:tcPr>
            <w:tcW w:w="2409" w:type="dxa"/>
          </w:tcPr>
          <w:p w14:paraId="5BB5A1DE" w14:textId="77777777" w:rsidR="000C2513" w:rsidRPr="0007047E" w:rsidRDefault="000C2513" w:rsidP="0053397C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620FB51C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0FA3EFDB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1F3561A1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DEF1263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37A142F2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9215BB" w14:textId="77777777" w:rsidR="000C2513" w:rsidRDefault="000C2513" w:rsidP="0053397C">
            <w:pPr>
              <w:keepNext/>
            </w:pPr>
          </w:p>
        </w:tc>
      </w:tr>
      <w:tr w:rsidR="000C2513" w14:paraId="5578FCED" w14:textId="77777777" w:rsidTr="0053397C">
        <w:trPr>
          <w:cantSplit/>
          <w:trHeight w:val="192"/>
        </w:trPr>
        <w:tc>
          <w:tcPr>
            <w:tcW w:w="2409" w:type="dxa"/>
          </w:tcPr>
          <w:p w14:paraId="40A4855D" w14:textId="77777777" w:rsidR="000C2513" w:rsidRPr="0007047E" w:rsidRDefault="000C2513" w:rsidP="0053397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029D04E6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5CD1A34D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7172A035" w14:textId="77777777" w:rsidR="000C2513" w:rsidRDefault="000C2513" w:rsidP="0053397C">
            <w:pPr>
              <w:keepNext/>
            </w:pPr>
          </w:p>
        </w:tc>
      </w:tr>
      <w:tr w:rsidR="000C2513" w14:paraId="02F64554" w14:textId="77777777" w:rsidTr="0053397C">
        <w:trPr>
          <w:cantSplit/>
          <w:trHeight w:val="137"/>
        </w:trPr>
        <w:tc>
          <w:tcPr>
            <w:tcW w:w="2409" w:type="dxa"/>
          </w:tcPr>
          <w:p w14:paraId="1D8BEAB0" w14:textId="77777777" w:rsidR="000C2513" w:rsidRPr="0007047E" w:rsidRDefault="000C2513" w:rsidP="0053397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1BB72C92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5D358D37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6A776F50" w14:textId="77777777" w:rsidR="000C2513" w:rsidRDefault="000C2513" w:rsidP="0053397C">
            <w:pPr>
              <w:keepNext/>
            </w:pPr>
          </w:p>
        </w:tc>
      </w:tr>
      <w:tr w:rsidR="000C2513" w14:paraId="44AD080D" w14:textId="77777777" w:rsidTr="0053397C">
        <w:trPr>
          <w:cantSplit/>
          <w:trHeight w:val="226"/>
        </w:trPr>
        <w:tc>
          <w:tcPr>
            <w:tcW w:w="2409" w:type="dxa"/>
          </w:tcPr>
          <w:p w14:paraId="3CCE6542" w14:textId="77777777" w:rsidR="000C2513" w:rsidRPr="0007047E" w:rsidRDefault="000C2513" w:rsidP="0053397C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550F623B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4A384654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6BEED6A2" w14:textId="77777777" w:rsidR="000C2513" w:rsidRDefault="000C2513" w:rsidP="0053397C">
            <w:pPr>
              <w:keepNext/>
            </w:pPr>
          </w:p>
        </w:tc>
      </w:tr>
      <w:tr w:rsidR="000C2513" w14:paraId="555F3697" w14:textId="77777777" w:rsidTr="0053397C">
        <w:trPr>
          <w:cantSplit/>
          <w:trHeight w:val="130"/>
        </w:trPr>
        <w:tc>
          <w:tcPr>
            <w:tcW w:w="2409" w:type="dxa"/>
          </w:tcPr>
          <w:p w14:paraId="3D1AB6A9" w14:textId="77777777" w:rsidR="000C2513" w:rsidRPr="0007047E" w:rsidRDefault="000C2513" w:rsidP="0053397C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44DE465D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1E3E36E1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</w:tcPr>
          <w:p w14:paraId="53CC0817" w14:textId="77777777" w:rsidR="000C2513" w:rsidRDefault="000C2513" w:rsidP="0053397C">
            <w:pPr>
              <w:keepNext/>
            </w:pPr>
          </w:p>
        </w:tc>
      </w:tr>
    </w:tbl>
    <w:p w14:paraId="40BE2FB3" w14:textId="77777777" w:rsidR="000C2513" w:rsidRPr="005B29C5" w:rsidRDefault="000C2513" w:rsidP="000C251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0C2513" w:rsidRPr="00F61A70" w14:paraId="28905711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B38AEA2" w14:textId="77777777" w:rsidR="000C2513" w:rsidRPr="0007047E" w:rsidRDefault="000C2513" w:rsidP="0053397C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>
              <w:rPr>
                <w:sz w:val="19"/>
                <w:lang w:val="fr-FR"/>
              </w:rPr>
              <w:t xml:space="preserve"> (se </w:t>
            </w:r>
            <w:proofErr w:type="spellStart"/>
            <w:r>
              <w:rPr>
                <w:sz w:val="19"/>
                <w:lang w:val="fr-FR"/>
              </w:rPr>
              <w:t>completeaza</w:t>
            </w:r>
            <w:proofErr w:type="spellEnd"/>
            <w:r>
              <w:rPr>
                <w:sz w:val="19"/>
                <w:lang w:val="fr-FR"/>
              </w:rPr>
              <w:t xml:space="preserve"> </w:t>
            </w:r>
            <w:proofErr w:type="spellStart"/>
            <w:r w:rsidRPr="005B29C5">
              <w:rPr>
                <w:sz w:val="19"/>
                <w:lang w:val="fr-FR"/>
              </w:rPr>
              <w:t>câte</w:t>
            </w:r>
            <w:proofErr w:type="spellEnd"/>
            <w:r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Pr="005B29C5">
              <w:rPr>
                <w:sz w:val="19"/>
                <w:lang w:val="fr-FR"/>
              </w:rPr>
              <w:t>una</w:t>
            </w:r>
            <w:proofErr w:type="spellEnd"/>
            <w:r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Pr="005B29C5">
              <w:rPr>
                <w:sz w:val="19"/>
                <w:lang w:val="fr-FR"/>
              </w:rPr>
              <w:t>pentru</w:t>
            </w:r>
            <w:proofErr w:type="spellEnd"/>
            <w:r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Pr="005B29C5">
              <w:rPr>
                <w:sz w:val="19"/>
                <w:lang w:val="fr-FR"/>
              </w:rPr>
              <w:t>fiecare</w:t>
            </w:r>
            <w:proofErr w:type="spellEnd"/>
            <w:r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Pr="005B29C5">
              <w:rPr>
                <w:sz w:val="19"/>
                <w:lang w:val="fr-FR"/>
              </w:rPr>
              <w:t>imobil</w:t>
            </w:r>
            <w:proofErr w:type="spellEnd"/>
            <w:r>
              <w:rPr>
                <w:sz w:val="19"/>
                <w:lang w:val="fr-FR"/>
              </w:rPr>
              <w:t>)</w:t>
            </w:r>
          </w:p>
        </w:tc>
      </w:tr>
      <w:tr w:rsidR="000C2513" w14:paraId="09985C4E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468F553" w14:textId="77777777" w:rsidR="000C2513" w:rsidRDefault="000C2513" w:rsidP="0053397C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0C2513" w14:paraId="4FE8C45A" w14:textId="77777777" w:rsidTr="0053397C">
        <w:trPr>
          <w:cantSplit/>
          <w:trHeight w:val="510"/>
        </w:trPr>
        <w:tc>
          <w:tcPr>
            <w:tcW w:w="2409" w:type="dxa"/>
          </w:tcPr>
          <w:p w14:paraId="3519C612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38D0810C" w14:textId="77777777" w:rsidR="000C2513" w:rsidRDefault="000C2513" w:rsidP="0053397C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31F38167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3"/>
          </w:tcPr>
          <w:p w14:paraId="65B8104D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6156498A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46501EBB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0AB7BF7B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46399977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2"/>
          </w:tcPr>
          <w:p w14:paraId="2AC14485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536E776F" w14:textId="77777777" w:rsidR="000C2513" w:rsidRDefault="000C2513" w:rsidP="0053397C">
            <w:pPr>
              <w:keepNext/>
            </w:pPr>
          </w:p>
        </w:tc>
      </w:tr>
      <w:tr w:rsidR="000C2513" w:rsidRPr="00F61A70" w14:paraId="2D2A5E6C" w14:textId="77777777" w:rsidTr="0053397C">
        <w:trPr>
          <w:cantSplit/>
          <w:trHeight w:val="510"/>
        </w:trPr>
        <w:tc>
          <w:tcPr>
            <w:tcW w:w="5621" w:type="dxa"/>
            <w:gridSpan w:val="5"/>
          </w:tcPr>
          <w:p w14:paraId="2FC1812B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2D852B9C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68E6C31B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D7CEED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0C2513" w14:paraId="507228E2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4D7526AE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2259CC10" w14:textId="77777777" w:rsidR="000C2513" w:rsidRDefault="000C2513" w:rsidP="0053397C">
            <w:pPr>
              <w:keepNext/>
            </w:pPr>
          </w:p>
        </w:tc>
        <w:tc>
          <w:tcPr>
            <w:tcW w:w="6424" w:type="dxa"/>
            <w:gridSpan w:val="7"/>
          </w:tcPr>
          <w:p w14:paraId="69F63609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2583E843" w14:textId="77777777" w:rsidR="000C2513" w:rsidRDefault="000C2513" w:rsidP="0053397C">
            <w:pPr>
              <w:keepNext/>
            </w:pPr>
          </w:p>
        </w:tc>
      </w:tr>
      <w:tr w:rsidR="000C2513" w:rsidRPr="00F61A70" w14:paraId="1BB83F94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6973813" w14:textId="77777777" w:rsidR="000C2513" w:rsidRDefault="000C2513" w:rsidP="0053397C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324EFFCE" w14:textId="77777777" w:rsidR="000C2513" w:rsidRPr="0007047E" w:rsidRDefault="000C2513" w:rsidP="0053397C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0C2513" w14:paraId="62DB7AA5" w14:textId="77777777" w:rsidTr="0053397C">
        <w:trPr>
          <w:cantSplit/>
          <w:trHeight w:val="510"/>
        </w:trPr>
        <w:tc>
          <w:tcPr>
            <w:tcW w:w="4015" w:type="dxa"/>
            <w:gridSpan w:val="3"/>
          </w:tcPr>
          <w:p w14:paraId="066BDE05" w14:textId="77777777" w:rsidR="000C2513" w:rsidRPr="00F61A70" w:rsidRDefault="000C2513" w:rsidP="0053397C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33123B4" w14:textId="77777777" w:rsidR="000C2513" w:rsidRPr="007E5D45" w:rsidRDefault="000C2513" w:rsidP="0053397C">
            <w:pPr>
              <w:keepNext/>
              <w:rPr>
                <w:lang w:val="fr-FR"/>
              </w:rPr>
            </w:pPr>
          </w:p>
          <w:p w14:paraId="3F33B1F1" w14:textId="77777777" w:rsidR="000C2513" w:rsidRPr="007E5D45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3D3E46A3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928BE1F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  <w:gridSpan w:val="2"/>
          </w:tcPr>
          <w:p w14:paraId="4B127C1C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1F3017A3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13079D69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262E8CC7" w14:textId="77777777" w:rsidR="000C2513" w:rsidRDefault="000C2513" w:rsidP="0053397C">
            <w:pPr>
              <w:keepNext/>
            </w:pPr>
          </w:p>
        </w:tc>
      </w:tr>
      <w:tr w:rsidR="000C2513" w:rsidRPr="00F61A70" w14:paraId="1A8E37C8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18FCE94E" w14:textId="77777777" w:rsidR="000C2513" w:rsidRPr="00F61A70" w:rsidRDefault="000C2513" w:rsidP="0053397C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398F1540" w14:textId="77777777" w:rsidR="000C2513" w:rsidRPr="00F61A70" w:rsidRDefault="000C2513" w:rsidP="0053397C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412F0FC4" w14:textId="77777777" w:rsidR="000C2513" w:rsidRPr="00F61A70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457CB209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5BC6E952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78F1D7C3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70EF4009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25787E33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</w:tr>
      <w:tr w:rsidR="000C2513" w:rsidRPr="00F61A70" w14:paraId="0EB4769E" w14:textId="77777777" w:rsidTr="0053397C">
        <w:trPr>
          <w:cantSplit/>
          <w:trHeight w:val="510"/>
        </w:trPr>
        <w:tc>
          <w:tcPr>
            <w:tcW w:w="2409" w:type="dxa"/>
          </w:tcPr>
          <w:p w14:paraId="5CFEB18C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1EE230C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17C35F60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3D2E9B73" w14:textId="77777777" w:rsidR="000C2513" w:rsidRPr="00F61A70" w:rsidRDefault="000C2513" w:rsidP="0053397C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00E5FBF" w14:textId="77777777" w:rsidR="000C2513" w:rsidRPr="00F61A70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027BFB7B" w14:textId="77777777" w:rsidR="000C2513" w:rsidRPr="00F61A70" w:rsidRDefault="000C2513" w:rsidP="0053397C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96B5009" w14:textId="77777777" w:rsidR="000C2513" w:rsidRPr="00F61A70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54EA4582" w14:textId="77777777" w:rsidR="000C2513" w:rsidRPr="0007047E" w:rsidRDefault="000C2513" w:rsidP="0053397C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A796DB5" w14:textId="77777777" w:rsidR="000C2513" w:rsidRDefault="000C2513" w:rsidP="0053397C">
            <w:pPr>
              <w:keepNext/>
              <w:rPr>
                <w:lang w:val="fr-FR"/>
              </w:rPr>
            </w:pPr>
          </w:p>
          <w:p w14:paraId="5F729EA8" w14:textId="77777777" w:rsidR="000C2513" w:rsidRDefault="000C2513" w:rsidP="0053397C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4B3D6E12" w14:textId="77777777" w:rsidR="000C2513" w:rsidRPr="0007047E" w:rsidRDefault="000C2513" w:rsidP="0053397C">
            <w:pPr>
              <w:keepNext/>
              <w:rPr>
                <w:lang w:val="fr-FR"/>
              </w:rPr>
            </w:pPr>
          </w:p>
        </w:tc>
      </w:tr>
      <w:tr w:rsidR="000C2513" w14:paraId="30009733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C374937" w14:textId="77777777" w:rsidR="000C2513" w:rsidRDefault="000C2513" w:rsidP="0053397C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>
              <w:rPr>
                <w:sz w:val="16"/>
              </w:rPr>
              <w:t xml:space="preserve"> </w:t>
            </w:r>
          </w:p>
        </w:tc>
      </w:tr>
      <w:tr w:rsidR="000C2513" w14:paraId="0DE2562A" w14:textId="77777777" w:rsidTr="0053397C">
        <w:trPr>
          <w:cantSplit/>
          <w:trHeight w:val="510"/>
        </w:trPr>
        <w:tc>
          <w:tcPr>
            <w:tcW w:w="2409" w:type="dxa"/>
          </w:tcPr>
          <w:p w14:paraId="21B55FAA" w14:textId="77777777" w:rsidR="000C2513" w:rsidRPr="00F61A70" w:rsidRDefault="000C2513" w:rsidP="0053397C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623B1F5" w14:textId="77777777" w:rsidR="000C2513" w:rsidRPr="00F61A70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626EDC7E" w14:textId="77777777" w:rsidR="000C2513" w:rsidRDefault="000C2513" w:rsidP="0053397C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20DBB78" w14:textId="77777777" w:rsidR="000C2513" w:rsidRDefault="000C2513" w:rsidP="0053397C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3DDC16F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3"/>
          </w:tcPr>
          <w:p w14:paraId="1D52AD2C" w14:textId="77777777" w:rsidR="000C2513" w:rsidRDefault="000C2513" w:rsidP="0053397C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07CA2F8E" w14:textId="77777777" w:rsidR="000C2513" w:rsidRPr="009E435D" w:rsidRDefault="000C2513" w:rsidP="0053397C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28F0165" w14:textId="77777777" w:rsidR="000C2513" w:rsidRPr="009E435D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73358356" w14:textId="77777777" w:rsidR="000C2513" w:rsidRDefault="000C2513" w:rsidP="0053397C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66FC7FFD" w14:textId="77777777" w:rsidR="000C2513" w:rsidRDefault="000C2513" w:rsidP="0053397C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FC6EF96" w14:textId="77777777" w:rsidR="000C2513" w:rsidRDefault="000C2513" w:rsidP="0053397C">
            <w:pPr>
              <w:keepNext/>
            </w:pPr>
          </w:p>
        </w:tc>
      </w:tr>
      <w:tr w:rsidR="000C2513" w14:paraId="6EC2B546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F1048B9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0C2513" w14:paraId="06A428B2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3EB136FD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F976BCA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5F0F0317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Material structural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DF679F9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3"/>
          </w:tcPr>
          <w:p w14:paraId="53B21F85" w14:textId="77777777" w:rsidR="000C2513" w:rsidRPr="009E435D" w:rsidRDefault="000C2513" w:rsidP="0053397C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37017E4" w14:textId="77777777" w:rsidR="000C2513" w:rsidRDefault="000C2513" w:rsidP="0053397C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E517938" w14:textId="77777777" w:rsidR="000C2513" w:rsidRDefault="000C2513" w:rsidP="0053397C">
            <w:pPr>
              <w:keepNext/>
            </w:pPr>
          </w:p>
        </w:tc>
      </w:tr>
      <w:tr w:rsidR="000C2513" w14:paraId="13198716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2B9F5DA" w14:textId="77777777" w:rsidR="000C2513" w:rsidRDefault="000C2513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0C2513" w:rsidRPr="009E435D" w14:paraId="08573DAE" w14:textId="77777777" w:rsidTr="0053397C">
        <w:trPr>
          <w:cantSplit/>
          <w:trHeight w:val="510"/>
        </w:trPr>
        <w:tc>
          <w:tcPr>
            <w:tcW w:w="2409" w:type="dxa"/>
          </w:tcPr>
          <w:p w14:paraId="55601721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2643968" w14:textId="77777777" w:rsidR="000C2513" w:rsidRDefault="000C2513" w:rsidP="0053397C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39FB449E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3"/>
          </w:tcPr>
          <w:p w14:paraId="77842235" w14:textId="77777777" w:rsidR="000C2513" w:rsidRDefault="000C2513" w:rsidP="0053397C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3215007" w14:textId="77777777" w:rsidR="000C2513" w:rsidRDefault="000C2513" w:rsidP="0053397C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007F149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3"/>
          </w:tcPr>
          <w:p w14:paraId="5BC06811" w14:textId="77777777" w:rsidR="000C2513" w:rsidRDefault="000C2513" w:rsidP="0053397C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7F653940" w14:textId="77777777" w:rsidR="000C2513" w:rsidRDefault="000C2513" w:rsidP="0053397C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9524DB9" w14:textId="77777777" w:rsidR="000C2513" w:rsidRDefault="000C2513" w:rsidP="0053397C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157CAD9E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2"/>
          </w:tcPr>
          <w:p w14:paraId="6B1D4017" w14:textId="77777777" w:rsidR="000C2513" w:rsidRDefault="000C2513" w:rsidP="0053397C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5C30AD50" w14:textId="77777777" w:rsidR="000C2513" w:rsidRPr="009E435D" w:rsidRDefault="000C2513" w:rsidP="0053397C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75B2BF" w14:textId="77777777" w:rsidR="000C2513" w:rsidRPr="009E435D" w:rsidRDefault="000C2513" w:rsidP="0053397C">
            <w:pPr>
              <w:keepNext/>
              <w:rPr>
                <w:lang w:val="fr-FR"/>
              </w:rPr>
            </w:pPr>
          </w:p>
        </w:tc>
      </w:tr>
      <w:tr w:rsidR="000C2513" w14:paraId="309F0AD1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5E5EC18" w14:textId="77777777" w:rsidR="000C2513" w:rsidRDefault="000C2513" w:rsidP="0053397C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0C2513" w:rsidRPr="009E435D" w14:paraId="54926905" w14:textId="77777777" w:rsidTr="0053397C">
        <w:trPr>
          <w:cantSplit/>
          <w:trHeight w:val="510"/>
        </w:trPr>
        <w:tc>
          <w:tcPr>
            <w:tcW w:w="5621" w:type="dxa"/>
            <w:gridSpan w:val="5"/>
          </w:tcPr>
          <w:p w14:paraId="606ED34F" w14:textId="77777777" w:rsidR="000C2513" w:rsidRPr="009E435D" w:rsidRDefault="000C2513" w:rsidP="0053397C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6AD604F" w14:textId="77777777" w:rsidR="000C2513" w:rsidRPr="009E435D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14546BAD" w14:textId="77777777" w:rsidR="000C2513" w:rsidRPr="009E435D" w:rsidRDefault="000C2513" w:rsidP="0053397C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5B38F70" w14:textId="77777777" w:rsidR="000C2513" w:rsidRPr="009E435D" w:rsidRDefault="000C2513" w:rsidP="0053397C">
            <w:pPr>
              <w:keepNext/>
              <w:rPr>
                <w:lang w:val="fr-FR"/>
              </w:rPr>
            </w:pPr>
          </w:p>
        </w:tc>
      </w:tr>
    </w:tbl>
    <w:p w14:paraId="0FD3BA8A" w14:textId="77777777" w:rsidR="000C2513" w:rsidRPr="009E435D" w:rsidRDefault="000C2513" w:rsidP="000C25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0C2513" w:rsidRPr="005B29C5" w14:paraId="6D0E86CB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8A7EBD1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0C2513" w14:paraId="3A5A48A3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155F9BA" w14:textId="77777777" w:rsidR="000C2513" w:rsidRDefault="000C2513" w:rsidP="0053397C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0C2513" w:rsidRPr="00F61A70" w14:paraId="2C82480D" w14:textId="77777777" w:rsidTr="0053397C">
        <w:trPr>
          <w:cantSplit/>
        </w:trPr>
        <w:tc>
          <w:tcPr>
            <w:tcW w:w="9636" w:type="dxa"/>
            <w:gridSpan w:val="9"/>
          </w:tcPr>
          <w:p w14:paraId="34A1568E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sociale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0C2513" w14:paraId="6FE21364" w14:textId="77777777" w:rsidTr="0053397C">
        <w:trPr>
          <w:cantSplit/>
          <w:trHeight w:val="510"/>
        </w:trPr>
        <w:tc>
          <w:tcPr>
            <w:tcW w:w="1606" w:type="dxa"/>
          </w:tcPr>
          <w:p w14:paraId="1D12D29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7626E491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  <w:gridSpan w:val="2"/>
          </w:tcPr>
          <w:p w14:paraId="4D1B8177" w14:textId="77777777" w:rsidR="000C2513" w:rsidRDefault="000C2513" w:rsidP="0053397C">
            <w:pPr>
              <w:keepNext/>
            </w:pPr>
            <w:proofErr w:type="gramStart"/>
            <w:r>
              <w:rPr>
                <w:b/>
                <w:color w:val="0D5F78"/>
              </w:rPr>
              <w:t>cu</w:t>
            </w:r>
            <w:proofErr w:type="gramEnd"/>
            <w:r>
              <w:rPr>
                <w:b/>
                <w:color w:val="0D5F78"/>
              </w:rPr>
              <w:t xml:space="preserve">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33429690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  <w:gridSpan w:val="2"/>
          </w:tcPr>
          <w:p w14:paraId="1C96CE1C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606DB9B3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6C79E456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B39AF0E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  <w:gridSpan w:val="2"/>
          </w:tcPr>
          <w:p w14:paraId="0EFD70A6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2BD74B80" w14:textId="77777777" w:rsidR="000C2513" w:rsidRDefault="000C2513" w:rsidP="0053397C">
            <w:pPr>
              <w:keepNext/>
            </w:pPr>
          </w:p>
        </w:tc>
        <w:tc>
          <w:tcPr>
            <w:tcW w:w="1606" w:type="dxa"/>
          </w:tcPr>
          <w:p w14:paraId="7D783401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77007A6" w14:textId="77777777" w:rsidR="000C2513" w:rsidRDefault="000C2513" w:rsidP="0053397C">
            <w:pPr>
              <w:keepNext/>
            </w:pPr>
          </w:p>
        </w:tc>
      </w:tr>
      <w:tr w:rsidR="000C2513" w:rsidRPr="00F61A70" w14:paraId="048180AE" w14:textId="77777777" w:rsidTr="0053397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F0EC3FC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0C2513" w14:paraId="54A4E549" w14:textId="77777777" w:rsidTr="0053397C">
        <w:trPr>
          <w:cantSplit/>
          <w:trHeight w:val="510"/>
        </w:trPr>
        <w:tc>
          <w:tcPr>
            <w:tcW w:w="3212" w:type="dxa"/>
            <w:gridSpan w:val="3"/>
          </w:tcPr>
          <w:p w14:paraId="7732366D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5C5EDBAC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3"/>
          </w:tcPr>
          <w:p w14:paraId="3E1E3ADD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săli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28C500E9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3"/>
          </w:tcPr>
          <w:p w14:paraId="28C0AF35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030E3F74" w14:textId="77777777" w:rsidR="000C2513" w:rsidRDefault="000C2513" w:rsidP="0053397C">
            <w:pPr>
              <w:keepNext/>
            </w:pPr>
          </w:p>
        </w:tc>
      </w:tr>
      <w:tr w:rsidR="000C2513" w14:paraId="7E074AA1" w14:textId="77777777" w:rsidTr="0053397C">
        <w:trPr>
          <w:cantSplit/>
          <w:trHeight w:val="510"/>
        </w:trPr>
        <w:tc>
          <w:tcPr>
            <w:tcW w:w="3212" w:type="dxa"/>
            <w:gridSpan w:val="3"/>
          </w:tcPr>
          <w:p w14:paraId="54FCF870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07D3C625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3"/>
          </w:tcPr>
          <w:p w14:paraId="62652AAB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22C8EC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3"/>
          </w:tcPr>
          <w:p w14:paraId="7782E7AA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>
              <w:rPr>
                <w:b/>
                <w:color w:val="0D5F78"/>
              </w:rPr>
              <w:t>nr.personal</w:t>
            </w:r>
            <w:proofErr w:type="spellEnd"/>
            <w:proofErr w:type="gramEnd"/>
          </w:p>
          <w:p w14:paraId="73FE4E1B" w14:textId="77777777" w:rsidR="000C2513" w:rsidRDefault="000C2513" w:rsidP="0053397C">
            <w:pPr>
              <w:keepNext/>
            </w:pPr>
          </w:p>
        </w:tc>
      </w:tr>
      <w:tr w:rsidR="000C2513" w14:paraId="27EC16B1" w14:textId="77777777" w:rsidTr="0053397C">
        <w:trPr>
          <w:cantSplit/>
          <w:trHeight w:val="510"/>
        </w:trPr>
        <w:tc>
          <w:tcPr>
            <w:tcW w:w="2409" w:type="dxa"/>
            <w:gridSpan w:val="2"/>
          </w:tcPr>
          <w:p w14:paraId="78C7072F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>
              <w:rPr>
                <w:b/>
                <w:color w:val="0D5F78"/>
              </w:rPr>
              <w:t>nr.personal</w:t>
            </w:r>
            <w:proofErr w:type="spellEnd"/>
            <w:proofErr w:type="gramEnd"/>
          </w:p>
          <w:p w14:paraId="066B8A4B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3"/>
          </w:tcPr>
          <w:p w14:paraId="66A5083B" w14:textId="77777777" w:rsidR="000C2513" w:rsidRPr="00B0669A" w:rsidRDefault="000C2513" w:rsidP="0053397C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nr.locuri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nr.personal</w:t>
            </w:r>
            <w:proofErr w:type="spellEnd"/>
            <w:proofErr w:type="gramEnd"/>
          </w:p>
          <w:p w14:paraId="6439A6FC" w14:textId="77777777" w:rsidR="000C2513" w:rsidRPr="00B0669A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2C7EC70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>
              <w:rPr>
                <w:b/>
                <w:color w:val="0D5F78"/>
              </w:rPr>
              <w:t>nr.personal</w:t>
            </w:r>
            <w:proofErr w:type="spellEnd"/>
            <w:proofErr w:type="gramEnd"/>
          </w:p>
          <w:p w14:paraId="1AC644D4" w14:textId="77777777" w:rsidR="000C2513" w:rsidRDefault="000C2513" w:rsidP="0053397C">
            <w:pPr>
              <w:keepNext/>
            </w:pPr>
          </w:p>
        </w:tc>
        <w:tc>
          <w:tcPr>
            <w:tcW w:w="2409" w:type="dxa"/>
            <w:gridSpan w:val="2"/>
          </w:tcPr>
          <w:p w14:paraId="434B3F13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>
              <w:rPr>
                <w:b/>
                <w:color w:val="0D5F78"/>
              </w:rPr>
              <w:t>nr.locuri</w:t>
            </w:r>
            <w:proofErr w:type="spellEnd"/>
            <w:proofErr w:type="gramEnd"/>
          </w:p>
          <w:p w14:paraId="38BF8F60" w14:textId="77777777" w:rsidR="000C2513" w:rsidRDefault="000C2513" w:rsidP="0053397C">
            <w:pPr>
              <w:keepNext/>
            </w:pPr>
          </w:p>
        </w:tc>
      </w:tr>
      <w:tr w:rsidR="000C2513" w14:paraId="3F15F41A" w14:textId="77777777" w:rsidTr="0053397C">
        <w:trPr>
          <w:cantSplit/>
          <w:trHeight w:val="510"/>
        </w:trPr>
        <w:tc>
          <w:tcPr>
            <w:tcW w:w="4015" w:type="dxa"/>
            <w:gridSpan w:val="4"/>
          </w:tcPr>
          <w:p w14:paraId="272F3C59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5A2AF713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D557E73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>
              <w:rPr>
                <w:b/>
                <w:color w:val="0D5F78"/>
              </w:rPr>
              <w:t>nr.personal</w:t>
            </w:r>
            <w:proofErr w:type="spellEnd"/>
            <w:proofErr w:type="gramEnd"/>
          </w:p>
          <w:p w14:paraId="13E0E6DC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  <w:gridSpan w:val="3"/>
          </w:tcPr>
          <w:p w14:paraId="36053AAC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>
              <w:rPr>
                <w:b/>
                <w:color w:val="0D5F78"/>
              </w:rPr>
              <w:t>nr.personal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01A8AD88" w14:textId="77777777" w:rsidR="000C2513" w:rsidRDefault="000C2513" w:rsidP="0053397C">
            <w:pPr>
              <w:keepNext/>
            </w:pPr>
          </w:p>
        </w:tc>
      </w:tr>
      <w:tr w:rsidR="000C2513" w:rsidRPr="00F61A70" w14:paraId="702F3E0E" w14:textId="77777777" w:rsidTr="0053397C">
        <w:trPr>
          <w:cantSplit/>
          <w:trHeight w:val="510"/>
        </w:trPr>
        <w:tc>
          <w:tcPr>
            <w:tcW w:w="9636" w:type="dxa"/>
            <w:gridSpan w:val="9"/>
          </w:tcPr>
          <w:p w14:paraId="48425E0A" w14:textId="77777777" w:rsidR="000C2513" w:rsidRPr="005B29C5" w:rsidRDefault="000C2513" w:rsidP="0053397C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351E8DB6" w14:textId="77777777" w:rsidR="000C2513" w:rsidRPr="005B29C5" w:rsidRDefault="000C2513" w:rsidP="0053397C">
            <w:pPr>
              <w:rPr>
                <w:lang w:val="fr-FR"/>
              </w:rPr>
            </w:pPr>
          </w:p>
        </w:tc>
      </w:tr>
    </w:tbl>
    <w:p w14:paraId="5F6C8F1A" w14:textId="77777777" w:rsidR="000C2513" w:rsidRPr="005B29C5" w:rsidRDefault="000C2513" w:rsidP="000C25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0C2513" w:rsidRPr="00F61A70" w14:paraId="3286C777" w14:textId="77777777" w:rsidTr="0053397C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2BAC790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0C2513" w:rsidRPr="00F61A70" w14:paraId="25EFB89D" w14:textId="77777777" w:rsidTr="0053397C">
        <w:trPr>
          <w:cantSplit/>
        </w:trPr>
        <w:tc>
          <w:tcPr>
            <w:tcW w:w="9636" w:type="dxa"/>
            <w:gridSpan w:val="6"/>
          </w:tcPr>
          <w:p w14:paraId="779EE623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0C2513" w:rsidRPr="00F61A70" w14:paraId="17E92ED2" w14:textId="77777777" w:rsidTr="0053397C">
        <w:trPr>
          <w:cantSplit/>
          <w:trHeight w:val="510"/>
        </w:trPr>
        <w:tc>
          <w:tcPr>
            <w:tcW w:w="2235" w:type="dxa"/>
            <w:gridSpan w:val="2"/>
          </w:tcPr>
          <w:p w14:paraId="788A2816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6730D804" w14:textId="77777777" w:rsidR="000C2513" w:rsidRDefault="000C2513" w:rsidP="0053397C">
            <w:pPr>
              <w:keepNext/>
            </w:pPr>
          </w:p>
        </w:tc>
        <w:tc>
          <w:tcPr>
            <w:tcW w:w="1842" w:type="dxa"/>
          </w:tcPr>
          <w:p w14:paraId="57DBED64" w14:textId="77777777" w:rsidR="000C2513" w:rsidRPr="00C46767" w:rsidRDefault="000C2513" w:rsidP="0053397C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2B2EEA4C" w14:textId="77777777" w:rsidR="000C2513" w:rsidRPr="00C46767" w:rsidRDefault="000C2513" w:rsidP="0053397C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41DF3EB3" w14:textId="77777777" w:rsidR="000C2513" w:rsidRPr="00C46767" w:rsidRDefault="000C2513" w:rsidP="0053397C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C7531BE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27022243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</w:tr>
      <w:tr w:rsidR="000C2513" w14:paraId="7A852F84" w14:textId="77777777" w:rsidTr="0053397C">
        <w:trPr>
          <w:cantSplit/>
          <w:trHeight w:val="510"/>
        </w:trPr>
        <w:tc>
          <w:tcPr>
            <w:tcW w:w="1606" w:type="dxa"/>
          </w:tcPr>
          <w:p w14:paraId="67B5F6E4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ACD8968" w14:textId="77777777" w:rsidR="000C2513" w:rsidRDefault="000C2513" w:rsidP="0053397C"/>
        </w:tc>
        <w:tc>
          <w:tcPr>
            <w:tcW w:w="2471" w:type="dxa"/>
            <w:gridSpan w:val="2"/>
          </w:tcPr>
          <w:p w14:paraId="4A1D28EE" w14:textId="77777777" w:rsidR="000C2513" w:rsidRPr="005B29C5" w:rsidRDefault="000C2513" w:rsidP="0053397C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5BB81D9B" w14:textId="77777777" w:rsidR="000C2513" w:rsidRDefault="000C2513" w:rsidP="0053397C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4154B9C5" w14:textId="77777777" w:rsidR="000C2513" w:rsidRDefault="000C2513" w:rsidP="0053397C"/>
        </w:tc>
        <w:tc>
          <w:tcPr>
            <w:tcW w:w="3953" w:type="dxa"/>
            <w:gridSpan w:val="2"/>
          </w:tcPr>
          <w:p w14:paraId="6A679B12" w14:textId="77777777" w:rsidR="000C2513" w:rsidRPr="005B29C5" w:rsidRDefault="000C2513" w:rsidP="0053397C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23B4FFF2" w14:textId="77777777" w:rsidR="000C2513" w:rsidRPr="005B29C5" w:rsidRDefault="000C2513" w:rsidP="0053397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1CBAACC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2D6443AE" w14:textId="77777777" w:rsidR="000C2513" w:rsidRDefault="000C2513" w:rsidP="0053397C"/>
        </w:tc>
      </w:tr>
    </w:tbl>
    <w:p w14:paraId="627CDBD4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0C2513" w:rsidRPr="00F61A70" w14:paraId="02FAE04D" w14:textId="77777777" w:rsidTr="0053397C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B0A3E09" w14:textId="77777777" w:rsidR="000C2513" w:rsidRPr="00481869" w:rsidRDefault="000C2513" w:rsidP="0053397C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DE PROTECȚIE </w:t>
            </w:r>
            <w:r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0C2513" w:rsidRPr="00F61A70" w14:paraId="4F55A90F" w14:textId="77777777" w:rsidTr="0053397C">
        <w:trPr>
          <w:cantSplit/>
          <w:trHeight w:val="510"/>
        </w:trPr>
        <w:tc>
          <w:tcPr>
            <w:tcW w:w="4818" w:type="dxa"/>
          </w:tcPr>
          <w:p w14:paraId="6D7B955B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391DA46B" w14:textId="77777777" w:rsidR="000C2513" w:rsidRDefault="000C2513" w:rsidP="0053397C">
            <w:pPr>
              <w:keepNext/>
            </w:pPr>
          </w:p>
        </w:tc>
        <w:tc>
          <w:tcPr>
            <w:tcW w:w="4818" w:type="dxa"/>
          </w:tcPr>
          <w:p w14:paraId="41397E0E" w14:textId="77777777" w:rsidR="000C2513" w:rsidRPr="005B29C5" w:rsidRDefault="000C2513" w:rsidP="0053397C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5A5A91D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</w:tr>
      <w:tr w:rsidR="000C2513" w14:paraId="2C4946CD" w14:textId="77777777" w:rsidTr="0053397C">
        <w:trPr>
          <w:cantSplit/>
          <w:trHeight w:val="510"/>
        </w:trPr>
        <w:tc>
          <w:tcPr>
            <w:tcW w:w="4818" w:type="dxa"/>
          </w:tcPr>
          <w:p w14:paraId="24437107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4A53E572" w14:textId="77777777" w:rsidR="000C2513" w:rsidRDefault="000C2513" w:rsidP="0053397C"/>
        </w:tc>
        <w:tc>
          <w:tcPr>
            <w:tcW w:w="4818" w:type="dxa"/>
          </w:tcPr>
          <w:p w14:paraId="0F962055" w14:textId="77777777" w:rsidR="000C2513" w:rsidRDefault="000C2513" w:rsidP="0053397C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  <w:r>
              <w:rPr>
                <w:b/>
                <w:color w:val="0D5F78"/>
              </w:rPr>
              <w:t>:</w:t>
            </w:r>
          </w:p>
          <w:p w14:paraId="0D630F29" w14:textId="77777777" w:rsidR="000C2513" w:rsidRDefault="000C2513" w:rsidP="0053397C"/>
        </w:tc>
      </w:tr>
    </w:tbl>
    <w:p w14:paraId="122DF513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0C2513" w14:paraId="409BD016" w14:textId="77777777" w:rsidTr="0053397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81FA223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0C2513" w14:paraId="6B6A2C6D" w14:textId="77777777" w:rsidTr="0053397C">
        <w:trPr>
          <w:cantSplit/>
          <w:trHeight w:val="510"/>
        </w:trPr>
        <w:tc>
          <w:tcPr>
            <w:tcW w:w="4818" w:type="dxa"/>
          </w:tcPr>
          <w:p w14:paraId="348ABEC0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49C48EA9" w14:textId="77777777" w:rsidR="000C2513" w:rsidRDefault="000C2513" w:rsidP="0053397C"/>
        </w:tc>
        <w:tc>
          <w:tcPr>
            <w:tcW w:w="1606" w:type="dxa"/>
          </w:tcPr>
          <w:p w14:paraId="14A1CB1B" w14:textId="77777777" w:rsidR="000C2513" w:rsidRDefault="000C2513" w:rsidP="0053397C">
            <w:r>
              <w:rPr>
                <w:b/>
                <w:color w:val="0D5F78"/>
              </w:rPr>
              <w:t>Data</w:t>
            </w:r>
          </w:p>
          <w:p w14:paraId="1DF978E4" w14:textId="77777777" w:rsidR="000C2513" w:rsidRDefault="000C2513" w:rsidP="0053397C"/>
        </w:tc>
        <w:tc>
          <w:tcPr>
            <w:tcW w:w="3212" w:type="dxa"/>
          </w:tcPr>
          <w:p w14:paraId="069F9182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329DD110" w14:textId="77777777" w:rsidR="000C2513" w:rsidRDefault="000C2513" w:rsidP="0053397C"/>
        </w:tc>
      </w:tr>
    </w:tbl>
    <w:p w14:paraId="633734BA" w14:textId="77777777" w:rsidR="000C2513" w:rsidRDefault="000C2513" w:rsidP="000C25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0C2513" w14:paraId="79E5821F" w14:textId="77777777" w:rsidTr="0053397C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7EEA966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0C2513" w14:paraId="2B3B17D1" w14:textId="77777777" w:rsidTr="0053397C">
        <w:trPr>
          <w:cantSplit/>
          <w:trHeight w:val="510"/>
        </w:trPr>
        <w:tc>
          <w:tcPr>
            <w:tcW w:w="4015" w:type="dxa"/>
            <w:gridSpan w:val="2"/>
          </w:tcPr>
          <w:p w14:paraId="74BDD7D2" w14:textId="77777777" w:rsidR="000C2513" w:rsidRDefault="000C2513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320D772B" w14:textId="77777777" w:rsidR="000C2513" w:rsidRDefault="000C2513" w:rsidP="0053397C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49A18B68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556DE601" w14:textId="77777777" w:rsidR="000C2513" w:rsidRDefault="000C2513" w:rsidP="0053397C">
            <w:pPr>
              <w:keepNext/>
            </w:pPr>
          </w:p>
        </w:tc>
        <w:tc>
          <w:tcPr>
            <w:tcW w:w="3212" w:type="dxa"/>
          </w:tcPr>
          <w:p w14:paraId="741D8A4E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2C4FB94A" w14:textId="77777777" w:rsidR="000C2513" w:rsidRDefault="000C2513" w:rsidP="0053397C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0984158A" w14:textId="77777777" w:rsidR="000C2513" w:rsidRDefault="000C2513" w:rsidP="0053397C">
            <w:pPr>
              <w:keepNext/>
            </w:pPr>
          </w:p>
        </w:tc>
      </w:tr>
      <w:tr w:rsidR="000C2513" w14:paraId="5FE9B170" w14:textId="77777777" w:rsidTr="0053397C">
        <w:trPr>
          <w:cantSplit/>
          <w:trHeight w:val="510"/>
        </w:trPr>
        <w:tc>
          <w:tcPr>
            <w:tcW w:w="2409" w:type="dxa"/>
          </w:tcPr>
          <w:p w14:paraId="150D67BF" w14:textId="77777777" w:rsidR="000C2513" w:rsidRDefault="000C2513" w:rsidP="0053397C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3E51D46B" w14:textId="77777777" w:rsidR="000C2513" w:rsidRDefault="000C2513" w:rsidP="0053397C"/>
        </w:tc>
        <w:tc>
          <w:tcPr>
            <w:tcW w:w="3212" w:type="dxa"/>
            <w:gridSpan w:val="2"/>
          </w:tcPr>
          <w:p w14:paraId="644ED207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3EDC497C" w14:textId="77777777" w:rsidR="000C2513" w:rsidRDefault="000C2513" w:rsidP="0053397C"/>
        </w:tc>
        <w:tc>
          <w:tcPr>
            <w:tcW w:w="4015" w:type="dxa"/>
            <w:gridSpan w:val="2"/>
          </w:tcPr>
          <w:p w14:paraId="23FBE5F4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1B17532" w14:textId="77777777" w:rsidR="000C2513" w:rsidRDefault="000C2513" w:rsidP="0053397C"/>
        </w:tc>
      </w:tr>
    </w:tbl>
    <w:p w14:paraId="23491152" w14:textId="77777777" w:rsidR="000C2513" w:rsidRDefault="000C2513" w:rsidP="000C2513">
      <w:pPr>
        <w:spacing w:line="168" w:lineRule="auto"/>
      </w:pPr>
    </w:p>
    <w:p w14:paraId="452A4564" w14:textId="77777777" w:rsidR="000C2513" w:rsidRDefault="000C2513" w:rsidP="000C2513">
      <w:pPr>
        <w:spacing w:line="168" w:lineRule="auto"/>
      </w:pPr>
    </w:p>
    <w:p w14:paraId="01B4D590" w14:textId="77777777" w:rsidR="000C2513" w:rsidRPr="00913191" w:rsidRDefault="000C2513" w:rsidP="000C2513">
      <w:pPr>
        <w:rPr>
          <w:u w:val="single"/>
        </w:rPr>
      </w:pPr>
      <w:proofErr w:type="spellStart"/>
      <w:r w:rsidRPr="00913191">
        <w:rPr>
          <w:u w:val="single"/>
        </w:rPr>
        <w:t>Punctele</w:t>
      </w:r>
      <w:proofErr w:type="spellEnd"/>
      <w:r w:rsidRPr="00913191">
        <w:rPr>
          <w:u w:val="single"/>
        </w:rPr>
        <w:t xml:space="preserve"> </w:t>
      </w:r>
      <w:r>
        <w:rPr>
          <w:u w:val="single"/>
        </w:rPr>
        <w:t>10</w:t>
      </w:r>
      <w:r w:rsidRPr="00913191">
        <w:rPr>
          <w:u w:val="single"/>
        </w:rPr>
        <w:t>-</w:t>
      </w:r>
      <w:r>
        <w:rPr>
          <w:u w:val="single"/>
        </w:rPr>
        <w:t xml:space="preserve">13 </w:t>
      </w:r>
      <w:r w:rsidRPr="00913191">
        <w:rPr>
          <w:u w:val="single"/>
        </w:rPr>
        <w:t xml:space="preserve">se </w:t>
      </w:r>
      <w:proofErr w:type="spellStart"/>
      <w:r w:rsidRPr="00913191">
        <w:rPr>
          <w:u w:val="single"/>
        </w:rPr>
        <w:t>completeaza</w:t>
      </w:r>
      <w:proofErr w:type="spellEnd"/>
      <w:r w:rsidRPr="00913191">
        <w:rPr>
          <w:u w:val="single"/>
        </w:rPr>
        <w:t xml:space="preserve"> </w:t>
      </w:r>
      <w:proofErr w:type="spellStart"/>
      <w:r w:rsidRPr="00913191">
        <w:rPr>
          <w:u w:val="single"/>
        </w:rPr>
        <w:t>în</w:t>
      </w:r>
      <w:proofErr w:type="spellEnd"/>
      <w:r w:rsidRPr="00913191">
        <w:rPr>
          <w:u w:val="single"/>
        </w:rPr>
        <w:t xml:space="preserve"> </w:t>
      </w:r>
      <w:proofErr w:type="spellStart"/>
      <w:r w:rsidRPr="00913191">
        <w:rPr>
          <w:u w:val="single"/>
        </w:rPr>
        <w:t>cazul</w:t>
      </w:r>
      <w:proofErr w:type="spellEnd"/>
      <w:r w:rsidRPr="00913191">
        <w:rPr>
          <w:u w:val="single"/>
        </w:rPr>
        <w:t xml:space="preserve"> </w:t>
      </w:r>
      <w:proofErr w:type="spellStart"/>
      <w:r w:rsidRPr="00913191">
        <w:rPr>
          <w:u w:val="single"/>
        </w:rPr>
        <w:t>amenjărilor</w:t>
      </w:r>
      <w:proofErr w:type="spellEnd"/>
      <w:r w:rsidRPr="00913191">
        <w:rPr>
          <w:u w:val="single"/>
        </w:rPr>
        <w:t xml:space="preserve"> /</w:t>
      </w:r>
      <w:proofErr w:type="spellStart"/>
      <w:r w:rsidRPr="00913191">
        <w:rPr>
          <w:u w:val="single"/>
        </w:rPr>
        <w:t>lucrărilor</w:t>
      </w:r>
      <w:proofErr w:type="spellEnd"/>
      <w:r w:rsidRPr="00913191">
        <w:rPr>
          <w:u w:val="single"/>
        </w:rPr>
        <w:t xml:space="preserve"> </w:t>
      </w:r>
      <w:proofErr w:type="spellStart"/>
      <w:r w:rsidRPr="00913191">
        <w:rPr>
          <w:u w:val="single"/>
        </w:rPr>
        <w:t>inginerești</w:t>
      </w:r>
      <w:proofErr w:type="spellEnd"/>
    </w:p>
    <w:p w14:paraId="1171ACB0" w14:textId="77777777" w:rsidR="000C2513" w:rsidRPr="00913191" w:rsidRDefault="000C2513" w:rsidP="000C2513">
      <w:pPr>
        <w:spacing w:line="168" w:lineRule="auto"/>
      </w:pPr>
    </w:p>
    <w:p w14:paraId="50FA9855" w14:textId="77777777" w:rsidR="000C2513" w:rsidRPr="00913191" w:rsidRDefault="000C2513" w:rsidP="000C2513">
      <w:pPr>
        <w:spacing w:line="168" w:lineRule="auto"/>
      </w:pPr>
    </w:p>
    <w:p w14:paraId="38B2CECB" w14:textId="77777777" w:rsidR="000C2513" w:rsidRPr="00913191" w:rsidRDefault="000C2513" w:rsidP="000C2513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0C2513" w14:paraId="1E651D3C" w14:textId="77777777" w:rsidTr="0053397C">
        <w:tc>
          <w:tcPr>
            <w:tcW w:w="9636" w:type="dxa"/>
            <w:shd w:val="clear" w:color="auto" w:fill="F4F4F4"/>
          </w:tcPr>
          <w:p w14:paraId="3EB41A63" w14:textId="77777777" w:rsidR="000C2513" w:rsidRPr="00481869" w:rsidRDefault="000C2513" w:rsidP="0053397C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>10</w:t>
            </w:r>
            <w:proofErr w:type="gramStart"/>
            <w:r w:rsidRPr="00481869">
              <w:rPr>
                <w:b/>
                <w:sz w:val="18"/>
                <w:szCs w:val="18"/>
              </w:rPr>
              <w:t xml:space="preserve">.  </w:t>
            </w:r>
            <w:r w:rsidRPr="00481869">
              <w:rPr>
                <w:b/>
                <w:color w:val="000000"/>
                <w:sz w:val="18"/>
                <w:szCs w:val="18"/>
              </w:rPr>
              <w:t>DATELE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</w:rPr>
              <w:t xml:space="preserve"> CARACTERISTICE ALE AMPLASAMENTULUI</w:t>
            </w:r>
          </w:p>
        </w:tc>
      </w:tr>
      <w:tr w:rsidR="000C2513" w14:paraId="4D75976C" w14:textId="77777777" w:rsidTr="0053397C">
        <w:trPr>
          <w:trHeight w:val="311"/>
        </w:trPr>
        <w:tc>
          <w:tcPr>
            <w:tcW w:w="9636" w:type="dxa"/>
          </w:tcPr>
          <w:p w14:paraId="281F5566" w14:textId="77777777" w:rsidR="000C2513" w:rsidRDefault="000C2513" w:rsidP="0053397C"/>
          <w:p w14:paraId="551BF249" w14:textId="77777777" w:rsidR="000C2513" w:rsidRDefault="000C2513" w:rsidP="0053397C"/>
          <w:p w14:paraId="2C2AB842" w14:textId="77777777" w:rsidR="000C2513" w:rsidRDefault="000C2513" w:rsidP="0053397C"/>
          <w:p w14:paraId="7DEB785E" w14:textId="77777777" w:rsidR="000C2513" w:rsidRDefault="000C2513" w:rsidP="0053397C"/>
        </w:tc>
      </w:tr>
      <w:tr w:rsidR="000C2513" w:rsidRPr="00F61A70" w14:paraId="0FF130DE" w14:textId="77777777" w:rsidTr="0053397C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333EEC04" w14:textId="77777777" w:rsidR="000C2513" w:rsidRPr="00481869" w:rsidRDefault="000C2513" w:rsidP="0053397C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lastRenderedPageBreak/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0C2513" w:rsidRPr="00F61A70" w14:paraId="5054C2AD" w14:textId="77777777" w:rsidTr="0053397C">
        <w:trPr>
          <w:trHeight w:val="311"/>
        </w:trPr>
        <w:tc>
          <w:tcPr>
            <w:tcW w:w="9636" w:type="dxa"/>
          </w:tcPr>
          <w:p w14:paraId="32EC7F34" w14:textId="77777777" w:rsidR="000C2513" w:rsidRPr="00913191" w:rsidRDefault="000C2513" w:rsidP="0053397C">
            <w:pPr>
              <w:rPr>
                <w:lang w:val="fr-FR"/>
              </w:rPr>
            </w:pPr>
          </w:p>
          <w:p w14:paraId="35D8BD77" w14:textId="77777777" w:rsidR="000C2513" w:rsidRPr="00913191" w:rsidRDefault="000C2513" w:rsidP="0053397C">
            <w:pPr>
              <w:rPr>
                <w:lang w:val="fr-FR"/>
              </w:rPr>
            </w:pPr>
          </w:p>
          <w:p w14:paraId="56E95452" w14:textId="77777777" w:rsidR="000C2513" w:rsidRPr="00913191" w:rsidRDefault="000C2513" w:rsidP="0053397C">
            <w:pPr>
              <w:rPr>
                <w:lang w:val="fr-FR"/>
              </w:rPr>
            </w:pPr>
          </w:p>
        </w:tc>
      </w:tr>
    </w:tbl>
    <w:p w14:paraId="5EBD4E79" w14:textId="77777777" w:rsidR="000C2513" w:rsidRDefault="000C2513" w:rsidP="000C25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0C2513" w:rsidRPr="00F61A70" w14:paraId="671A62F1" w14:textId="77777777" w:rsidTr="0053397C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F7859D1" w14:textId="77777777" w:rsidR="000C2513" w:rsidRPr="00481869" w:rsidRDefault="000C2513" w:rsidP="0053397C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0C2513" w:rsidRPr="005B29C5" w14:paraId="6FF77F95" w14:textId="77777777" w:rsidTr="0053397C">
        <w:trPr>
          <w:cantSplit/>
          <w:trHeight w:val="510"/>
        </w:trPr>
        <w:tc>
          <w:tcPr>
            <w:tcW w:w="4818" w:type="dxa"/>
          </w:tcPr>
          <w:p w14:paraId="7A52A458" w14:textId="77777777" w:rsidR="000C2513" w:rsidRDefault="000C2513" w:rsidP="0053397C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4F77BA48" w14:textId="77777777" w:rsidR="000C2513" w:rsidRDefault="000C2513" w:rsidP="0053397C">
            <w:pPr>
              <w:keepNext/>
            </w:pPr>
          </w:p>
        </w:tc>
        <w:tc>
          <w:tcPr>
            <w:tcW w:w="4818" w:type="dxa"/>
          </w:tcPr>
          <w:p w14:paraId="3F322ECD" w14:textId="77777777" w:rsidR="000C2513" w:rsidRPr="005B29C5" w:rsidRDefault="000C2513" w:rsidP="0053397C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033A55BA" w14:textId="77777777" w:rsidR="000C2513" w:rsidRPr="005B29C5" w:rsidRDefault="000C2513" w:rsidP="0053397C">
            <w:pPr>
              <w:keepNext/>
              <w:rPr>
                <w:lang w:val="fr-FR"/>
              </w:rPr>
            </w:pPr>
          </w:p>
        </w:tc>
      </w:tr>
      <w:tr w:rsidR="000C2513" w14:paraId="3027F229" w14:textId="77777777" w:rsidTr="0053397C">
        <w:trPr>
          <w:cantSplit/>
          <w:trHeight w:val="510"/>
        </w:trPr>
        <w:tc>
          <w:tcPr>
            <w:tcW w:w="4818" w:type="dxa"/>
          </w:tcPr>
          <w:p w14:paraId="04E66E1F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171B508A" w14:textId="77777777" w:rsidR="000C2513" w:rsidRDefault="000C2513" w:rsidP="0053397C"/>
        </w:tc>
        <w:tc>
          <w:tcPr>
            <w:tcW w:w="4818" w:type="dxa"/>
          </w:tcPr>
          <w:p w14:paraId="0DED773B" w14:textId="77777777" w:rsidR="000C2513" w:rsidRDefault="000C2513" w:rsidP="0053397C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A03D5A4" w14:textId="77777777" w:rsidR="000C2513" w:rsidRDefault="000C2513" w:rsidP="0053397C"/>
        </w:tc>
      </w:tr>
    </w:tbl>
    <w:p w14:paraId="0781D2DC" w14:textId="77777777" w:rsidR="000C2513" w:rsidRDefault="000C2513" w:rsidP="000C2513">
      <w:pPr>
        <w:spacing w:line="168" w:lineRule="auto"/>
        <w:rPr>
          <w:lang w:val="fr-FR"/>
        </w:rPr>
      </w:pPr>
    </w:p>
    <w:p w14:paraId="1A82EBBC" w14:textId="77777777" w:rsidR="000C2513" w:rsidRDefault="000C2513" w:rsidP="000C25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0C2513" w14:paraId="59722C10" w14:textId="77777777" w:rsidTr="0053397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B9A4C69" w14:textId="77777777" w:rsidR="000C2513" w:rsidRDefault="000C2513" w:rsidP="0053397C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0C2513" w14:paraId="1DE4AE28" w14:textId="77777777" w:rsidTr="0053397C">
        <w:trPr>
          <w:cantSplit/>
          <w:trHeight w:val="510"/>
        </w:trPr>
        <w:tc>
          <w:tcPr>
            <w:tcW w:w="4818" w:type="dxa"/>
          </w:tcPr>
          <w:p w14:paraId="0C114C70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0EAE2A60" w14:textId="77777777" w:rsidR="000C2513" w:rsidRDefault="000C2513" w:rsidP="0053397C"/>
        </w:tc>
        <w:tc>
          <w:tcPr>
            <w:tcW w:w="1606" w:type="dxa"/>
          </w:tcPr>
          <w:p w14:paraId="4A9C5581" w14:textId="77777777" w:rsidR="000C2513" w:rsidRDefault="000C2513" w:rsidP="0053397C">
            <w:r>
              <w:rPr>
                <w:b/>
                <w:color w:val="0D5F78"/>
              </w:rPr>
              <w:t>Data</w:t>
            </w:r>
          </w:p>
          <w:p w14:paraId="6A890B47" w14:textId="77777777" w:rsidR="000C2513" w:rsidRDefault="000C2513" w:rsidP="0053397C"/>
        </w:tc>
        <w:tc>
          <w:tcPr>
            <w:tcW w:w="3212" w:type="dxa"/>
          </w:tcPr>
          <w:p w14:paraId="2682A5B2" w14:textId="77777777" w:rsidR="000C2513" w:rsidRDefault="000C2513" w:rsidP="0053397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7D1B5DA6" w14:textId="77777777" w:rsidR="000C2513" w:rsidRDefault="000C2513" w:rsidP="0053397C"/>
        </w:tc>
      </w:tr>
    </w:tbl>
    <w:p w14:paraId="16199A0F" w14:textId="77777777" w:rsidR="000C2513" w:rsidRDefault="000C2513" w:rsidP="00281B91">
      <w:pPr>
        <w:rPr>
          <w:sz w:val="18"/>
          <w:szCs w:val="18"/>
        </w:rPr>
      </w:pPr>
    </w:p>
    <w:sectPr w:rsidR="000C2513" w:rsidSect="00473796">
      <w:headerReference w:type="default" r:id="rId8"/>
      <w:footerReference w:type="default" r:id="rId9"/>
      <w:pgSz w:w="11907" w:h="16839" w:code="9"/>
      <w:pgMar w:top="360" w:right="1260" w:bottom="25" w:left="1800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00329" w14:textId="77777777" w:rsidR="00CE49D5" w:rsidRDefault="00CE49D5">
      <w:r>
        <w:separator/>
      </w:r>
    </w:p>
  </w:endnote>
  <w:endnote w:type="continuationSeparator" w:id="0">
    <w:p w14:paraId="76D45C87" w14:textId="77777777" w:rsidR="00CE49D5" w:rsidRDefault="00CE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5CBA" w14:textId="77777777" w:rsidR="005C7A01" w:rsidRDefault="00051DA9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noProof/>
        <w:lang w:val="ro-RO" w:eastAsia="ro-RO"/>
      </w:rPr>
      <w:drawing>
        <wp:anchor distT="0" distB="0" distL="114300" distR="114300" simplePos="0" relativeHeight="251660800" behindDoc="1" locked="0" layoutInCell="1" allowOverlap="1" wp14:anchorId="639924C3" wp14:editId="05244A0D">
          <wp:simplePos x="0" y="0"/>
          <wp:positionH relativeFrom="margin">
            <wp:align>center</wp:align>
          </wp:positionH>
          <wp:positionV relativeFrom="page">
            <wp:posOffset>10026650</wp:posOffset>
          </wp:positionV>
          <wp:extent cx="6731779" cy="292714"/>
          <wp:effectExtent l="0" t="0" r="0" b="0"/>
          <wp:wrapNone/>
          <wp:docPr id="6963946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7A01">
      <w:rPr>
        <w:color w:val="595959" w:themeColor="text1" w:themeTint="A6"/>
        <w:sz w:val="18"/>
        <w:szCs w:val="18"/>
      </w:rPr>
      <w:ptab w:relativeTo="margin" w:alignment="right" w:leader="none"/>
    </w:r>
  </w:p>
  <w:p w14:paraId="3E8D452E" w14:textId="77777777" w:rsidR="005C7A01" w:rsidRDefault="005C7A01" w:rsidP="00284CF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57DF1" w14:textId="77777777" w:rsidR="00CE49D5" w:rsidRDefault="00CE49D5">
      <w:r>
        <w:separator/>
      </w:r>
    </w:p>
  </w:footnote>
  <w:footnote w:type="continuationSeparator" w:id="0">
    <w:p w14:paraId="405BD33F" w14:textId="77777777" w:rsidR="00CE49D5" w:rsidRDefault="00CE4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6647" w14:textId="77777777" w:rsidR="008279FA" w:rsidRDefault="008279FA" w:rsidP="00494D7A">
    <w:pPr>
      <w:pStyle w:val="Header"/>
    </w:pPr>
  </w:p>
  <w:p w14:paraId="7717B032" w14:textId="77777777" w:rsidR="00494D7A" w:rsidRDefault="00251F74" w:rsidP="00494D7A">
    <w:pPr>
      <w:pStyle w:val="Header"/>
    </w:pPr>
    <w:r>
      <w:rPr>
        <w:noProof/>
        <w:lang w:val="ro-RO" w:eastAsia="ro-RO"/>
      </w:rPr>
      <w:drawing>
        <wp:anchor distT="0" distB="3048" distL="114300" distR="114300" simplePos="0" relativeHeight="251658752" behindDoc="1" locked="0" layoutInCell="1" allowOverlap="1" wp14:anchorId="5C9ACDB8" wp14:editId="39D2EA67">
          <wp:simplePos x="0" y="0"/>
          <wp:positionH relativeFrom="margin">
            <wp:posOffset>3619500</wp:posOffset>
          </wp:positionH>
          <wp:positionV relativeFrom="page">
            <wp:posOffset>447675</wp:posOffset>
          </wp:positionV>
          <wp:extent cx="2287905" cy="76200"/>
          <wp:effectExtent l="0" t="0" r="0" b="0"/>
          <wp:wrapNone/>
          <wp:docPr id="8269811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3048" distL="114300" distR="114300" simplePos="0" relativeHeight="251657728" behindDoc="1" locked="0" layoutInCell="1" allowOverlap="1" wp14:anchorId="6B775419" wp14:editId="5BE22563">
          <wp:simplePos x="0" y="0"/>
          <wp:positionH relativeFrom="margin">
            <wp:posOffset>-571500</wp:posOffset>
          </wp:positionH>
          <wp:positionV relativeFrom="page">
            <wp:posOffset>447675</wp:posOffset>
          </wp:positionV>
          <wp:extent cx="2287905" cy="85725"/>
          <wp:effectExtent l="0" t="0" r="0" b="9525"/>
          <wp:wrapNone/>
          <wp:docPr id="18059668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6704" behindDoc="1" locked="0" layoutInCell="1" allowOverlap="1" wp14:anchorId="0DC12CCC" wp14:editId="46E03BD1">
          <wp:simplePos x="0" y="0"/>
          <wp:positionH relativeFrom="page">
            <wp:align>center</wp:align>
          </wp:positionH>
          <wp:positionV relativeFrom="page">
            <wp:posOffset>160655</wp:posOffset>
          </wp:positionV>
          <wp:extent cx="1476375" cy="595630"/>
          <wp:effectExtent l="0" t="0" r="9525" b="0"/>
          <wp:wrapNone/>
          <wp:docPr id="159967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CF5869" w14:textId="77777777" w:rsidR="007E13A0" w:rsidRDefault="007E1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5077D4E"/>
    <w:multiLevelType w:val="hybridMultilevel"/>
    <w:tmpl w:val="0F00E270"/>
    <w:lvl w:ilvl="0" w:tplc="F4E459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93B80"/>
    <w:multiLevelType w:val="hybridMultilevel"/>
    <w:tmpl w:val="C6787CAE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1C744BAF"/>
    <w:multiLevelType w:val="hybridMultilevel"/>
    <w:tmpl w:val="5C30174E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D1F34"/>
    <w:multiLevelType w:val="hybridMultilevel"/>
    <w:tmpl w:val="664E3EE6"/>
    <w:lvl w:ilvl="0" w:tplc="D0363F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3215E"/>
    <w:multiLevelType w:val="multilevel"/>
    <w:tmpl w:val="4970D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7F4513"/>
    <w:multiLevelType w:val="hybridMultilevel"/>
    <w:tmpl w:val="8482DE8E"/>
    <w:lvl w:ilvl="0" w:tplc="31FCE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507D24"/>
    <w:multiLevelType w:val="hybridMultilevel"/>
    <w:tmpl w:val="68B44324"/>
    <w:lvl w:ilvl="0" w:tplc="31FCEB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966E98"/>
    <w:multiLevelType w:val="hybridMultilevel"/>
    <w:tmpl w:val="F2EAA318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30766"/>
    <w:multiLevelType w:val="hybridMultilevel"/>
    <w:tmpl w:val="870E8CE6"/>
    <w:lvl w:ilvl="0" w:tplc="5EFA1C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19C2"/>
    <w:multiLevelType w:val="hybridMultilevel"/>
    <w:tmpl w:val="E8163FC6"/>
    <w:lvl w:ilvl="0" w:tplc="7A7C89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70910"/>
    <w:multiLevelType w:val="hybridMultilevel"/>
    <w:tmpl w:val="0CEE5634"/>
    <w:lvl w:ilvl="0" w:tplc="253AA2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9324FF"/>
    <w:multiLevelType w:val="hybridMultilevel"/>
    <w:tmpl w:val="EF7AC7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D94CC7"/>
    <w:multiLevelType w:val="hybridMultilevel"/>
    <w:tmpl w:val="4148D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2B12"/>
    <w:multiLevelType w:val="hybridMultilevel"/>
    <w:tmpl w:val="86D4F2E0"/>
    <w:lvl w:ilvl="0" w:tplc="29480A5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D7B2A"/>
    <w:multiLevelType w:val="hybridMultilevel"/>
    <w:tmpl w:val="9D8ED54E"/>
    <w:lvl w:ilvl="0" w:tplc="C43A970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0DA4A126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DED2C694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C5DE86F4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E8CC57A2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327AD5E0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8EFCBCFE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E3921CCA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CE924FBE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27" w15:restartNumberingAfterBreak="0">
    <w:nsid w:val="505D50B2"/>
    <w:multiLevelType w:val="hybridMultilevel"/>
    <w:tmpl w:val="6868F1AC"/>
    <w:lvl w:ilvl="0" w:tplc="F754D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54818"/>
    <w:multiLevelType w:val="hybridMultilevel"/>
    <w:tmpl w:val="11DA357C"/>
    <w:lvl w:ilvl="0" w:tplc="99AABB7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1A5CDE"/>
    <w:multiLevelType w:val="hybridMultilevel"/>
    <w:tmpl w:val="9D5C8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3294C"/>
    <w:multiLevelType w:val="hybridMultilevel"/>
    <w:tmpl w:val="DBC6BD8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F5FB4"/>
    <w:multiLevelType w:val="multilevel"/>
    <w:tmpl w:val="84A2D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6A55B1"/>
    <w:multiLevelType w:val="hybridMultilevel"/>
    <w:tmpl w:val="53A0BA12"/>
    <w:lvl w:ilvl="0" w:tplc="E4DA2C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4D9A730C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22F430D0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E2EAE59E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91E0B2BA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07C8CDB4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E9E0D9DC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8352425C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13A01DF4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33" w15:restartNumberingAfterBreak="0">
    <w:nsid w:val="629F4906"/>
    <w:multiLevelType w:val="hybridMultilevel"/>
    <w:tmpl w:val="5ECA0728"/>
    <w:lvl w:ilvl="0" w:tplc="FBF81A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16DFC"/>
    <w:multiLevelType w:val="hybridMultilevel"/>
    <w:tmpl w:val="28D61C7E"/>
    <w:lvl w:ilvl="0" w:tplc="C64C0C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AA78A0"/>
    <w:multiLevelType w:val="hybridMultilevel"/>
    <w:tmpl w:val="F2A2B0FA"/>
    <w:lvl w:ilvl="0" w:tplc="3B34A1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E23A1B"/>
    <w:multiLevelType w:val="hybridMultilevel"/>
    <w:tmpl w:val="E42C2972"/>
    <w:lvl w:ilvl="0" w:tplc="259E9B9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9A47DD"/>
    <w:multiLevelType w:val="hybridMultilevel"/>
    <w:tmpl w:val="905EFA1C"/>
    <w:lvl w:ilvl="0" w:tplc="943E85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54CA6"/>
    <w:multiLevelType w:val="hybridMultilevel"/>
    <w:tmpl w:val="86F04CDE"/>
    <w:lvl w:ilvl="0" w:tplc="504A7C64">
      <w:start w:val="5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E71BD6"/>
    <w:multiLevelType w:val="hybridMultilevel"/>
    <w:tmpl w:val="3C26D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E5DEC"/>
    <w:multiLevelType w:val="hybridMultilevel"/>
    <w:tmpl w:val="CD1A0108"/>
    <w:lvl w:ilvl="0" w:tplc="826279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298386">
    <w:abstractNumId w:val="9"/>
  </w:num>
  <w:num w:numId="2" w16cid:durableId="400910651">
    <w:abstractNumId w:val="10"/>
  </w:num>
  <w:num w:numId="3" w16cid:durableId="157428649">
    <w:abstractNumId w:val="34"/>
  </w:num>
  <w:num w:numId="4" w16cid:durableId="1829175765">
    <w:abstractNumId w:val="11"/>
  </w:num>
  <w:num w:numId="5" w16cid:durableId="1986858671">
    <w:abstractNumId w:val="22"/>
  </w:num>
  <w:num w:numId="6" w16cid:durableId="1921331436">
    <w:abstractNumId w:val="27"/>
  </w:num>
  <w:num w:numId="7" w16cid:durableId="158620113">
    <w:abstractNumId w:val="40"/>
  </w:num>
  <w:num w:numId="8" w16cid:durableId="1329360230">
    <w:abstractNumId w:val="28"/>
  </w:num>
  <w:num w:numId="9" w16cid:durableId="403255">
    <w:abstractNumId w:val="20"/>
  </w:num>
  <w:num w:numId="10" w16cid:durableId="2084645304">
    <w:abstractNumId w:val="35"/>
  </w:num>
  <w:num w:numId="11" w16cid:durableId="992220276">
    <w:abstractNumId w:val="37"/>
  </w:num>
  <w:num w:numId="12" w16cid:durableId="935357651">
    <w:abstractNumId w:val="33"/>
  </w:num>
  <w:num w:numId="13" w16cid:durableId="1512719976">
    <w:abstractNumId w:val="15"/>
  </w:num>
  <w:num w:numId="14" w16cid:durableId="1710639236">
    <w:abstractNumId w:val="30"/>
  </w:num>
  <w:num w:numId="15" w16cid:durableId="901064266">
    <w:abstractNumId w:val="25"/>
  </w:num>
  <w:num w:numId="16" w16cid:durableId="388263070">
    <w:abstractNumId w:val="17"/>
  </w:num>
  <w:num w:numId="17" w16cid:durableId="1206983030">
    <w:abstractNumId w:val="39"/>
  </w:num>
  <w:num w:numId="18" w16cid:durableId="1190222290">
    <w:abstractNumId w:val="36"/>
  </w:num>
  <w:num w:numId="19" w16cid:durableId="608124398">
    <w:abstractNumId w:val="16"/>
  </w:num>
  <w:num w:numId="20" w16cid:durableId="66465716">
    <w:abstractNumId w:val="23"/>
  </w:num>
  <w:num w:numId="21" w16cid:durableId="1867713525">
    <w:abstractNumId w:val="29"/>
  </w:num>
  <w:num w:numId="22" w16cid:durableId="1748578545">
    <w:abstractNumId w:val="18"/>
  </w:num>
  <w:num w:numId="23" w16cid:durableId="725178736">
    <w:abstractNumId w:val="38"/>
  </w:num>
  <w:num w:numId="24" w16cid:durableId="606734281">
    <w:abstractNumId w:val="31"/>
  </w:num>
  <w:num w:numId="25" w16cid:durableId="343434218">
    <w:abstractNumId w:val="24"/>
  </w:num>
  <w:num w:numId="26" w16cid:durableId="1247302357">
    <w:abstractNumId w:val="12"/>
  </w:num>
  <w:num w:numId="27" w16cid:durableId="2043284873">
    <w:abstractNumId w:val="19"/>
  </w:num>
  <w:num w:numId="28" w16cid:durableId="1811510221">
    <w:abstractNumId w:val="14"/>
  </w:num>
  <w:num w:numId="29" w16cid:durableId="1650941854">
    <w:abstractNumId w:val="21"/>
  </w:num>
  <w:num w:numId="30" w16cid:durableId="1269318169">
    <w:abstractNumId w:val="32"/>
  </w:num>
  <w:num w:numId="31" w16cid:durableId="1894152427">
    <w:abstractNumId w:val="26"/>
  </w:num>
  <w:num w:numId="32" w16cid:durableId="1563909781">
    <w:abstractNumId w:val="8"/>
  </w:num>
  <w:num w:numId="33" w16cid:durableId="942342789">
    <w:abstractNumId w:val="6"/>
  </w:num>
  <w:num w:numId="34" w16cid:durableId="1863546473">
    <w:abstractNumId w:val="5"/>
  </w:num>
  <w:num w:numId="35" w16cid:durableId="680743658">
    <w:abstractNumId w:val="4"/>
  </w:num>
  <w:num w:numId="36" w16cid:durableId="175658675">
    <w:abstractNumId w:val="7"/>
  </w:num>
  <w:num w:numId="37" w16cid:durableId="1893619093">
    <w:abstractNumId w:val="3"/>
  </w:num>
  <w:num w:numId="38" w16cid:durableId="16582175">
    <w:abstractNumId w:val="2"/>
  </w:num>
  <w:num w:numId="39" w16cid:durableId="1667896183">
    <w:abstractNumId w:val="1"/>
  </w:num>
  <w:num w:numId="40" w16cid:durableId="842936293">
    <w:abstractNumId w:val="0"/>
  </w:num>
  <w:num w:numId="41" w16cid:durableId="7562469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50"/>
    <w:rsid w:val="00004F58"/>
    <w:rsid w:val="00051DA9"/>
    <w:rsid w:val="00053580"/>
    <w:rsid w:val="00080348"/>
    <w:rsid w:val="000B1116"/>
    <w:rsid w:val="000B2688"/>
    <w:rsid w:val="000C2513"/>
    <w:rsid w:val="000E5A18"/>
    <w:rsid w:val="001064D9"/>
    <w:rsid w:val="00161595"/>
    <w:rsid w:val="00162EA2"/>
    <w:rsid w:val="00165F13"/>
    <w:rsid w:val="00171346"/>
    <w:rsid w:val="001C11D7"/>
    <w:rsid w:val="001F1916"/>
    <w:rsid w:val="002253A8"/>
    <w:rsid w:val="00250F8B"/>
    <w:rsid w:val="00251F74"/>
    <w:rsid w:val="00281B91"/>
    <w:rsid w:val="00284CF1"/>
    <w:rsid w:val="002C331D"/>
    <w:rsid w:val="002F0E89"/>
    <w:rsid w:val="002F1148"/>
    <w:rsid w:val="002F3FCD"/>
    <w:rsid w:val="003078E8"/>
    <w:rsid w:val="0031676A"/>
    <w:rsid w:val="00331976"/>
    <w:rsid w:val="003559CB"/>
    <w:rsid w:val="003971F9"/>
    <w:rsid w:val="003A376E"/>
    <w:rsid w:val="003B7632"/>
    <w:rsid w:val="004004FD"/>
    <w:rsid w:val="00403BC5"/>
    <w:rsid w:val="00423B95"/>
    <w:rsid w:val="0043485A"/>
    <w:rsid w:val="00444938"/>
    <w:rsid w:val="00473796"/>
    <w:rsid w:val="00481894"/>
    <w:rsid w:val="00494D7A"/>
    <w:rsid w:val="004C6DCB"/>
    <w:rsid w:val="00506082"/>
    <w:rsid w:val="00514664"/>
    <w:rsid w:val="00545489"/>
    <w:rsid w:val="00551271"/>
    <w:rsid w:val="00564FB2"/>
    <w:rsid w:val="005A4AB4"/>
    <w:rsid w:val="005C240A"/>
    <w:rsid w:val="005C6AB7"/>
    <w:rsid w:val="005C7A01"/>
    <w:rsid w:val="005F30D7"/>
    <w:rsid w:val="00614C3A"/>
    <w:rsid w:val="00615149"/>
    <w:rsid w:val="006174B2"/>
    <w:rsid w:val="006374EA"/>
    <w:rsid w:val="0064218D"/>
    <w:rsid w:val="00653854"/>
    <w:rsid w:val="006612A1"/>
    <w:rsid w:val="006614FC"/>
    <w:rsid w:val="00684D3D"/>
    <w:rsid w:val="00696F98"/>
    <w:rsid w:val="006C75B9"/>
    <w:rsid w:val="006D3664"/>
    <w:rsid w:val="006E2EF3"/>
    <w:rsid w:val="007100E7"/>
    <w:rsid w:val="007117C5"/>
    <w:rsid w:val="00757248"/>
    <w:rsid w:val="00761445"/>
    <w:rsid w:val="00774CEE"/>
    <w:rsid w:val="0079208B"/>
    <w:rsid w:val="007A2909"/>
    <w:rsid w:val="007A314D"/>
    <w:rsid w:val="007A4E0B"/>
    <w:rsid w:val="007B02F7"/>
    <w:rsid w:val="007B5820"/>
    <w:rsid w:val="007E13A0"/>
    <w:rsid w:val="008279FA"/>
    <w:rsid w:val="00833D81"/>
    <w:rsid w:val="0084119D"/>
    <w:rsid w:val="008B4F5F"/>
    <w:rsid w:val="008B5C43"/>
    <w:rsid w:val="008C273C"/>
    <w:rsid w:val="009131F4"/>
    <w:rsid w:val="009270C1"/>
    <w:rsid w:val="009407B2"/>
    <w:rsid w:val="00940B44"/>
    <w:rsid w:val="00942C1F"/>
    <w:rsid w:val="009461BC"/>
    <w:rsid w:val="00950010"/>
    <w:rsid w:val="009573E8"/>
    <w:rsid w:val="00986E0A"/>
    <w:rsid w:val="00987C28"/>
    <w:rsid w:val="00991F3B"/>
    <w:rsid w:val="009B5A8F"/>
    <w:rsid w:val="009B5B95"/>
    <w:rsid w:val="009E0A6C"/>
    <w:rsid w:val="009E2467"/>
    <w:rsid w:val="009E5AF2"/>
    <w:rsid w:val="00A17B77"/>
    <w:rsid w:val="00A22AEF"/>
    <w:rsid w:val="00A36086"/>
    <w:rsid w:val="00A44085"/>
    <w:rsid w:val="00A70D26"/>
    <w:rsid w:val="00A91C03"/>
    <w:rsid w:val="00AD594D"/>
    <w:rsid w:val="00AE7610"/>
    <w:rsid w:val="00AF193F"/>
    <w:rsid w:val="00B10CB6"/>
    <w:rsid w:val="00B21D70"/>
    <w:rsid w:val="00B22A78"/>
    <w:rsid w:val="00B317F3"/>
    <w:rsid w:val="00B81EA8"/>
    <w:rsid w:val="00B84DF3"/>
    <w:rsid w:val="00BB4510"/>
    <w:rsid w:val="00BC348C"/>
    <w:rsid w:val="00C10EFB"/>
    <w:rsid w:val="00C34C89"/>
    <w:rsid w:val="00C518B2"/>
    <w:rsid w:val="00C669AC"/>
    <w:rsid w:val="00C74D4B"/>
    <w:rsid w:val="00C82674"/>
    <w:rsid w:val="00C83B59"/>
    <w:rsid w:val="00C859C1"/>
    <w:rsid w:val="00C93679"/>
    <w:rsid w:val="00CC0C14"/>
    <w:rsid w:val="00CD7605"/>
    <w:rsid w:val="00CE49D5"/>
    <w:rsid w:val="00CE75C3"/>
    <w:rsid w:val="00CF1C1F"/>
    <w:rsid w:val="00CF4368"/>
    <w:rsid w:val="00D07F7E"/>
    <w:rsid w:val="00D11D51"/>
    <w:rsid w:val="00D8244C"/>
    <w:rsid w:val="00D90225"/>
    <w:rsid w:val="00DA1850"/>
    <w:rsid w:val="00DD159E"/>
    <w:rsid w:val="00E15F08"/>
    <w:rsid w:val="00E25BFB"/>
    <w:rsid w:val="00E411AD"/>
    <w:rsid w:val="00E47162"/>
    <w:rsid w:val="00E673CB"/>
    <w:rsid w:val="00EB7AC1"/>
    <w:rsid w:val="00EC6020"/>
    <w:rsid w:val="00F174F1"/>
    <w:rsid w:val="00F73241"/>
    <w:rsid w:val="00F81ADA"/>
    <w:rsid w:val="00F9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C6CBF"/>
  <w15:chartTrackingRefBased/>
  <w15:docId w15:val="{B7FE4D5B-E462-4102-A9E2-7C163272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2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num" w:pos="0"/>
      </w:tabs>
      <w:ind w:left="432" w:hanging="432"/>
      <w:jc w:val="both"/>
      <w:outlineLvl w:val="1"/>
    </w:pPr>
    <w:rPr>
      <w:b/>
      <w:sz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15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deparagrafimplicit1">
    <w:name w:val="Font de paragraf implicit1"/>
  </w:style>
  <w:style w:type="character" w:styleId="Hyperlink">
    <w:name w:val="Hyperlink"/>
    <w:rPr>
      <w:strike w:val="0"/>
      <w:dstrike w:val="0"/>
      <w:color w:val="336390"/>
      <w:u w:val="none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List">
    <w:name w:val="List"/>
    <w:basedOn w:val="BodyText"/>
    <w:uiPriority w:val="99"/>
    <w:rPr>
      <w:rFonts w:cs="Mang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Legend1">
    <w:name w:val="Legendă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odyTextIndent">
    <w:name w:val="Body Text Indent"/>
    <w:basedOn w:val="Normal"/>
    <w:pPr>
      <w:ind w:firstLine="720"/>
      <w:jc w:val="both"/>
    </w:pPr>
    <w:rPr>
      <w:b/>
      <w:i/>
      <w:sz w:val="28"/>
      <w:lang w:val="ro-RO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ro-RO"/>
    </w:rPr>
  </w:style>
  <w:style w:type="paragraph" w:customStyle="1" w:styleId="pj">
    <w:name w:val="pj"/>
    <w:basedOn w:val="Normal"/>
    <w:pPr>
      <w:suppressAutoHyphens w:val="0"/>
      <w:spacing w:before="45" w:after="45" w:line="360" w:lineRule="atLeast"/>
      <w:ind w:left="45" w:right="45" w:firstLine="75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400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04FD"/>
    <w:rPr>
      <w:rFonts w:ascii="Segoe UI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A91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146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94D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4D7A"/>
    <w:rPr>
      <w:lang w:eastAsia="zh-CN"/>
    </w:rPr>
  </w:style>
  <w:style w:type="character" w:customStyle="1" w:styleId="HeaderChar">
    <w:name w:val="Header Char"/>
    <w:link w:val="Header"/>
    <w:uiPriority w:val="99"/>
    <w:rsid w:val="00494D7A"/>
    <w:rPr>
      <w:lang w:eastAsia="zh-CN"/>
    </w:rPr>
  </w:style>
  <w:style w:type="paragraph" w:styleId="ListParagraph">
    <w:name w:val="List Paragraph"/>
    <w:basedOn w:val="Normal"/>
    <w:uiPriority w:val="34"/>
    <w:qFormat/>
    <w:rsid w:val="00940B44"/>
    <w:pPr>
      <w:suppressAutoHyphens w:val="0"/>
      <w:ind w:left="720"/>
    </w:pPr>
    <w:rPr>
      <w:rFonts w:ascii="Calibri" w:hAnsi="Calibri"/>
      <w:sz w:val="24"/>
      <w:szCs w:val="24"/>
      <w:lang w:val="ro-RO" w:eastAsia="en-US"/>
    </w:rPr>
  </w:style>
  <w:style w:type="paragraph" w:styleId="Title">
    <w:name w:val="Title"/>
    <w:basedOn w:val="Normal"/>
    <w:link w:val="TitleChar"/>
    <w:uiPriority w:val="10"/>
    <w:qFormat/>
    <w:rsid w:val="00051DA9"/>
    <w:pPr>
      <w:widowControl w:val="0"/>
      <w:suppressAutoHyphens w:val="0"/>
      <w:autoSpaceDE w:val="0"/>
      <w:autoSpaceDN w:val="0"/>
      <w:spacing w:before="1"/>
      <w:ind w:left="1346" w:right="1567"/>
      <w:jc w:val="center"/>
    </w:pPr>
    <w:rPr>
      <w:rFonts w:ascii="Arial" w:eastAsia="Arial" w:hAnsi="Arial" w:cs="Arial"/>
      <w:b/>
      <w:bCs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1DA9"/>
    <w:rPr>
      <w:rFonts w:ascii="Arial" w:eastAsia="Arial" w:hAnsi="Arial" w:cs="Arial"/>
      <w:b/>
      <w:bCs/>
      <w:sz w:val="40"/>
      <w:szCs w:val="40"/>
      <w:lang w:val="en-US" w:eastAsia="en-US"/>
    </w:rPr>
  </w:style>
  <w:style w:type="character" w:customStyle="1" w:styleId="paragraf1">
    <w:name w:val="paragraf1"/>
    <w:rsid w:val="008279FA"/>
    <w:rPr>
      <w:shd w:val="clear" w:color="auto" w:fill="auto"/>
    </w:rPr>
  </w:style>
  <w:style w:type="character" w:customStyle="1" w:styleId="linie1">
    <w:name w:val="linie1"/>
    <w:rsid w:val="008279FA"/>
    <w:rPr>
      <w:b/>
      <w:bCs/>
      <w:color w:val="000000"/>
    </w:rPr>
  </w:style>
  <w:style w:type="character" w:customStyle="1" w:styleId="tabel1">
    <w:name w:val="tabel1"/>
    <w:rsid w:val="008279FA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827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279FA"/>
    <w:rPr>
      <w:rFonts w:ascii="Courier New" w:hAnsi="Courier New" w:cs="Courier New"/>
      <w:lang w:val="en-US" w:eastAsia="en-US"/>
    </w:rPr>
  </w:style>
  <w:style w:type="character" w:customStyle="1" w:styleId="nota1">
    <w:name w:val="nota1"/>
    <w:rsid w:val="008279FA"/>
    <w:rPr>
      <w:b/>
      <w:bCs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281B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281B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1B91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NoSpacing">
    <w:name w:val="No Spacing"/>
    <w:uiPriority w:val="1"/>
    <w:qFormat/>
    <w:rsid w:val="00A70D26"/>
    <w:pPr>
      <w:suppressAutoHyphens/>
    </w:pPr>
    <w:rPr>
      <w:lang w:val="en-US" w:eastAsia="zh-CN"/>
    </w:rPr>
  </w:style>
  <w:style w:type="character" w:customStyle="1" w:styleId="tpa1">
    <w:name w:val="tpa1"/>
    <w:basedOn w:val="DefaultParagraphFont"/>
    <w:rsid w:val="00EB7AC1"/>
  </w:style>
  <w:style w:type="character" w:customStyle="1" w:styleId="li1">
    <w:name w:val="li1"/>
    <w:rsid w:val="00EB7AC1"/>
    <w:rPr>
      <w:b/>
      <w:bCs/>
      <w:color w:val="8F0000"/>
    </w:rPr>
  </w:style>
  <w:style w:type="character" w:customStyle="1" w:styleId="tli1">
    <w:name w:val="tli1"/>
    <w:basedOn w:val="DefaultParagraphFont"/>
    <w:rsid w:val="00EB7AC1"/>
  </w:style>
  <w:style w:type="character" w:customStyle="1" w:styleId="Heading4Char">
    <w:name w:val="Heading 4 Char"/>
    <w:basedOn w:val="DefaultParagraphFont"/>
    <w:link w:val="Heading4"/>
    <w:uiPriority w:val="9"/>
    <w:semiHidden/>
    <w:rsid w:val="000C2513"/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513"/>
    <w:rPr>
      <w:rFonts w:asciiTheme="majorHAnsi" w:eastAsiaTheme="majorEastAsia" w:hAnsiTheme="majorHAnsi" w:cstheme="majorBidi"/>
      <w:color w:val="1F4D78" w:themeColor="accent1" w:themeShade="7F"/>
      <w:sz w:val="15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513"/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513"/>
    <w:rPr>
      <w:rFonts w:asciiTheme="majorHAnsi" w:eastAsiaTheme="majorEastAsia" w:hAnsiTheme="majorHAnsi" w:cstheme="majorBidi"/>
      <w:color w:val="5B9BD5" w:themeColor="accent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C2513"/>
    <w:rPr>
      <w:b/>
      <w:sz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C2513"/>
    <w:rPr>
      <w:b/>
      <w:sz w:val="24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513"/>
    <w:pPr>
      <w:numPr>
        <w:ilvl w:val="1"/>
      </w:numPr>
      <w:suppressAutoHyphens w:val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C251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C2513"/>
    <w:rPr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0C2513"/>
    <w:pPr>
      <w:suppressAutoHyphens w:val="0"/>
      <w:spacing w:after="120" w:line="480" w:lineRule="auto"/>
    </w:pPr>
    <w:rPr>
      <w:rFonts w:eastAsiaTheme="minorEastAsia" w:cstheme="minorBidi"/>
      <w:sz w:val="15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0C2513"/>
    <w:rPr>
      <w:rFonts w:eastAsiaTheme="minorEastAsia" w:cstheme="minorBidi"/>
      <w:sz w:val="15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0C2513"/>
    <w:pPr>
      <w:suppressAutoHyphens w:val="0"/>
      <w:spacing w:after="120"/>
    </w:pPr>
    <w:rPr>
      <w:rFonts w:eastAsiaTheme="minorEastAsia" w:cstheme="minorBidi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0C2513"/>
    <w:rPr>
      <w:rFonts w:eastAsiaTheme="minorEastAsia" w:cstheme="minorBidi"/>
      <w:sz w:val="16"/>
      <w:szCs w:val="16"/>
      <w:lang w:val="en-US" w:eastAsia="en-US"/>
    </w:rPr>
  </w:style>
  <w:style w:type="paragraph" w:styleId="List2">
    <w:name w:val="List 2"/>
    <w:basedOn w:val="Normal"/>
    <w:uiPriority w:val="99"/>
    <w:unhideWhenUsed/>
    <w:rsid w:val="000C2513"/>
    <w:pPr>
      <w:suppressAutoHyphens w:val="0"/>
      <w:ind w:left="72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3">
    <w:name w:val="List 3"/>
    <w:basedOn w:val="Normal"/>
    <w:uiPriority w:val="99"/>
    <w:unhideWhenUsed/>
    <w:rsid w:val="000C2513"/>
    <w:pPr>
      <w:suppressAutoHyphens w:val="0"/>
      <w:ind w:left="108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C2513"/>
    <w:pPr>
      <w:numPr>
        <w:numId w:val="32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C2513"/>
    <w:pPr>
      <w:numPr>
        <w:numId w:val="33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C2513"/>
    <w:pPr>
      <w:numPr>
        <w:numId w:val="34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C2513"/>
    <w:pPr>
      <w:numPr>
        <w:numId w:val="36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C2513"/>
    <w:pPr>
      <w:numPr>
        <w:numId w:val="37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C2513"/>
    <w:pPr>
      <w:numPr>
        <w:numId w:val="38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">
    <w:name w:val="List Continue"/>
    <w:basedOn w:val="Normal"/>
    <w:uiPriority w:val="99"/>
    <w:unhideWhenUsed/>
    <w:rsid w:val="000C2513"/>
    <w:pPr>
      <w:suppressAutoHyphens w:val="0"/>
      <w:spacing w:after="120"/>
      <w:ind w:left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2">
    <w:name w:val="List Continue 2"/>
    <w:basedOn w:val="Normal"/>
    <w:uiPriority w:val="99"/>
    <w:unhideWhenUsed/>
    <w:rsid w:val="000C2513"/>
    <w:pPr>
      <w:suppressAutoHyphens w:val="0"/>
      <w:spacing w:after="120"/>
      <w:ind w:left="72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3">
    <w:name w:val="List Continue 3"/>
    <w:basedOn w:val="Normal"/>
    <w:uiPriority w:val="99"/>
    <w:unhideWhenUsed/>
    <w:rsid w:val="000C2513"/>
    <w:pPr>
      <w:suppressAutoHyphens w:val="0"/>
      <w:spacing w:after="120"/>
      <w:ind w:left="108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MacroText">
    <w:name w:val="macro"/>
    <w:link w:val="MacroTextChar"/>
    <w:uiPriority w:val="99"/>
    <w:unhideWhenUsed/>
    <w:rsid w:val="000C251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0C2513"/>
    <w:rPr>
      <w:rFonts w:ascii="Courier" w:eastAsiaTheme="minorEastAsia" w:hAnsi="Courier" w:cstheme="minorBidi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C2513"/>
    <w:pPr>
      <w:suppressAutoHyphens w:val="0"/>
    </w:pPr>
    <w:rPr>
      <w:rFonts w:eastAsiaTheme="minorEastAsia" w:cstheme="minorBidi"/>
      <w:i/>
      <w:iCs/>
      <w:color w:val="000000" w:themeColor="text1"/>
      <w:sz w:val="15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C2513"/>
    <w:rPr>
      <w:rFonts w:eastAsiaTheme="minorEastAsia" w:cstheme="minorBidi"/>
      <w:i/>
      <w:iCs/>
      <w:color w:val="000000" w:themeColor="text1"/>
      <w:sz w:val="15"/>
      <w:szCs w:val="22"/>
      <w:lang w:val="en-US" w:eastAsia="en-US"/>
    </w:rPr>
  </w:style>
  <w:style w:type="character" w:styleId="Emphasis">
    <w:name w:val="Emphasis"/>
    <w:basedOn w:val="DefaultParagraphFont"/>
    <w:uiPriority w:val="20"/>
    <w:qFormat/>
    <w:rsid w:val="000C251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13"/>
    <w:pPr>
      <w:pBdr>
        <w:bottom w:val="single" w:sz="4" w:space="4" w:color="5B9BD5" w:themeColor="accent1"/>
      </w:pBdr>
      <w:suppressAutoHyphens w:val="0"/>
      <w:spacing w:before="200" w:after="280"/>
      <w:ind w:left="936" w:right="936"/>
    </w:pPr>
    <w:rPr>
      <w:rFonts w:eastAsiaTheme="minorEastAsia" w:cstheme="minorBidi"/>
      <w:b/>
      <w:bCs/>
      <w:i/>
      <w:iCs/>
      <w:color w:val="5B9BD5" w:themeColor="accent1"/>
      <w:sz w:val="15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13"/>
    <w:rPr>
      <w:rFonts w:eastAsiaTheme="minorEastAsia" w:cstheme="min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0C251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C2513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C251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C251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251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2513"/>
    <w:pPr>
      <w:keepLines/>
      <w:numPr>
        <w:numId w:val="0"/>
      </w:numPr>
      <w:suppressAutoHyphens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en-US"/>
    </w:rPr>
  </w:style>
  <w:style w:type="table" w:styleId="LightShading">
    <w:name w:val="Light Shading"/>
    <w:basedOn w:val="TableNormal"/>
    <w:uiPriority w:val="60"/>
    <w:rsid w:val="000C2513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C2513"/>
    <w:rPr>
      <w:rFonts w:asciiTheme="minorHAnsi" w:eastAsiaTheme="minorEastAsia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C2513"/>
    <w:rPr>
      <w:rFonts w:asciiTheme="minorHAnsi" w:eastAsiaTheme="minorEastAsia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C2513"/>
    <w:rPr>
      <w:rFonts w:asciiTheme="minorHAnsi" w:eastAsiaTheme="minorEastAsia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0C2513"/>
    <w:rPr>
      <w:rFonts w:asciiTheme="minorHAnsi" w:eastAsiaTheme="minorEastAsia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C2513"/>
    <w:rPr>
      <w:rFonts w:asciiTheme="minorHAnsi" w:eastAsiaTheme="minorEastAsia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C2513"/>
    <w:rPr>
      <w:rFonts w:asciiTheme="minorHAnsi" w:eastAsiaTheme="minorEastAsia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6A3D-9643-40AC-BD09-3B164861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2369</Words>
  <Characters>13507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15845</CharactersWithSpaces>
  <SharedDoc>false</SharedDoc>
  <HLinks>
    <vt:vector size="6" baseType="variant">
      <vt:variant>
        <vt:i4>1179696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mailto:contact@primariavatradornei.ro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ccc</dc:creator>
  <cp:keywords/>
  <cp:lastModifiedBy>Primaria  Vatra Dornej</cp:lastModifiedBy>
  <cp:revision>2</cp:revision>
  <cp:lastPrinted>2026-02-25T08:53:00Z</cp:lastPrinted>
  <dcterms:created xsi:type="dcterms:W3CDTF">2026-09-23T07:50:00Z</dcterms:created>
  <dcterms:modified xsi:type="dcterms:W3CDTF">2026-09-23T07:50:00Z</dcterms:modified>
</cp:coreProperties>
</file>