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54518" w14:textId="171D2C0D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pPr w:leftFromText="180" w:rightFromText="180" w:vertAnchor="page" w:horzAnchor="margin" w:tblpY="2191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 w:rsidP="00E31645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 w:rsidP="00E31645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 w:rsidTr="00E31645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 w:rsidP="00E31645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 w:rsidP="00E31645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 w:rsidTr="00E31645">
        <w:trPr>
          <w:cantSplit/>
        </w:trPr>
        <w:tc>
          <w:tcPr>
            <w:tcW w:w="9636" w:type="dxa"/>
          </w:tcPr>
          <w:p w14:paraId="1830A858" w14:textId="6C166497" w:rsidR="00A256C2" w:rsidRDefault="00000000" w:rsidP="00E31645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 w:rsidP="00E3164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 w:rsidP="00E31645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 w:rsidP="00E31645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 w:rsidP="00E31645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 w:rsidTr="00E31645">
        <w:trPr>
          <w:cantSplit/>
        </w:trPr>
        <w:tc>
          <w:tcPr>
            <w:tcW w:w="9636" w:type="dxa"/>
          </w:tcPr>
          <w:p w14:paraId="4A7D01F6" w14:textId="75013ED7" w:rsidR="00BD4241" w:rsidRDefault="00000000" w:rsidP="00E31645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 w:rsidTr="00E31645">
        <w:trPr>
          <w:cantSplit/>
        </w:trPr>
        <w:tc>
          <w:tcPr>
            <w:tcW w:w="9636" w:type="dxa"/>
          </w:tcPr>
          <w:p w14:paraId="611473BA" w14:textId="6A0B37E4" w:rsidR="00BD4241" w:rsidRDefault="00000000" w:rsidP="00E31645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 w:rsidTr="00E31645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 w:rsidP="00E31645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 w:rsidTr="00E31645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 w:rsidP="00E31645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 w:rsidP="00E31645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 w:rsidTr="00E31645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 w:rsidP="00E31645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 w:rsidP="00E31645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 w:rsidTr="00E31645">
        <w:trPr>
          <w:cantSplit/>
        </w:trPr>
        <w:tc>
          <w:tcPr>
            <w:tcW w:w="9636" w:type="dxa"/>
          </w:tcPr>
          <w:p w14:paraId="4CFD8584" w14:textId="77777777" w:rsidR="00BD4241" w:rsidRDefault="00000000" w:rsidP="00E31645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 w:rsidTr="00E31645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 w:rsidP="00E31645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 w:rsidTr="00E31645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 w:rsidP="00E31645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E31645">
      <w:headerReference w:type="default" r:id="rId8"/>
      <w:footerReference w:type="default" r:id="rId9"/>
      <w:pgSz w:w="11906" w:h="16838"/>
      <w:pgMar w:top="1985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00BB3" w14:textId="77777777" w:rsidR="00FC53B1" w:rsidRDefault="00FC53B1">
      <w:r>
        <w:separator/>
      </w:r>
    </w:p>
  </w:endnote>
  <w:endnote w:type="continuationSeparator" w:id="0">
    <w:p w14:paraId="662440A4" w14:textId="77777777" w:rsidR="00FC53B1" w:rsidRDefault="00FC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9AA4" w14:textId="5E6171FC" w:rsidR="00E31645" w:rsidRDefault="00E31645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86BB23E" wp14:editId="26A1B6E9">
          <wp:simplePos x="0" y="0"/>
          <wp:positionH relativeFrom="margin">
            <wp:posOffset>0</wp:posOffset>
          </wp:positionH>
          <wp:positionV relativeFrom="page">
            <wp:posOffset>10328910</wp:posOffset>
          </wp:positionV>
          <wp:extent cx="6731779" cy="292714"/>
          <wp:effectExtent l="0" t="0" r="0" b="0"/>
          <wp:wrapNone/>
          <wp:docPr id="92757970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7970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779" cy="292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7B3121" w14:textId="77777777" w:rsidR="00E31645" w:rsidRDefault="00E316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C5258" w14:textId="77777777" w:rsidR="00FC53B1" w:rsidRDefault="00FC53B1">
      <w:r>
        <w:separator/>
      </w:r>
    </w:p>
  </w:footnote>
  <w:footnote w:type="continuationSeparator" w:id="0">
    <w:p w14:paraId="5687FE98" w14:textId="77777777" w:rsidR="00FC53B1" w:rsidRDefault="00FC5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2BAA" w14:textId="3C45CB02" w:rsidR="00E31645" w:rsidRDefault="00E31645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4BD07527" wp14:editId="4725760A">
          <wp:simplePos x="0" y="0"/>
          <wp:positionH relativeFrom="margin">
            <wp:posOffset>2332355</wp:posOffset>
          </wp:positionH>
          <wp:positionV relativeFrom="page">
            <wp:posOffset>352425</wp:posOffset>
          </wp:positionV>
          <wp:extent cx="1473835" cy="595630"/>
          <wp:effectExtent l="0" t="0" r="0" b="0"/>
          <wp:wrapNone/>
          <wp:docPr id="3314854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33726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83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4E160A" w14:textId="15381E81" w:rsidR="00E31645" w:rsidRDefault="00E3164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F2978F" wp14:editId="6831D05A">
          <wp:simplePos x="0" y="0"/>
          <wp:positionH relativeFrom="margin">
            <wp:posOffset>4021455</wp:posOffset>
          </wp:positionH>
          <wp:positionV relativeFrom="page">
            <wp:posOffset>657860</wp:posOffset>
          </wp:positionV>
          <wp:extent cx="2287905" cy="76200"/>
          <wp:effectExtent l="0" t="0" r="0" b="0"/>
          <wp:wrapNone/>
          <wp:docPr id="12974577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D5F5BC5" wp14:editId="1E359897">
          <wp:simplePos x="0" y="0"/>
          <wp:positionH relativeFrom="margin">
            <wp:posOffset>-171450</wp:posOffset>
          </wp:positionH>
          <wp:positionV relativeFrom="page">
            <wp:posOffset>648335</wp:posOffset>
          </wp:positionV>
          <wp:extent cx="2287905" cy="76200"/>
          <wp:effectExtent l="0" t="0" r="0" b="0"/>
          <wp:wrapNone/>
          <wp:docPr id="28228546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6008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7905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7852D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E31645"/>
    <w:rsid w:val="00FC53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 Vatra Dornej</cp:lastModifiedBy>
  <cp:revision>2</cp:revision>
  <dcterms:created xsi:type="dcterms:W3CDTF">2026-09-29T09:41:00Z</dcterms:created>
  <dcterms:modified xsi:type="dcterms:W3CDTF">2026-09-29T09:41:00Z</dcterms:modified>
  <cp:category/>
</cp:coreProperties>
</file>