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3259F89" w14:textId="77777777" w:rsidR="00281B91" w:rsidRPr="00281B91" w:rsidRDefault="00281B91" w:rsidP="000C2513">
      <w:pPr>
        <w:ind w:left="-709" w:firstLine="709"/>
        <w:rPr>
          <w:sz w:val="18"/>
          <w:szCs w:val="18"/>
        </w:rPr>
      </w:pPr>
      <w:r w:rsidRPr="00281B91">
        <w:rPr>
          <w:sz w:val="18"/>
          <w:szCs w:val="18"/>
        </w:rPr>
        <w:t>REGISTRATURĂ GENERALĂ:</w:t>
      </w:r>
    </w:p>
    <w:p w14:paraId="356636D1" w14:textId="77777777" w:rsidR="00281B91" w:rsidRDefault="00281B91" w:rsidP="00281B91">
      <w:pPr>
        <w:rPr>
          <w:sz w:val="18"/>
          <w:szCs w:val="18"/>
        </w:rPr>
      </w:pPr>
      <w:r w:rsidRPr="00281B91">
        <w:rPr>
          <w:sz w:val="18"/>
          <w:szCs w:val="18"/>
        </w:rPr>
        <w:t xml:space="preserve">NR </w:t>
      </w:r>
      <w:r w:rsidR="002C331D">
        <w:rPr>
          <w:sz w:val="18"/>
          <w:szCs w:val="18"/>
        </w:rPr>
        <w:t xml:space="preserve">  </w:t>
      </w:r>
      <w:r w:rsidRPr="00281B91">
        <w:rPr>
          <w:sz w:val="18"/>
          <w:szCs w:val="18"/>
        </w:rPr>
        <w:t xml:space="preserve"> / DATA </w:t>
      </w:r>
      <w:r w:rsidR="002C331D">
        <w:rPr>
          <w:sz w:val="18"/>
          <w:szCs w:val="18"/>
        </w:rPr>
        <w:t xml:space="preserve"> </w:t>
      </w:r>
    </w:p>
    <w:p w14:paraId="40673CFE" w14:textId="77777777" w:rsidR="000C2513" w:rsidRDefault="000C2513" w:rsidP="00281B91">
      <w:pPr>
        <w:rPr>
          <w:sz w:val="18"/>
          <w:szCs w:val="18"/>
        </w:rPr>
      </w:pPr>
    </w:p>
    <w:p w14:paraId="0A13F0A9" w14:textId="77777777" w:rsidR="00124371" w:rsidRDefault="00124371" w:rsidP="00281B91">
      <w:pPr>
        <w:rPr>
          <w:sz w:val="18"/>
          <w:szCs w:val="18"/>
        </w:rPr>
      </w:pPr>
    </w:p>
    <w:p w14:paraId="3A044662" w14:textId="77777777" w:rsidR="00124371" w:rsidRPr="0021562A" w:rsidRDefault="00124371" w:rsidP="00124371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510CDFEA" w14:textId="77777777" w:rsidR="00124371" w:rsidRDefault="00124371" w:rsidP="00124371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24371" w14:paraId="1BA25FEE" w14:textId="77777777" w:rsidTr="00F4471E">
        <w:trPr>
          <w:cantSplit/>
        </w:trPr>
        <w:tc>
          <w:tcPr>
            <w:tcW w:w="9636" w:type="dxa"/>
            <w:shd w:val="clear" w:color="auto" w:fill="F4F4F4"/>
          </w:tcPr>
          <w:p w14:paraId="75F6E454" w14:textId="77777777" w:rsidR="00124371" w:rsidRDefault="00124371" w:rsidP="00F4471E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24371" w:rsidRPr="0021562A" w14:paraId="44B0A1FC" w14:textId="77777777" w:rsidTr="00F4471E">
        <w:trPr>
          <w:cantSplit/>
          <w:trHeight w:val="510"/>
        </w:trPr>
        <w:tc>
          <w:tcPr>
            <w:tcW w:w="9636" w:type="dxa"/>
          </w:tcPr>
          <w:p w14:paraId="3F46F937" w14:textId="77777777" w:rsidR="00124371" w:rsidRPr="00F801F2" w:rsidRDefault="00124371" w:rsidP="00F4471E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0D37EF6" w14:textId="77777777" w:rsidR="00124371" w:rsidRPr="00F801F2" w:rsidRDefault="00124371" w:rsidP="00F4471E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sector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6CBA5DE2" w14:textId="77777777" w:rsidR="00124371" w:rsidRPr="00F801F2" w:rsidRDefault="00124371" w:rsidP="00F4471E">
            <w:pPr>
              <w:keepNext/>
              <w:rPr>
                <w:lang w:val="fr-FR"/>
              </w:rPr>
            </w:pPr>
          </w:p>
        </w:tc>
      </w:tr>
      <w:tr w:rsidR="00124371" w:rsidRPr="0021562A" w14:paraId="73B720E0" w14:textId="77777777" w:rsidTr="00F4471E">
        <w:trPr>
          <w:cantSplit/>
        </w:trPr>
        <w:tc>
          <w:tcPr>
            <w:tcW w:w="9636" w:type="dxa"/>
            <w:shd w:val="clear" w:color="auto" w:fill="F4F4F4"/>
          </w:tcPr>
          <w:p w14:paraId="47431631" w14:textId="77777777" w:rsidR="00124371" w:rsidRPr="00F801F2" w:rsidRDefault="00124371" w:rsidP="00F4471E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537531BA" w14:textId="77777777" w:rsidR="00124371" w:rsidRPr="00F801F2" w:rsidRDefault="00124371" w:rsidP="0012437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24371" w14:paraId="206E71BB" w14:textId="77777777" w:rsidTr="00F4471E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2018C41" w14:textId="77777777" w:rsidR="00124371" w:rsidRDefault="00124371" w:rsidP="00F4471E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24371" w14:paraId="6C0E048B" w14:textId="77777777" w:rsidTr="00F4471E">
        <w:trPr>
          <w:cantSplit/>
          <w:trHeight w:val="510"/>
        </w:trPr>
        <w:tc>
          <w:tcPr>
            <w:tcW w:w="5621" w:type="dxa"/>
            <w:gridSpan w:val="5"/>
          </w:tcPr>
          <w:p w14:paraId="480DDDC9" w14:textId="77777777" w:rsidR="00124371" w:rsidRDefault="00124371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57025377" w14:textId="77777777" w:rsidR="00124371" w:rsidRDefault="00124371" w:rsidP="00F4471E">
            <w:pPr>
              <w:keepNext/>
            </w:pPr>
          </w:p>
        </w:tc>
        <w:tc>
          <w:tcPr>
            <w:tcW w:w="4015" w:type="dxa"/>
            <w:gridSpan w:val="3"/>
          </w:tcPr>
          <w:p w14:paraId="0F48E835" w14:textId="77777777" w:rsidR="00124371" w:rsidRDefault="00124371" w:rsidP="00F4471E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B00E2E9" w14:textId="77777777" w:rsidR="00124371" w:rsidRDefault="00124371" w:rsidP="00F4471E">
            <w:pPr>
              <w:keepNext/>
            </w:pPr>
          </w:p>
        </w:tc>
      </w:tr>
      <w:tr w:rsidR="00124371" w14:paraId="283AC8A3" w14:textId="77777777" w:rsidTr="00F4471E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0D14B18" w14:textId="77777777" w:rsidR="00124371" w:rsidRDefault="00124371" w:rsidP="00F4471E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124371" w14:paraId="131F56FA" w14:textId="77777777" w:rsidTr="00F4471E">
        <w:trPr>
          <w:cantSplit/>
          <w:trHeight w:val="510"/>
        </w:trPr>
        <w:tc>
          <w:tcPr>
            <w:tcW w:w="1606" w:type="dxa"/>
          </w:tcPr>
          <w:p w14:paraId="722FE4DC" w14:textId="77777777" w:rsidR="00124371" w:rsidRDefault="00124371" w:rsidP="00F4471E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26BCF59" w14:textId="77777777" w:rsidR="00124371" w:rsidRDefault="00124371" w:rsidP="00F4471E">
            <w:pPr>
              <w:keepNext/>
            </w:pPr>
          </w:p>
        </w:tc>
        <w:tc>
          <w:tcPr>
            <w:tcW w:w="1606" w:type="dxa"/>
          </w:tcPr>
          <w:p w14:paraId="6CFE53E2" w14:textId="77777777" w:rsidR="00124371" w:rsidRDefault="00124371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73E4FB09" w14:textId="77777777" w:rsidR="00124371" w:rsidRDefault="00124371" w:rsidP="00F4471E">
            <w:pPr>
              <w:keepNext/>
            </w:pPr>
          </w:p>
        </w:tc>
        <w:tc>
          <w:tcPr>
            <w:tcW w:w="4818" w:type="dxa"/>
            <w:gridSpan w:val="5"/>
          </w:tcPr>
          <w:p w14:paraId="327F84E0" w14:textId="77777777" w:rsidR="00124371" w:rsidRDefault="00124371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611961E9" w14:textId="77777777" w:rsidR="00124371" w:rsidRDefault="00124371" w:rsidP="00F4471E">
            <w:pPr>
              <w:keepNext/>
            </w:pPr>
          </w:p>
        </w:tc>
        <w:tc>
          <w:tcPr>
            <w:tcW w:w="1606" w:type="dxa"/>
          </w:tcPr>
          <w:p w14:paraId="25CE0E00" w14:textId="77777777" w:rsidR="00124371" w:rsidRDefault="00124371" w:rsidP="00F4471E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CFBCE1E" w14:textId="77777777" w:rsidR="00124371" w:rsidRDefault="00124371" w:rsidP="00F4471E">
            <w:pPr>
              <w:keepNext/>
            </w:pPr>
          </w:p>
        </w:tc>
      </w:tr>
      <w:tr w:rsidR="00124371" w14:paraId="4088E78E" w14:textId="77777777" w:rsidTr="00F4471E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45874E3" w14:textId="77777777" w:rsidR="00124371" w:rsidRDefault="00124371" w:rsidP="00F4471E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124371" w14:paraId="650A2A20" w14:textId="77777777" w:rsidTr="00F4471E">
        <w:trPr>
          <w:cantSplit/>
          <w:trHeight w:val="510"/>
        </w:trPr>
        <w:tc>
          <w:tcPr>
            <w:tcW w:w="3212" w:type="dxa"/>
            <w:gridSpan w:val="2"/>
          </w:tcPr>
          <w:p w14:paraId="5F280A2D" w14:textId="77777777" w:rsidR="00124371" w:rsidRDefault="00124371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E1B4727" w14:textId="77777777" w:rsidR="00124371" w:rsidRDefault="00124371" w:rsidP="00F4471E">
            <w:pPr>
              <w:keepNext/>
            </w:pPr>
          </w:p>
        </w:tc>
        <w:tc>
          <w:tcPr>
            <w:tcW w:w="3212" w:type="dxa"/>
            <w:gridSpan w:val="4"/>
          </w:tcPr>
          <w:p w14:paraId="17855EBD" w14:textId="77777777" w:rsidR="00124371" w:rsidRDefault="00124371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2903BA5" w14:textId="77777777" w:rsidR="00124371" w:rsidRDefault="00124371" w:rsidP="00F4471E">
            <w:pPr>
              <w:keepNext/>
            </w:pPr>
          </w:p>
        </w:tc>
        <w:tc>
          <w:tcPr>
            <w:tcW w:w="3212" w:type="dxa"/>
            <w:gridSpan w:val="2"/>
          </w:tcPr>
          <w:p w14:paraId="224D119E" w14:textId="77777777" w:rsidR="00124371" w:rsidRDefault="00124371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1A9AACD" w14:textId="77777777" w:rsidR="00124371" w:rsidRDefault="00124371" w:rsidP="00F4471E">
            <w:pPr>
              <w:keepNext/>
            </w:pPr>
          </w:p>
        </w:tc>
      </w:tr>
      <w:tr w:rsidR="00124371" w14:paraId="602286A0" w14:textId="77777777" w:rsidTr="00F4471E">
        <w:trPr>
          <w:cantSplit/>
          <w:trHeight w:val="510"/>
        </w:trPr>
        <w:tc>
          <w:tcPr>
            <w:tcW w:w="3212" w:type="dxa"/>
            <w:gridSpan w:val="2"/>
          </w:tcPr>
          <w:p w14:paraId="51FEFB8C" w14:textId="77777777" w:rsidR="00124371" w:rsidRDefault="00124371" w:rsidP="00F4471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E04FAB5" w14:textId="77777777" w:rsidR="00124371" w:rsidRDefault="00124371" w:rsidP="00F4471E">
            <w:pPr>
              <w:keepNext/>
            </w:pPr>
          </w:p>
        </w:tc>
        <w:tc>
          <w:tcPr>
            <w:tcW w:w="803" w:type="dxa"/>
          </w:tcPr>
          <w:p w14:paraId="6012CB37" w14:textId="77777777" w:rsidR="00124371" w:rsidRDefault="00124371" w:rsidP="00F4471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C0AF889" w14:textId="77777777" w:rsidR="00124371" w:rsidRDefault="00124371" w:rsidP="00F4471E">
            <w:pPr>
              <w:keepNext/>
            </w:pPr>
          </w:p>
        </w:tc>
        <w:tc>
          <w:tcPr>
            <w:tcW w:w="803" w:type="dxa"/>
          </w:tcPr>
          <w:p w14:paraId="5BED8DC3" w14:textId="77777777" w:rsidR="00124371" w:rsidRDefault="00124371" w:rsidP="00F4471E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364648E" w14:textId="77777777" w:rsidR="00124371" w:rsidRDefault="00124371" w:rsidP="00F4471E">
            <w:pPr>
              <w:keepNext/>
            </w:pPr>
          </w:p>
        </w:tc>
        <w:tc>
          <w:tcPr>
            <w:tcW w:w="803" w:type="dxa"/>
          </w:tcPr>
          <w:p w14:paraId="7D7278F1" w14:textId="77777777" w:rsidR="00124371" w:rsidRDefault="00124371" w:rsidP="00F4471E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96C231" w14:textId="77777777" w:rsidR="00124371" w:rsidRDefault="00124371" w:rsidP="00F4471E">
            <w:pPr>
              <w:keepNext/>
            </w:pPr>
          </w:p>
        </w:tc>
        <w:tc>
          <w:tcPr>
            <w:tcW w:w="803" w:type="dxa"/>
          </w:tcPr>
          <w:p w14:paraId="51A4A964" w14:textId="77777777" w:rsidR="00124371" w:rsidRDefault="00124371" w:rsidP="00F4471E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5034821" w14:textId="77777777" w:rsidR="00124371" w:rsidRDefault="00124371" w:rsidP="00F4471E">
            <w:pPr>
              <w:keepNext/>
            </w:pPr>
          </w:p>
        </w:tc>
        <w:tc>
          <w:tcPr>
            <w:tcW w:w="1606" w:type="dxa"/>
          </w:tcPr>
          <w:p w14:paraId="59F2FBEB" w14:textId="77777777" w:rsidR="00124371" w:rsidRDefault="00124371" w:rsidP="00F4471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9B74FB8" w14:textId="77777777" w:rsidR="00124371" w:rsidRDefault="00124371" w:rsidP="00F4471E">
            <w:pPr>
              <w:keepNext/>
            </w:pPr>
          </w:p>
        </w:tc>
        <w:tc>
          <w:tcPr>
            <w:tcW w:w="1606" w:type="dxa"/>
          </w:tcPr>
          <w:p w14:paraId="687A2E84" w14:textId="77777777" w:rsidR="00124371" w:rsidRDefault="00124371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25774A4" w14:textId="77777777" w:rsidR="00124371" w:rsidRDefault="00124371" w:rsidP="00F4471E">
            <w:pPr>
              <w:keepNext/>
            </w:pPr>
          </w:p>
        </w:tc>
      </w:tr>
      <w:tr w:rsidR="00124371" w14:paraId="648E28A1" w14:textId="77777777" w:rsidTr="00F4471E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7939A2B" w14:textId="77777777" w:rsidR="00124371" w:rsidRDefault="00124371" w:rsidP="00F4471E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24371" w14:paraId="0754DB43" w14:textId="77777777" w:rsidTr="00F4471E">
        <w:trPr>
          <w:cantSplit/>
          <w:trHeight w:val="510"/>
        </w:trPr>
        <w:tc>
          <w:tcPr>
            <w:tcW w:w="4015" w:type="dxa"/>
            <w:gridSpan w:val="3"/>
          </w:tcPr>
          <w:p w14:paraId="3CB98D7E" w14:textId="77777777" w:rsidR="00124371" w:rsidRDefault="00124371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3575EEEB" w14:textId="77777777" w:rsidR="00124371" w:rsidRDefault="00124371" w:rsidP="00F4471E">
            <w:pPr>
              <w:keepNext/>
            </w:pPr>
          </w:p>
        </w:tc>
        <w:tc>
          <w:tcPr>
            <w:tcW w:w="5621" w:type="dxa"/>
            <w:gridSpan w:val="5"/>
          </w:tcPr>
          <w:p w14:paraId="085B868A" w14:textId="77777777" w:rsidR="00124371" w:rsidRDefault="00124371" w:rsidP="00F4471E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A451574" w14:textId="77777777" w:rsidR="00124371" w:rsidRDefault="00124371" w:rsidP="00F4471E">
            <w:pPr>
              <w:keepNext/>
            </w:pPr>
          </w:p>
        </w:tc>
      </w:tr>
      <w:tr w:rsidR="00124371" w14:paraId="1C8CD977" w14:textId="77777777" w:rsidTr="00F4471E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D6C3DD4" w14:textId="77777777" w:rsidR="00124371" w:rsidRDefault="00124371" w:rsidP="00F4471E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124371" w14:paraId="162F39C4" w14:textId="77777777" w:rsidTr="00F4471E">
        <w:trPr>
          <w:cantSplit/>
          <w:trHeight w:val="510"/>
        </w:trPr>
        <w:tc>
          <w:tcPr>
            <w:tcW w:w="6424" w:type="dxa"/>
            <w:gridSpan w:val="6"/>
          </w:tcPr>
          <w:p w14:paraId="627F6FD6" w14:textId="77777777" w:rsidR="00124371" w:rsidRDefault="00124371" w:rsidP="00F4471E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4DF25B21" w14:textId="77777777" w:rsidR="00124371" w:rsidRDefault="00124371" w:rsidP="00F4471E"/>
        </w:tc>
        <w:tc>
          <w:tcPr>
            <w:tcW w:w="3212" w:type="dxa"/>
            <w:gridSpan w:val="2"/>
          </w:tcPr>
          <w:p w14:paraId="659EDA87" w14:textId="77777777" w:rsidR="00124371" w:rsidRDefault="00124371" w:rsidP="00F4471E">
            <w:r>
              <w:rPr>
                <w:b/>
                <w:color w:val="0D5F78"/>
              </w:rPr>
              <w:t>CUI / CIF</w:t>
            </w:r>
          </w:p>
          <w:p w14:paraId="1A324935" w14:textId="77777777" w:rsidR="00124371" w:rsidRDefault="00124371" w:rsidP="00F4471E"/>
        </w:tc>
      </w:tr>
    </w:tbl>
    <w:p w14:paraId="2CC7E0EE" w14:textId="77777777" w:rsidR="00124371" w:rsidRDefault="00124371" w:rsidP="00124371">
      <w:pPr>
        <w:spacing w:line="168" w:lineRule="auto"/>
      </w:pPr>
    </w:p>
    <w:p w14:paraId="0B0CE44E" w14:textId="77777777" w:rsidR="00124371" w:rsidRDefault="00124371" w:rsidP="00124371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089F2FA6" w14:textId="77777777" w:rsidR="00124371" w:rsidRDefault="00124371" w:rsidP="00124371">
      <w:pPr>
        <w:spacing w:before="80" w:after="60"/>
        <w:jc w:val="center"/>
      </w:pPr>
      <w:r>
        <w:rPr>
          <w:sz w:val="18"/>
        </w:rPr>
        <w:t xml:space="preserve">solicit </w:t>
      </w:r>
      <w:proofErr w:type="spellStart"/>
      <w:r>
        <w:rPr>
          <w:sz w:val="18"/>
        </w:rPr>
        <w:t>emiterea</w:t>
      </w:r>
      <w:proofErr w:type="spellEnd"/>
    </w:p>
    <w:p w14:paraId="5DF3A654" w14:textId="77777777" w:rsidR="00124371" w:rsidRPr="0021562A" w:rsidRDefault="00124371" w:rsidP="00124371">
      <w:pPr>
        <w:spacing w:after="160"/>
        <w:jc w:val="center"/>
        <w:rPr>
          <w:lang w:val="fr-FR"/>
        </w:rPr>
      </w:pPr>
      <w:r w:rsidRPr="0021562A">
        <w:rPr>
          <w:b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24371" w14:paraId="3DD5AC90" w14:textId="77777777" w:rsidTr="00F4471E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740D91A" w14:textId="77777777" w:rsidR="00124371" w:rsidRDefault="00124371" w:rsidP="00F4471E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24371" w14:paraId="3194E3C4" w14:textId="77777777" w:rsidTr="00F4471E">
        <w:trPr>
          <w:cantSplit/>
        </w:trPr>
        <w:tc>
          <w:tcPr>
            <w:tcW w:w="9636" w:type="dxa"/>
            <w:gridSpan w:val="6"/>
          </w:tcPr>
          <w:p w14:paraId="4949DC4A" w14:textId="77777777" w:rsidR="00124371" w:rsidRDefault="00124371" w:rsidP="00F4471E">
            <w:pPr>
              <w:keepNext/>
            </w:pPr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124371" w14:paraId="6F1D7EC2" w14:textId="77777777" w:rsidTr="00F4471E">
        <w:trPr>
          <w:cantSplit/>
          <w:trHeight w:val="510"/>
        </w:trPr>
        <w:tc>
          <w:tcPr>
            <w:tcW w:w="3212" w:type="dxa"/>
            <w:gridSpan w:val="2"/>
          </w:tcPr>
          <w:p w14:paraId="37F2AAB9" w14:textId="77777777" w:rsidR="00124371" w:rsidRDefault="00124371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738C50D9" w14:textId="77777777" w:rsidR="00124371" w:rsidRDefault="00124371" w:rsidP="00F4471E">
            <w:pPr>
              <w:keepNext/>
            </w:pPr>
          </w:p>
        </w:tc>
        <w:tc>
          <w:tcPr>
            <w:tcW w:w="3212" w:type="dxa"/>
            <w:gridSpan w:val="2"/>
          </w:tcPr>
          <w:p w14:paraId="69068645" w14:textId="77777777" w:rsidR="00124371" w:rsidRDefault="00124371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3A5A0592" w14:textId="77777777" w:rsidR="00124371" w:rsidRDefault="00124371" w:rsidP="00F4471E">
            <w:pPr>
              <w:keepNext/>
            </w:pPr>
          </w:p>
        </w:tc>
        <w:tc>
          <w:tcPr>
            <w:tcW w:w="3212" w:type="dxa"/>
            <w:gridSpan w:val="2"/>
          </w:tcPr>
          <w:p w14:paraId="2A947939" w14:textId="77777777" w:rsidR="00124371" w:rsidRDefault="00124371" w:rsidP="00F4471E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CFB489D" w14:textId="77777777" w:rsidR="00124371" w:rsidRDefault="00124371" w:rsidP="00F4471E">
            <w:pPr>
              <w:keepNext/>
            </w:pPr>
          </w:p>
        </w:tc>
      </w:tr>
      <w:tr w:rsidR="00124371" w14:paraId="449602CB" w14:textId="77777777" w:rsidTr="00F4471E">
        <w:trPr>
          <w:cantSplit/>
          <w:trHeight w:val="510"/>
        </w:trPr>
        <w:tc>
          <w:tcPr>
            <w:tcW w:w="1606" w:type="dxa"/>
          </w:tcPr>
          <w:p w14:paraId="5994BC81" w14:textId="77777777" w:rsidR="00124371" w:rsidRDefault="00124371" w:rsidP="00F4471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A108D96" w14:textId="77777777" w:rsidR="00124371" w:rsidRDefault="00124371" w:rsidP="00F4471E">
            <w:pPr>
              <w:keepNext/>
            </w:pPr>
          </w:p>
        </w:tc>
        <w:tc>
          <w:tcPr>
            <w:tcW w:w="4818" w:type="dxa"/>
            <w:gridSpan w:val="3"/>
          </w:tcPr>
          <w:p w14:paraId="28147C79" w14:textId="77777777" w:rsidR="00124371" w:rsidRDefault="00124371" w:rsidP="00F4471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4F804A6" w14:textId="77777777" w:rsidR="00124371" w:rsidRDefault="00124371" w:rsidP="00F4471E">
            <w:pPr>
              <w:keepNext/>
            </w:pPr>
          </w:p>
        </w:tc>
        <w:tc>
          <w:tcPr>
            <w:tcW w:w="803" w:type="dxa"/>
          </w:tcPr>
          <w:p w14:paraId="29D73437" w14:textId="77777777" w:rsidR="00124371" w:rsidRDefault="00124371" w:rsidP="00F4471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FFAE8A3" w14:textId="77777777" w:rsidR="00124371" w:rsidRDefault="00124371" w:rsidP="00F4471E">
            <w:pPr>
              <w:keepNext/>
            </w:pPr>
          </w:p>
        </w:tc>
        <w:tc>
          <w:tcPr>
            <w:tcW w:w="2409" w:type="dxa"/>
          </w:tcPr>
          <w:p w14:paraId="17BB9A12" w14:textId="77777777" w:rsidR="00124371" w:rsidRDefault="00124371" w:rsidP="00F4471E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3126AC0" w14:textId="77777777" w:rsidR="00124371" w:rsidRDefault="00124371" w:rsidP="00F4471E">
            <w:pPr>
              <w:keepNext/>
            </w:pPr>
          </w:p>
        </w:tc>
      </w:tr>
      <w:tr w:rsidR="00124371" w14:paraId="6F4A1836" w14:textId="77777777" w:rsidTr="00F4471E">
        <w:trPr>
          <w:cantSplit/>
          <w:trHeight w:val="510"/>
        </w:trPr>
        <w:tc>
          <w:tcPr>
            <w:tcW w:w="9636" w:type="dxa"/>
            <w:gridSpan w:val="6"/>
          </w:tcPr>
          <w:p w14:paraId="49F604AE" w14:textId="77777777" w:rsidR="00124371" w:rsidRDefault="00124371" w:rsidP="00F4471E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E1E665E" w14:textId="77777777" w:rsidR="00124371" w:rsidRDefault="00124371" w:rsidP="00F4471E">
            <w:pPr>
              <w:keepNext/>
            </w:pPr>
          </w:p>
        </w:tc>
      </w:tr>
      <w:tr w:rsidR="00124371" w14:paraId="4E441628" w14:textId="77777777" w:rsidTr="00F4471E">
        <w:trPr>
          <w:cantSplit/>
          <w:trHeight w:val="510"/>
        </w:trPr>
        <w:tc>
          <w:tcPr>
            <w:tcW w:w="5621" w:type="dxa"/>
            <w:gridSpan w:val="3"/>
          </w:tcPr>
          <w:p w14:paraId="088FB766" w14:textId="77777777" w:rsidR="00124371" w:rsidRPr="00F801F2" w:rsidRDefault="00124371" w:rsidP="00F4471E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0C7B6733" w14:textId="77777777" w:rsidR="00124371" w:rsidRPr="00F801F2" w:rsidRDefault="00124371" w:rsidP="00F4471E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7532CA45" w14:textId="77777777" w:rsidR="00124371" w:rsidRPr="00F801F2" w:rsidRDefault="00124371" w:rsidP="00F4471E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886A27E" w14:textId="77777777" w:rsidR="00124371" w:rsidRDefault="00124371" w:rsidP="00F4471E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148521" w14:textId="77777777" w:rsidR="00124371" w:rsidRDefault="00124371" w:rsidP="00F4471E">
            <w:pPr>
              <w:keepNext/>
            </w:pPr>
          </w:p>
        </w:tc>
      </w:tr>
      <w:tr w:rsidR="00124371" w:rsidRPr="0021562A" w14:paraId="213B89B2" w14:textId="77777777" w:rsidTr="00F4471E">
        <w:trPr>
          <w:cantSplit/>
        </w:trPr>
        <w:tc>
          <w:tcPr>
            <w:tcW w:w="9636" w:type="dxa"/>
            <w:gridSpan w:val="6"/>
          </w:tcPr>
          <w:p w14:paraId="2512EE33" w14:textId="77777777" w:rsidR="00124371" w:rsidRPr="0021562A" w:rsidRDefault="00124371" w:rsidP="00F4471E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</w:t>
            </w:r>
            <w:r w:rsidRPr="0021562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21562A">
              <w:rPr>
                <w:sz w:val="16"/>
                <w:lang w:val="fr-FR"/>
              </w:rPr>
              <w:t xml:space="preserve">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6248E30E" w14:textId="77777777" w:rsidR="00124371" w:rsidRPr="00F8517F" w:rsidRDefault="00124371" w:rsidP="00F4471E">
            <w:pPr>
              <w:rPr>
                <w:lang w:val="fr-FR"/>
              </w:rPr>
            </w:pPr>
            <w:r w:rsidRPr="00F8517F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F8517F">
              <w:rPr>
                <w:sz w:val="16"/>
                <w:lang w:val="fr-FR"/>
              </w:rPr>
              <w:t xml:space="preserve">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eliberat</w:t>
            </w:r>
            <w:proofErr w:type="spellEnd"/>
            <w:r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Pr="00F8517F">
              <w:rPr>
                <w:sz w:val="16"/>
                <w:lang w:val="fr-FR"/>
              </w:rPr>
              <w:t>cerere</w:t>
            </w:r>
            <w:proofErr w:type="spellEnd"/>
            <w:r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Pr="00F8517F">
              <w:rPr>
                <w:sz w:val="16"/>
                <w:lang w:val="fr-FR"/>
              </w:rPr>
              <w:t>către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Agenția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Națională</w:t>
            </w:r>
            <w:proofErr w:type="spellEnd"/>
            <w:r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Pr="00F8517F">
              <w:rPr>
                <w:sz w:val="16"/>
                <w:lang w:val="fr-FR"/>
              </w:rPr>
              <w:t>Cadastru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și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Publicitate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041E43F0" w14:textId="77777777" w:rsidR="00124371" w:rsidRPr="00F8517F" w:rsidRDefault="00124371" w:rsidP="0012437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24371" w14:paraId="47D34B34" w14:textId="77777777" w:rsidTr="00F4471E">
        <w:trPr>
          <w:cantSplit/>
        </w:trPr>
        <w:tc>
          <w:tcPr>
            <w:tcW w:w="9636" w:type="dxa"/>
            <w:shd w:val="clear" w:color="auto" w:fill="F4F4F4"/>
          </w:tcPr>
          <w:p w14:paraId="1821129A" w14:textId="77777777" w:rsidR="00124371" w:rsidRDefault="00124371" w:rsidP="00F4471E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24371" w:rsidRPr="0021562A" w14:paraId="589BE1BF" w14:textId="77777777" w:rsidTr="00F4471E">
        <w:trPr>
          <w:cantSplit/>
        </w:trPr>
        <w:tc>
          <w:tcPr>
            <w:tcW w:w="9636" w:type="dxa"/>
          </w:tcPr>
          <w:p w14:paraId="0FF8D8A5" w14:textId="77777777" w:rsidR="00124371" w:rsidRPr="00F801F2" w:rsidRDefault="00124371" w:rsidP="00F4471E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</w:t>
            </w:r>
            <w:r w:rsidRPr="00F801F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prin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</w:t>
            </w:r>
            <w:r w:rsidRPr="00F801F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</w:t>
            </w:r>
            <w:r w:rsidRPr="00F801F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6F3031E1" w14:textId="77777777" w:rsidR="00124371" w:rsidRPr="00F801F2" w:rsidRDefault="00124371" w:rsidP="0012437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24371" w14:paraId="5609F4C1" w14:textId="77777777" w:rsidTr="00F4471E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6F6683F" w14:textId="77777777" w:rsidR="00124371" w:rsidRDefault="00124371" w:rsidP="00F4471E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24371" w14:paraId="630CEB6C" w14:textId="77777777" w:rsidTr="00F4471E">
        <w:trPr>
          <w:cantSplit/>
          <w:trHeight w:val="510"/>
        </w:trPr>
        <w:tc>
          <w:tcPr>
            <w:tcW w:w="1606" w:type="dxa"/>
          </w:tcPr>
          <w:p w14:paraId="56FF6EF9" w14:textId="77777777" w:rsidR="00124371" w:rsidRDefault="00124371" w:rsidP="00F4471E">
            <w:r>
              <w:rPr>
                <w:b/>
                <w:color w:val="0D5F78"/>
              </w:rPr>
              <w:t>Data</w:t>
            </w:r>
          </w:p>
          <w:p w14:paraId="20511EA6" w14:textId="77777777" w:rsidR="00124371" w:rsidRDefault="00124371" w:rsidP="00F4471E"/>
        </w:tc>
        <w:tc>
          <w:tcPr>
            <w:tcW w:w="4818" w:type="dxa"/>
          </w:tcPr>
          <w:p w14:paraId="63119820" w14:textId="77777777" w:rsidR="00124371" w:rsidRDefault="00124371" w:rsidP="00F4471E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3505EAF4" w14:textId="77777777" w:rsidR="00124371" w:rsidRDefault="00124371" w:rsidP="00F4471E"/>
        </w:tc>
        <w:tc>
          <w:tcPr>
            <w:tcW w:w="3212" w:type="dxa"/>
          </w:tcPr>
          <w:p w14:paraId="3F1358A0" w14:textId="77777777" w:rsidR="00124371" w:rsidRDefault="00124371" w:rsidP="00F4471E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643BBEA0" w14:textId="77777777" w:rsidR="00124371" w:rsidRDefault="00124371" w:rsidP="00F4471E"/>
        </w:tc>
      </w:tr>
    </w:tbl>
    <w:p w14:paraId="01B06C46" w14:textId="77777777" w:rsidR="00124371" w:rsidRDefault="00124371" w:rsidP="00124371">
      <w:pPr>
        <w:spacing w:line="168" w:lineRule="auto"/>
      </w:pPr>
    </w:p>
    <w:p w14:paraId="68366B54" w14:textId="77777777" w:rsidR="00124371" w:rsidRPr="00F8517F" w:rsidRDefault="00124371" w:rsidP="00124371"/>
    <w:p w14:paraId="16199A0F" w14:textId="77777777" w:rsidR="000C2513" w:rsidRDefault="000C2513" w:rsidP="00124371">
      <w:pPr>
        <w:spacing w:before="140" w:after="40"/>
        <w:jc w:val="center"/>
        <w:rPr>
          <w:sz w:val="18"/>
          <w:szCs w:val="18"/>
        </w:rPr>
      </w:pPr>
    </w:p>
    <w:sectPr w:rsidR="000C2513" w:rsidSect="00473796">
      <w:headerReference w:type="default" r:id="rId8"/>
      <w:footerReference w:type="default" r:id="rId9"/>
      <w:pgSz w:w="11907" w:h="16839" w:code="9"/>
      <w:pgMar w:top="360" w:right="1260" w:bottom="25" w:left="1800" w:header="9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BDE21" w14:textId="77777777" w:rsidR="006B6688" w:rsidRDefault="006B6688">
      <w:r>
        <w:separator/>
      </w:r>
    </w:p>
  </w:endnote>
  <w:endnote w:type="continuationSeparator" w:id="0">
    <w:p w14:paraId="154191EF" w14:textId="77777777" w:rsidR="006B6688" w:rsidRDefault="006B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75CBA" w14:textId="77777777" w:rsidR="005C7A01" w:rsidRDefault="00051DA9">
    <w:pPr>
      <w:pStyle w:val="Footer"/>
      <w:tabs>
        <w:tab w:val="clear" w:pos="4680"/>
        <w:tab w:val="clear" w:pos="9360"/>
      </w:tabs>
      <w:rPr>
        <w:color w:val="595959" w:themeColor="text1" w:themeTint="A6"/>
        <w:sz w:val="18"/>
        <w:szCs w:val="18"/>
      </w:rPr>
    </w:pPr>
    <w:r>
      <w:rPr>
        <w:noProof/>
        <w:lang w:val="ro-RO" w:eastAsia="ro-RO"/>
      </w:rPr>
      <w:drawing>
        <wp:anchor distT="0" distB="0" distL="114300" distR="114300" simplePos="0" relativeHeight="251660800" behindDoc="1" locked="0" layoutInCell="1" allowOverlap="1" wp14:anchorId="639924C3" wp14:editId="05244A0D">
          <wp:simplePos x="0" y="0"/>
          <wp:positionH relativeFrom="margin">
            <wp:align>center</wp:align>
          </wp:positionH>
          <wp:positionV relativeFrom="page">
            <wp:posOffset>10026650</wp:posOffset>
          </wp:positionV>
          <wp:extent cx="6731779" cy="292714"/>
          <wp:effectExtent l="0" t="0" r="0" b="0"/>
          <wp:wrapNone/>
          <wp:docPr id="69639460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797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779" cy="2927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7A01">
      <w:rPr>
        <w:color w:val="595959" w:themeColor="text1" w:themeTint="A6"/>
        <w:sz w:val="18"/>
        <w:szCs w:val="18"/>
      </w:rPr>
      <w:ptab w:relativeTo="margin" w:alignment="right" w:leader="none"/>
    </w:r>
  </w:p>
  <w:p w14:paraId="3E8D452E" w14:textId="77777777" w:rsidR="005C7A01" w:rsidRDefault="005C7A01" w:rsidP="00284CF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98974" w14:textId="77777777" w:rsidR="006B6688" w:rsidRDefault="006B6688">
      <w:r>
        <w:separator/>
      </w:r>
    </w:p>
  </w:footnote>
  <w:footnote w:type="continuationSeparator" w:id="0">
    <w:p w14:paraId="37B8A9E3" w14:textId="77777777" w:rsidR="006B6688" w:rsidRDefault="006B6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36647" w14:textId="77777777" w:rsidR="008279FA" w:rsidRDefault="008279FA" w:rsidP="00494D7A">
    <w:pPr>
      <w:pStyle w:val="Header"/>
    </w:pPr>
  </w:p>
  <w:p w14:paraId="7717B032" w14:textId="77777777" w:rsidR="00494D7A" w:rsidRDefault="00251F74" w:rsidP="00494D7A">
    <w:pPr>
      <w:pStyle w:val="Header"/>
    </w:pPr>
    <w:r>
      <w:rPr>
        <w:noProof/>
        <w:lang w:val="ro-RO" w:eastAsia="ro-RO"/>
      </w:rPr>
      <w:drawing>
        <wp:anchor distT="0" distB="3048" distL="114300" distR="114300" simplePos="0" relativeHeight="251658752" behindDoc="1" locked="0" layoutInCell="1" allowOverlap="1" wp14:anchorId="5C9ACDB8" wp14:editId="39D2EA67">
          <wp:simplePos x="0" y="0"/>
          <wp:positionH relativeFrom="margin">
            <wp:posOffset>3619500</wp:posOffset>
          </wp:positionH>
          <wp:positionV relativeFrom="page">
            <wp:posOffset>447675</wp:posOffset>
          </wp:positionV>
          <wp:extent cx="2287905" cy="76200"/>
          <wp:effectExtent l="0" t="0" r="0" b="0"/>
          <wp:wrapNone/>
          <wp:docPr id="82698118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7905" cy="7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ro-RO" w:eastAsia="ro-RO"/>
      </w:rPr>
      <w:drawing>
        <wp:anchor distT="0" distB="3048" distL="114300" distR="114300" simplePos="0" relativeHeight="251657728" behindDoc="1" locked="0" layoutInCell="1" allowOverlap="1" wp14:anchorId="6B775419" wp14:editId="5BE22563">
          <wp:simplePos x="0" y="0"/>
          <wp:positionH relativeFrom="margin">
            <wp:posOffset>-571500</wp:posOffset>
          </wp:positionH>
          <wp:positionV relativeFrom="page">
            <wp:posOffset>447675</wp:posOffset>
          </wp:positionV>
          <wp:extent cx="2287905" cy="85725"/>
          <wp:effectExtent l="0" t="0" r="0" b="9525"/>
          <wp:wrapNone/>
          <wp:docPr id="180596682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7905" cy="85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ro-RO" w:eastAsia="ro-RO"/>
      </w:rPr>
      <w:drawing>
        <wp:anchor distT="0" distB="0" distL="114300" distR="114300" simplePos="0" relativeHeight="251656704" behindDoc="1" locked="0" layoutInCell="1" allowOverlap="1" wp14:anchorId="0DC12CCC" wp14:editId="46E03BD1">
          <wp:simplePos x="0" y="0"/>
          <wp:positionH relativeFrom="page">
            <wp:align>center</wp:align>
          </wp:positionH>
          <wp:positionV relativeFrom="page">
            <wp:posOffset>160655</wp:posOffset>
          </wp:positionV>
          <wp:extent cx="1476375" cy="595630"/>
          <wp:effectExtent l="0" t="0" r="9525" b="0"/>
          <wp:wrapNone/>
          <wp:docPr id="159967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CF5869" w14:textId="77777777" w:rsidR="007E13A0" w:rsidRDefault="007E13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00000002"/>
    <w:multiLevelType w:val="multilevel"/>
    <w:tmpl w:val="00000002"/>
    <w:name w:val="WW8Num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05077D4E"/>
    <w:multiLevelType w:val="hybridMultilevel"/>
    <w:tmpl w:val="0F00E270"/>
    <w:lvl w:ilvl="0" w:tplc="F4E4594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593B80"/>
    <w:multiLevelType w:val="hybridMultilevel"/>
    <w:tmpl w:val="C6787CAE"/>
    <w:lvl w:ilvl="0" w:tplc="041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1C744BAF"/>
    <w:multiLevelType w:val="hybridMultilevel"/>
    <w:tmpl w:val="5C30174E"/>
    <w:lvl w:ilvl="0" w:tplc="1C2890EC">
      <w:numFmt w:val="bullet"/>
      <w:lvlText w:val="❑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0D1F34"/>
    <w:multiLevelType w:val="hybridMultilevel"/>
    <w:tmpl w:val="664E3EE6"/>
    <w:lvl w:ilvl="0" w:tplc="D0363F3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13215E"/>
    <w:multiLevelType w:val="multilevel"/>
    <w:tmpl w:val="4970DD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7F4513"/>
    <w:multiLevelType w:val="hybridMultilevel"/>
    <w:tmpl w:val="8482DE8E"/>
    <w:lvl w:ilvl="0" w:tplc="31FCEB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507D24"/>
    <w:multiLevelType w:val="hybridMultilevel"/>
    <w:tmpl w:val="68B44324"/>
    <w:lvl w:ilvl="0" w:tplc="31FCEBE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7966E98"/>
    <w:multiLevelType w:val="hybridMultilevel"/>
    <w:tmpl w:val="F2EAA318"/>
    <w:lvl w:ilvl="0" w:tplc="1C2890EC">
      <w:numFmt w:val="bullet"/>
      <w:lvlText w:val="❑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30766"/>
    <w:multiLevelType w:val="hybridMultilevel"/>
    <w:tmpl w:val="870E8CE6"/>
    <w:lvl w:ilvl="0" w:tplc="5EFA1C1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E119C2"/>
    <w:multiLevelType w:val="hybridMultilevel"/>
    <w:tmpl w:val="E8163FC6"/>
    <w:lvl w:ilvl="0" w:tplc="7A7C896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170910"/>
    <w:multiLevelType w:val="hybridMultilevel"/>
    <w:tmpl w:val="0CEE5634"/>
    <w:lvl w:ilvl="0" w:tplc="253AA29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89324FF"/>
    <w:multiLevelType w:val="hybridMultilevel"/>
    <w:tmpl w:val="EF7AC7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DD94CC7"/>
    <w:multiLevelType w:val="hybridMultilevel"/>
    <w:tmpl w:val="4148D44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E02B12"/>
    <w:multiLevelType w:val="hybridMultilevel"/>
    <w:tmpl w:val="86D4F2E0"/>
    <w:lvl w:ilvl="0" w:tplc="29480A5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9D7B2A"/>
    <w:multiLevelType w:val="hybridMultilevel"/>
    <w:tmpl w:val="9D8ED54E"/>
    <w:lvl w:ilvl="0" w:tplc="C43A970C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19"/>
        <w:szCs w:val="19"/>
      </w:rPr>
    </w:lvl>
    <w:lvl w:ilvl="1" w:tplc="0DA4A126">
      <w:numFmt w:val="bullet"/>
      <w:lvlText w:val="•"/>
      <w:lvlJc w:val="left"/>
      <w:pPr>
        <w:ind w:left="753" w:hanging="360"/>
      </w:pPr>
      <w:rPr>
        <w:rFonts w:hint="default"/>
      </w:rPr>
    </w:lvl>
    <w:lvl w:ilvl="2" w:tplc="DED2C694">
      <w:numFmt w:val="bullet"/>
      <w:lvlText w:val="•"/>
      <w:lvlJc w:val="left"/>
      <w:pPr>
        <w:ind w:left="1027" w:hanging="360"/>
      </w:pPr>
      <w:rPr>
        <w:rFonts w:hint="default"/>
      </w:rPr>
    </w:lvl>
    <w:lvl w:ilvl="3" w:tplc="C5DE86F4">
      <w:numFmt w:val="bullet"/>
      <w:lvlText w:val="•"/>
      <w:lvlJc w:val="left"/>
      <w:pPr>
        <w:ind w:left="1300" w:hanging="360"/>
      </w:pPr>
      <w:rPr>
        <w:rFonts w:hint="default"/>
      </w:rPr>
    </w:lvl>
    <w:lvl w:ilvl="4" w:tplc="E8CC57A2">
      <w:numFmt w:val="bullet"/>
      <w:lvlText w:val="•"/>
      <w:lvlJc w:val="left"/>
      <w:pPr>
        <w:ind w:left="1574" w:hanging="360"/>
      </w:pPr>
      <w:rPr>
        <w:rFonts w:hint="default"/>
      </w:rPr>
    </w:lvl>
    <w:lvl w:ilvl="5" w:tplc="327AD5E0">
      <w:numFmt w:val="bullet"/>
      <w:lvlText w:val="•"/>
      <w:lvlJc w:val="left"/>
      <w:pPr>
        <w:ind w:left="1848" w:hanging="360"/>
      </w:pPr>
      <w:rPr>
        <w:rFonts w:hint="default"/>
      </w:rPr>
    </w:lvl>
    <w:lvl w:ilvl="6" w:tplc="8EFCBCFE">
      <w:numFmt w:val="bullet"/>
      <w:lvlText w:val="•"/>
      <w:lvlJc w:val="left"/>
      <w:pPr>
        <w:ind w:left="2121" w:hanging="360"/>
      </w:pPr>
      <w:rPr>
        <w:rFonts w:hint="default"/>
      </w:rPr>
    </w:lvl>
    <w:lvl w:ilvl="7" w:tplc="E3921CCA">
      <w:numFmt w:val="bullet"/>
      <w:lvlText w:val="•"/>
      <w:lvlJc w:val="left"/>
      <w:pPr>
        <w:ind w:left="2395" w:hanging="360"/>
      </w:pPr>
      <w:rPr>
        <w:rFonts w:hint="default"/>
      </w:rPr>
    </w:lvl>
    <w:lvl w:ilvl="8" w:tplc="CE924FBE">
      <w:numFmt w:val="bullet"/>
      <w:lvlText w:val="•"/>
      <w:lvlJc w:val="left"/>
      <w:pPr>
        <w:ind w:left="2668" w:hanging="360"/>
      </w:pPr>
      <w:rPr>
        <w:rFonts w:hint="default"/>
      </w:rPr>
    </w:lvl>
  </w:abstractNum>
  <w:abstractNum w:abstractNumId="27" w15:restartNumberingAfterBreak="0">
    <w:nsid w:val="505D50B2"/>
    <w:multiLevelType w:val="hybridMultilevel"/>
    <w:tmpl w:val="6868F1AC"/>
    <w:lvl w:ilvl="0" w:tplc="F754DB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A54818"/>
    <w:multiLevelType w:val="hybridMultilevel"/>
    <w:tmpl w:val="11DA357C"/>
    <w:lvl w:ilvl="0" w:tplc="99AABB7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61A5CDE"/>
    <w:multiLevelType w:val="hybridMultilevel"/>
    <w:tmpl w:val="9D5C8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63294C"/>
    <w:multiLevelType w:val="hybridMultilevel"/>
    <w:tmpl w:val="DBC6BD86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F5FB4"/>
    <w:multiLevelType w:val="multilevel"/>
    <w:tmpl w:val="84A2D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6A55B1"/>
    <w:multiLevelType w:val="hybridMultilevel"/>
    <w:tmpl w:val="53A0BA12"/>
    <w:lvl w:ilvl="0" w:tplc="E4DA2CA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19"/>
        <w:szCs w:val="19"/>
      </w:rPr>
    </w:lvl>
    <w:lvl w:ilvl="1" w:tplc="4D9A730C">
      <w:numFmt w:val="bullet"/>
      <w:lvlText w:val="•"/>
      <w:lvlJc w:val="left"/>
      <w:pPr>
        <w:ind w:left="753" w:hanging="360"/>
      </w:pPr>
      <w:rPr>
        <w:rFonts w:hint="default"/>
      </w:rPr>
    </w:lvl>
    <w:lvl w:ilvl="2" w:tplc="22F430D0">
      <w:numFmt w:val="bullet"/>
      <w:lvlText w:val="•"/>
      <w:lvlJc w:val="left"/>
      <w:pPr>
        <w:ind w:left="1027" w:hanging="360"/>
      </w:pPr>
      <w:rPr>
        <w:rFonts w:hint="default"/>
      </w:rPr>
    </w:lvl>
    <w:lvl w:ilvl="3" w:tplc="E2EAE59E">
      <w:numFmt w:val="bullet"/>
      <w:lvlText w:val="•"/>
      <w:lvlJc w:val="left"/>
      <w:pPr>
        <w:ind w:left="1300" w:hanging="360"/>
      </w:pPr>
      <w:rPr>
        <w:rFonts w:hint="default"/>
      </w:rPr>
    </w:lvl>
    <w:lvl w:ilvl="4" w:tplc="91E0B2BA">
      <w:numFmt w:val="bullet"/>
      <w:lvlText w:val="•"/>
      <w:lvlJc w:val="left"/>
      <w:pPr>
        <w:ind w:left="1574" w:hanging="360"/>
      </w:pPr>
      <w:rPr>
        <w:rFonts w:hint="default"/>
      </w:rPr>
    </w:lvl>
    <w:lvl w:ilvl="5" w:tplc="07C8CDB4">
      <w:numFmt w:val="bullet"/>
      <w:lvlText w:val="•"/>
      <w:lvlJc w:val="left"/>
      <w:pPr>
        <w:ind w:left="1848" w:hanging="360"/>
      </w:pPr>
      <w:rPr>
        <w:rFonts w:hint="default"/>
      </w:rPr>
    </w:lvl>
    <w:lvl w:ilvl="6" w:tplc="E9E0D9DC">
      <w:numFmt w:val="bullet"/>
      <w:lvlText w:val="•"/>
      <w:lvlJc w:val="left"/>
      <w:pPr>
        <w:ind w:left="2121" w:hanging="360"/>
      </w:pPr>
      <w:rPr>
        <w:rFonts w:hint="default"/>
      </w:rPr>
    </w:lvl>
    <w:lvl w:ilvl="7" w:tplc="8352425C">
      <w:numFmt w:val="bullet"/>
      <w:lvlText w:val="•"/>
      <w:lvlJc w:val="left"/>
      <w:pPr>
        <w:ind w:left="2395" w:hanging="360"/>
      </w:pPr>
      <w:rPr>
        <w:rFonts w:hint="default"/>
      </w:rPr>
    </w:lvl>
    <w:lvl w:ilvl="8" w:tplc="13A01DF4">
      <w:numFmt w:val="bullet"/>
      <w:lvlText w:val="•"/>
      <w:lvlJc w:val="left"/>
      <w:pPr>
        <w:ind w:left="2668" w:hanging="360"/>
      </w:pPr>
      <w:rPr>
        <w:rFonts w:hint="default"/>
      </w:rPr>
    </w:lvl>
  </w:abstractNum>
  <w:abstractNum w:abstractNumId="33" w15:restartNumberingAfterBreak="0">
    <w:nsid w:val="629F4906"/>
    <w:multiLevelType w:val="hybridMultilevel"/>
    <w:tmpl w:val="5ECA0728"/>
    <w:lvl w:ilvl="0" w:tplc="FBF81A2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516DFC"/>
    <w:multiLevelType w:val="hybridMultilevel"/>
    <w:tmpl w:val="28D61C7E"/>
    <w:lvl w:ilvl="0" w:tplc="C64C0C9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5AA78A0"/>
    <w:multiLevelType w:val="hybridMultilevel"/>
    <w:tmpl w:val="F2A2B0FA"/>
    <w:lvl w:ilvl="0" w:tplc="3B34A1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E23A1B"/>
    <w:multiLevelType w:val="hybridMultilevel"/>
    <w:tmpl w:val="E42C2972"/>
    <w:lvl w:ilvl="0" w:tplc="259E9B9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9A47DD"/>
    <w:multiLevelType w:val="hybridMultilevel"/>
    <w:tmpl w:val="905EFA1C"/>
    <w:lvl w:ilvl="0" w:tplc="943E85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354CA6"/>
    <w:multiLevelType w:val="hybridMultilevel"/>
    <w:tmpl w:val="86F04CDE"/>
    <w:lvl w:ilvl="0" w:tplc="504A7C64">
      <w:start w:val="55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BE71BD6"/>
    <w:multiLevelType w:val="hybridMultilevel"/>
    <w:tmpl w:val="3C26D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6E5DEC"/>
    <w:multiLevelType w:val="hybridMultilevel"/>
    <w:tmpl w:val="CD1A0108"/>
    <w:lvl w:ilvl="0" w:tplc="826279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88298386">
    <w:abstractNumId w:val="9"/>
  </w:num>
  <w:num w:numId="2" w16cid:durableId="400910651">
    <w:abstractNumId w:val="10"/>
  </w:num>
  <w:num w:numId="3" w16cid:durableId="157428649">
    <w:abstractNumId w:val="34"/>
  </w:num>
  <w:num w:numId="4" w16cid:durableId="1829175765">
    <w:abstractNumId w:val="11"/>
  </w:num>
  <w:num w:numId="5" w16cid:durableId="1986858671">
    <w:abstractNumId w:val="22"/>
  </w:num>
  <w:num w:numId="6" w16cid:durableId="1921331436">
    <w:abstractNumId w:val="27"/>
  </w:num>
  <w:num w:numId="7" w16cid:durableId="158620113">
    <w:abstractNumId w:val="40"/>
  </w:num>
  <w:num w:numId="8" w16cid:durableId="1329360230">
    <w:abstractNumId w:val="28"/>
  </w:num>
  <w:num w:numId="9" w16cid:durableId="403255">
    <w:abstractNumId w:val="20"/>
  </w:num>
  <w:num w:numId="10" w16cid:durableId="2084645304">
    <w:abstractNumId w:val="35"/>
  </w:num>
  <w:num w:numId="11" w16cid:durableId="992220276">
    <w:abstractNumId w:val="37"/>
  </w:num>
  <w:num w:numId="12" w16cid:durableId="935357651">
    <w:abstractNumId w:val="33"/>
  </w:num>
  <w:num w:numId="13" w16cid:durableId="1512719976">
    <w:abstractNumId w:val="15"/>
  </w:num>
  <w:num w:numId="14" w16cid:durableId="1710639236">
    <w:abstractNumId w:val="30"/>
  </w:num>
  <w:num w:numId="15" w16cid:durableId="901064266">
    <w:abstractNumId w:val="25"/>
  </w:num>
  <w:num w:numId="16" w16cid:durableId="388263070">
    <w:abstractNumId w:val="17"/>
  </w:num>
  <w:num w:numId="17" w16cid:durableId="1206983030">
    <w:abstractNumId w:val="39"/>
  </w:num>
  <w:num w:numId="18" w16cid:durableId="1190222290">
    <w:abstractNumId w:val="36"/>
  </w:num>
  <w:num w:numId="19" w16cid:durableId="608124398">
    <w:abstractNumId w:val="16"/>
  </w:num>
  <w:num w:numId="20" w16cid:durableId="66465716">
    <w:abstractNumId w:val="23"/>
  </w:num>
  <w:num w:numId="21" w16cid:durableId="1867713525">
    <w:abstractNumId w:val="29"/>
  </w:num>
  <w:num w:numId="22" w16cid:durableId="1748578545">
    <w:abstractNumId w:val="18"/>
  </w:num>
  <w:num w:numId="23" w16cid:durableId="725178736">
    <w:abstractNumId w:val="38"/>
  </w:num>
  <w:num w:numId="24" w16cid:durableId="606734281">
    <w:abstractNumId w:val="31"/>
  </w:num>
  <w:num w:numId="25" w16cid:durableId="343434218">
    <w:abstractNumId w:val="24"/>
  </w:num>
  <w:num w:numId="26" w16cid:durableId="1247302357">
    <w:abstractNumId w:val="12"/>
  </w:num>
  <w:num w:numId="27" w16cid:durableId="2043284873">
    <w:abstractNumId w:val="19"/>
  </w:num>
  <w:num w:numId="28" w16cid:durableId="1811510221">
    <w:abstractNumId w:val="14"/>
  </w:num>
  <w:num w:numId="29" w16cid:durableId="1650941854">
    <w:abstractNumId w:val="21"/>
  </w:num>
  <w:num w:numId="30" w16cid:durableId="1269318169">
    <w:abstractNumId w:val="32"/>
  </w:num>
  <w:num w:numId="31" w16cid:durableId="1894152427">
    <w:abstractNumId w:val="26"/>
  </w:num>
  <w:num w:numId="32" w16cid:durableId="1563909781">
    <w:abstractNumId w:val="8"/>
  </w:num>
  <w:num w:numId="33" w16cid:durableId="942342789">
    <w:abstractNumId w:val="6"/>
  </w:num>
  <w:num w:numId="34" w16cid:durableId="1863546473">
    <w:abstractNumId w:val="5"/>
  </w:num>
  <w:num w:numId="35" w16cid:durableId="680743658">
    <w:abstractNumId w:val="4"/>
  </w:num>
  <w:num w:numId="36" w16cid:durableId="175658675">
    <w:abstractNumId w:val="7"/>
  </w:num>
  <w:num w:numId="37" w16cid:durableId="1893619093">
    <w:abstractNumId w:val="3"/>
  </w:num>
  <w:num w:numId="38" w16cid:durableId="16582175">
    <w:abstractNumId w:val="2"/>
  </w:num>
  <w:num w:numId="39" w16cid:durableId="1667896183">
    <w:abstractNumId w:val="1"/>
  </w:num>
  <w:num w:numId="40" w16cid:durableId="842936293">
    <w:abstractNumId w:val="0"/>
  </w:num>
  <w:num w:numId="41" w16cid:durableId="7562469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850"/>
    <w:rsid w:val="00004F58"/>
    <w:rsid w:val="00051DA9"/>
    <w:rsid w:val="00053580"/>
    <w:rsid w:val="00080348"/>
    <w:rsid w:val="000B1116"/>
    <w:rsid w:val="000B2688"/>
    <w:rsid w:val="000C2513"/>
    <w:rsid w:val="000E5A18"/>
    <w:rsid w:val="001064D9"/>
    <w:rsid w:val="00124371"/>
    <w:rsid w:val="00161595"/>
    <w:rsid w:val="00162EA2"/>
    <w:rsid w:val="00165F13"/>
    <w:rsid w:val="00171346"/>
    <w:rsid w:val="001C11D7"/>
    <w:rsid w:val="001F1916"/>
    <w:rsid w:val="002253A8"/>
    <w:rsid w:val="00250F8B"/>
    <w:rsid w:val="00251F74"/>
    <w:rsid w:val="00281B91"/>
    <w:rsid w:val="00284CF1"/>
    <w:rsid w:val="002C331D"/>
    <w:rsid w:val="002F0E89"/>
    <w:rsid w:val="002F1148"/>
    <w:rsid w:val="002F3FCD"/>
    <w:rsid w:val="003078E8"/>
    <w:rsid w:val="0031676A"/>
    <w:rsid w:val="00331976"/>
    <w:rsid w:val="003559CB"/>
    <w:rsid w:val="003971F9"/>
    <w:rsid w:val="003A376E"/>
    <w:rsid w:val="003B7632"/>
    <w:rsid w:val="004004FD"/>
    <w:rsid w:val="00403BC5"/>
    <w:rsid w:val="00423B95"/>
    <w:rsid w:val="0043485A"/>
    <w:rsid w:val="00444938"/>
    <w:rsid w:val="00473796"/>
    <w:rsid w:val="00481894"/>
    <w:rsid w:val="00494D7A"/>
    <w:rsid w:val="004C6DCB"/>
    <w:rsid w:val="00506082"/>
    <w:rsid w:val="00514664"/>
    <w:rsid w:val="00545489"/>
    <w:rsid w:val="00551271"/>
    <w:rsid w:val="00564FB2"/>
    <w:rsid w:val="005A4AB4"/>
    <w:rsid w:val="005C240A"/>
    <w:rsid w:val="005C6AB7"/>
    <w:rsid w:val="005C7A01"/>
    <w:rsid w:val="005F30D7"/>
    <w:rsid w:val="00614C3A"/>
    <w:rsid w:val="00615149"/>
    <w:rsid w:val="006174B2"/>
    <w:rsid w:val="006374EA"/>
    <w:rsid w:val="0064218D"/>
    <w:rsid w:val="00653854"/>
    <w:rsid w:val="006612A1"/>
    <w:rsid w:val="006614FC"/>
    <w:rsid w:val="00684D3D"/>
    <w:rsid w:val="00696F98"/>
    <w:rsid w:val="006B6688"/>
    <w:rsid w:val="006C75B9"/>
    <w:rsid w:val="006D3664"/>
    <w:rsid w:val="006E2EF3"/>
    <w:rsid w:val="007100E7"/>
    <w:rsid w:val="007117C5"/>
    <w:rsid w:val="00757248"/>
    <w:rsid w:val="00761445"/>
    <w:rsid w:val="00774CEE"/>
    <w:rsid w:val="007852D9"/>
    <w:rsid w:val="0079208B"/>
    <w:rsid w:val="007A2909"/>
    <w:rsid w:val="007A314D"/>
    <w:rsid w:val="007A4E0B"/>
    <w:rsid w:val="007B02F7"/>
    <w:rsid w:val="007B5820"/>
    <w:rsid w:val="007E13A0"/>
    <w:rsid w:val="008279FA"/>
    <w:rsid w:val="00833D81"/>
    <w:rsid w:val="0084119D"/>
    <w:rsid w:val="008B4F5F"/>
    <w:rsid w:val="008B5C43"/>
    <w:rsid w:val="008C273C"/>
    <w:rsid w:val="009131F4"/>
    <w:rsid w:val="009270C1"/>
    <w:rsid w:val="009407B2"/>
    <w:rsid w:val="00940B44"/>
    <w:rsid w:val="00942C1F"/>
    <w:rsid w:val="009461BC"/>
    <w:rsid w:val="00950010"/>
    <w:rsid w:val="009573E8"/>
    <w:rsid w:val="00986E0A"/>
    <w:rsid w:val="00987C28"/>
    <w:rsid w:val="00991F3B"/>
    <w:rsid w:val="009B5A8F"/>
    <w:rsid w:val="009B5B95"/>
    <w:rsid w:val="009E0A6C"/>
    <w:rsid w:val="009E2467"/>
    <w:rsid w:val="009E5AF2"/>
    <w:rsid w:val="00A17B77"/>
    <w:rsid w:val="00A22AEF"/>
    <w:rsid w:val="00A36086"/>
    <w:rsid w:val="00A44085"/>
    <w:rsid w:val="00A70D26"/>
    <w:rsid w:val="00A91C03"/>
    <w:rsid w:val="00AD594D"/>
    <w:rsid w:val="00AE7610"/>
    <w:rsid w:val="00AF193F"/>
    <w:rsid w:val="00B10CB6"/>
    <w:rsid w:val="00B21D70"/>
    <w:rsid w:val="00B22A78"/>
    <w:rsid w:val="00B317F3"/>
    <w:rsid w:val="00B81EA8"/>
    <w:rsid w:val="00B84DF3"/>
    <w:rsid w:val="00BB4510"/>
    <w:rsid w:val="00BC348C"/>
    <w:rsid w:val="00C10EFB"/>
    <w:rsid w:val="00C34C89"/>
    <w:rsid w:val="00C518B2"/>
    <w:rsid w:val="00C669AC"/>
    <w:rsid w:val="00C74D4B"/>
    <w:rsid w:val="00C82674"/>
    <w:rsid w:val="00C83B59"/>
    <w:rsid w:val="00C859C1"/>
    <w:rsid w:val="00C93679"/>
    <w:rsid w:val="00CC0C14"/>
    <w:rsid w:val="00CD7605"/>
    <w:rsid w:val="00CE49D5"/>
    <w:rsid w:val="00CE75C3"/>
    <w:rsid w:val="00CF1C1F"/>
    <w:rsid w:val="00CF4368"/>
    <w:rsid w:val="00D07F7E"/>
    <w:rsid w:val="00D11D51"/>
    <w:rsid w:val="00D8244C"/>
    <w:rsid w:val="00D90225"/>
    <w:rsid w:val="00DA1850"/>
    <w:rsid w:val="00DD159E"/>
    <w:rsid w:val="00E15F08"/>
    <w:rsid w:val="00E25BFB"/>
    <w:rsid w:val="00E411AD"/>
    <w:rsid w:val="00E47162"/>
    <w:rsid w:val="00E673CB"/>
    <w:rsid w:val="00EB7AC1"/>
    <w:rsid w:val="00EC6020"/>
    <w:rsid w:val="00F174F1"/>
    <w:rsid w:val="00F73241"/>
    <w:rsid w:val="00F81ADA"/>
    <w:rsid w:val="00F9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2C6CBF"/>
  <w15:chartTrackingRefBased/>
  <w15:docId w15:val="{B7FE4D5B-E462-4102-A9E2-7C163272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numPr>
        <w:numId w:val="2"/>
      </w:numPr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tabs>
        <w:tab w:val="num" w:pos="0"/>
      </w:tabs>
      <w:ind w:left="432" w:hanging="432"/>
      <w:jc w:val="both"/>
      <w:outlineLvl w:val="1"/>
    </w:pPr>
    <w:rPr>
      <w:b/>
      <w:sz w:val="24"/>
      <w:lang w:val="ro-R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1B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15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  <w:sz w:val="15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15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5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7"/>
    </w:pPr>
    <w:rPr>
      <w:rFonts w:asciiTheme="majorHAnsi" w:eastAsiaTheme="majorEastAsia" w:hAnsiTheme="majorHAnsi" w:cstheme="majorBidi"/>
      <w:color w:val="5B9BD5" w:themeColor="accent1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ntdeparagrafimplicit1">
    <w:name w:val="Font de paragraf implicit1"/>
  </w:style>
  <w:style w:type="character" w:styleId="Hyperlink">
    <w:name w:val="Hyperlink"/>
    <w:rPr>
      <w:strike w:val="0"/>
      <w:dstrike w:val="0"/>
      <w:color w:val="336390"/>
      <w:u w:val="none"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paragraph" w:styleId="List">
    <w:name w:val="List"/>
    <w:basedOn w:val="BodyText"/>
    <w:uiPriority w:val="99"/>
    <w:rPr>
      <w:rFonts w:cs="Mangal"/>
    </w:rPr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Legend1">
    <w:name w:val="Legendă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BodyTextIndent">
    <w:name w:val="Body Text Indent"/>
    <w:basedOn w:val="Normal"/>
    <w:pPr>
      <w:ind w:firstLine="720"/>
      <w:jc w:val="both"/>
    </w:pPr>
    <w:rPr>
      <w:b/>
      <w:i/>
      <w:sz w:val="28"/>
      <w:lang w:val="ro-RO"/>
    </w:rPr>
  </w:style>
  <w:style w:type="paragraph" w:styleId="BodyTextIndent2">
    <w:name w:val="Body Text Indent 2"/>
    <w:basedOn w:val="Normal"/>
    <w:pPr>
      <w:ind w:firstLine="720"/>
      <w:jc w:val="both"/>
    </w:pPr>
    <w:rPr>
      <w:sz w:val="28"/>
      <w:lang w:val="ro-RO"/>
    </w:rPr>
  </w:style>
  <w:style w:type="paragraph" w:customStyle="1" w:styleId="pj">
    <w:name w:val="pj"/>
    <w:basedOn w:val="Normal"/>
    <w:pPr>
      <w:suppressAutoHyphens w:val="0"/>
      <w:spacing w:before="45" w:after="45" w:line="360" w:lineRule="atLeast"/>
      <w:ind w:left="45" w:right="45" w:firstLine="75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</w:style>
  <w:style w:type="paragraph" w:customStyle="1" w:styleId="FrameContents">
    <w:name w:val="Frame Contents"/>
    <w:basedOn w:val="Normal"/>
  </w:style>
  <w:style w:type="paragraph" w:styleId="BalloonText">
    <w:name w:val="Balloon Text"/>
    <w:basedOn w:val="Normal"/>
    <w:link w:val="BalloonTextChar"/>
    <w:uiPriority w:val="99"/>
    <w:semiHidden/>
    <w:unhideWhenUsed/>
    <w:rsid w:val="004004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04FD"/>
    <w:rPr>
      <w:rFonts w:ascii="Segoe UI" w:hAnsi="Segoe UI" w:cs="Segoe UI"/>
      <w:sz w:val="18"/>
      <w:szCs w:val="18"/>
      <w:lang w:eastAsia="zh-CN"/>
    </w:rPr>
  </w:style>
  <w:style w:type="table" w:styleId="TableGrid">
    <w:name w:val="Table Grid"/>
    <w:basedOn w:val="TableNormal"/>
    <w:uiPriority w:val="59"/>
    <w:rsid w:val="00A91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51466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494D7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94D7A"/>
    <w:rPr>
      <w:lang w:eastAsia="zh-CN"/>
    </w:rPr>
  </w:style>
  <w:style w:type="character" w:customStyle="1" w:styleId="HeaderChar">
    <w:name w:val="Header Char"/>
    <w:link w:val="Header"/>
    <w:uiPriority w:val="99"/>
    <w:rsid w:val="00494D7A"/>
    <w:rPr>
      <w:lang w:eastAsia="zh-CN"/>
    </w:rPr>
  </w:style>
  <w:style w:type="paragraph" w:styleId="ListParagraph">
    <w:name w:val="List Paragraph"/>
    <w:basedOn w:val="Normal"/>
    <w:uiPriority w:val="34"/>
    <w:qFormat/>
    <w:rsid w:val="00940B44"/>
    <w:pPr>
      <w:suppressAutoHyphens w:val="0"/>
      <w:ind w:left="720"/>
    </w:pPr>
    <w:rPr>
      <w:rFonts w:ascii="Calibri" w:hAnsi="Calibri"/>
      <w:sz w:val="24"/>
      <w:szCs w:val="24"/>
      <w:lang w:val="ro-RO" w:eastAsia="en-US"/>
    </w:rPr>
  </w:style>
  <w:style w:type="paragraph" w:styleId="Title">
    <w:name w:val="Title"/>
    <w:basedOn w:val="Normal"/>
    <w:link w:val="TitleChar"/>
    <w:uiPriority w:val="10"/>
    <w:qFormat/>
    <w:rsid w:val="00051DA9"/>
    <w:pPr>
      <w:widowControl w:val="0"/>
      <w:suppressAutoHyphens w:val="0"/>
      <w:autoSpaceDE w:val="0"/>
      <w:autoSpaceDN w:val="0"/>
      <w:spacing w:before="1"/>
      <w:ind w:left="1346" w:right="1567"/>
      <w:jc w:val="center"/>
    </w:pPr>
    <w:rPr>
      <w:rFonts w:ascii="Arial" w:eastAsia="Arial" w:hAnsi="Arial" w:cs="Arial"/>
      <w:b/>
      <w:bCs/>
      <w:sz w:val="40"/>
      <w:szCs w:val="4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51DA9"/>
    <w:rPr>
      <w:rFonts w:ascii="Arial" w:eastAsia="Arial" w:hAnsi="Arial" w:cs="Arial"/>
      <w:b/>
      <w:bCs/>
      <w:sz w:val="40"/>
      <w:szCs w:val="40"/>
      <w:lang w:val="en-US" w:eastAsia="en-US"/>
    </w:rPr>
  </w:style>
  <w:style w:type="character" w:customStyle="1" w:styleId="paragraf1">
    <w:name w:val="paragraf1"/>
    <w:rsid w:val="008279FA"/>
    <w:rPr>
      <w:shd w:val="clear" w:color="auto" w:fill="auto"/>
    </w:rPr>
  </w:style>
  <w:style w:type="character" w:customStyle="1" w:styleId="linie1">
    <w:name w:val="linie1"/>
    <w:rsid w:val="008279FA"/>
    <w:rPr>
      <w:b/>
      <w:bCs/>
      <w:color w:val="000000"/>
    </w:rPr>
  </w:style>
  <w:style w:type="character" w:customStyle="1" w:styleId="tabel1">
    <w:name w:val="tabel1"/>
    <w:rsid w:val="008279FA"/>
    <w:rPr>
      <w:rFonts w:ascii="Courier New" w:hAnsi="Courier New" w:cs="Courier New" w:hint="default"/>
      <w:color w:val="000000"/>
      <w:sz w:val="20"/>
      <w:szCs w:val="20"/>
      <w:shd w:val="clear" w:color="auto" w:fill="auto"/>
    </w:rPr>
  </w:style>
  <w:style w:type="paragraph" w:styleId="HTMLPreformatted">
    <w:name w:val="HTML Preformatted"/>
    <w:basedOn w:val="Normal"/>
    <w:link w:val="HTMLPreformattedChar"/>
    <w:rsid w:val="008279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8279FA"/>
    <w:rPr>
      <w:rFonts w:ascii="Courier New" w:hAnsi="Courier New" w:cs="Courier New"/>
      <w:lang w:val="en-US" w:eastAsia="en-US"/>
    </w:rPr>
  </w:style>
  <w:style w:type="character" w:customStyle="1" w:styleId="nota1">
    <w:name w:val="nota1"/>
    <w:rsid w:val="008279FA"/>
    <w:rPr>
      <w:b/>
      <w:bCs/>
      <w:color w:val="000000"/>
    </w:rPr>
  </w:style>
  <w:style w:type="character" w:customStyle="1" w:styleId="Heading3Char">
    <w:name w:val="Heading 3 Char"/>
    <w:basedOn w:val="DefaultParagraphFont"/>
    <w:link w:val="Heading3"/>
    <w:uiPriority w:val="9"/>
    <w:rsid w:val="00281B9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zh-CN"/>
    </w:rPr>
  </w:style>
  <w:style w:type="table" w:customStyle="1" w:styleId="TableNormal1">
    <w:name w:val="Table Normal1"/>
    <w:uiPriority w:val="2"/>
    <w:semiHidden/>
    <w:unhideWhenUsed/>
    <w:qFormat/>
    <w:rsid w:val="00281B9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1B91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styleId="NoSpacing">
    <w:name w:val="No Spacing"/>
    <w:uiPriority w:val="1"/>
    <w:qFormat/>
    <w:rsid w:val="00A70D26"/>
    <w:pPr>
      <w:suppressAutoHyphens/>
    </w:pPr>
    <w:rPr>
      <w:lang w:val="en-US" w:eastAsia="zh-CN"/>
    </w:rPr>
  </w:style>
  <w:style w:type="character" w:customStyle="1" w:styleId="tpa1">
    <w:name w:val="tpa1"/>
    <w:basedOn w:val="DefaultParagraphFont"/>
    <w:rsid w:val="00EB7AC1"/>
  </w:style>
  <w:style w:type="character" w:customStyle="1" w:styleId="li1">
    <w:name w:val="li1"/>
    <w:rsid w:val="00EB7AC1"/>
    <w:rPr>
      <w:b/>
      <w:bCs/>
      <w:color w:val="8F0000"/>
    </w:rPr>
  </w:style>
  <w:style w:type="character" w:customStyle="1" w:styleId="tli1">
    <w:name w:val="tli1"/>
    <w:basedOn w:val="DefaultParagraphFont"/>
    <w:rsid w:val="00EB7AC1"/>
  </w:style>
  <w:style w:type="character" w:customStyle="1" w:styleId="Heading4Char">
    <w:name w:val="Heading 4 Char"/>
    <w:basedOn w:val="DefaultParagraphFont"/>
    <w:link w:val="Heading4"/>
    <w:uiPriority w:val="9"/>
    <w:semiHidden/>
    <w:rsid w:val="000C2513"/>
    <w:rPr>
      <w:rFonts w:asciiTheme="majorHAnsi" w:eastAsiaTheme="majorEastAsia" w:hAnsiTheme="majorHAnsi" w:cstheme="majorBidi"/>
      <w:b/>
      <w:bCs/>
      <w:i/>
      <w:iCs/>
      <w:color w:val="5B9BD5" w:themeColor="accent1"/>
      <w:sz w:val="15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513"/>
    <w:rPr>
      <w:rFonts w:asciiTheme="majorHAnsi" w:eastAsiaTheme="majorEastAsia" w:hAnsiTheme="majorHAnsi" w:cstheme="majorBidi"/>
      <w:color w:val="1F4D78" w:themeColor="accent1" w:themeShade="7F"/>
      <w:sz w:val="15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513"/>
    <w:rPr>
      <w:rFonts w:asciiTheme="majorHAnsi" w:eastAsiaTheme="majorEastAsia" w:hAnsiTheme="majorHAnsi" w:cstheme="majorBidi"/>
      <w:i/>
      <w:iCs/>
      <w:color w:val="1F4D78" w:themeColor="accent1" w:themeShade="7F"/>
      <w:sz w:val="15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513"/>
    <w:rPr>
      <w:rFonts w:asciiTheme="majorHAnsi" w:eastAsiaTheme="majorEastAsia" w:hAnsiTheme="majorHAnsi" w:cstheme="majorBidi"/>
      <w:i/>
      <w:iCs/>
      <w:color w:val="404040" w:themeColor="text1" w:themeTint="BF"/>
      <w:sz w:val="15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513"/>
    <w:rPr>
      <w:rFonts w:asciiTheme="majorHAnsi" w:eastAsiaTheme="majorEastAsia" w:hAnsiTheme="majorHAnsi" w:cstheme="majorBidi"/>
      <w:color w:val="5B9BD5" w:themeColor="accent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513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C2513"/>
    <w:rPr>
      <w:b/>
      <w:sz w:val="28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0C2513"/>
    <w:rPr>
      <w:b/>
      <w:sz w:val="24"/>
      <w:lang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513"/>
    <w:pPr>
      <w:numPr>
        <w:ilvl w:val="1"/>
      </w:numPr>
      <w:suppressAutoHyphens w:val="0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C251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0C2513"/>
    <w:rPr>
      <w:lang w:val="en-US" w:eastAsia="zh-CN"/>
    </w:rPr>
  </w:style>
  <w:style w:type="paragraph" w:styleId="BodyText2">
    <w:name w:val="Body Text 2"/>
    <w:basedOn w:val="Normal"/>
    <w:link w:val="BodyText2Char"/>
    <w:uiPriority w:val="99"/>
    <w:unhideWhenUsed/>
    <w:rsid w:val="000C2513"/>
    <w:pPr>
      <w:suppressAutoHyphens w:val="0"/>
      <w:spacing w:after="120" w:line="480" w:lineRule="auto"/>
    </w:pPr>
    <w:rPr>
      <w:rFonts w:eastAsiaTheme="minorEastAsia" w:cstheme="minorBidi"/>
      <w:sz w:val="15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0C2513"/>
    <w:rPr>
      <w:rFonts w:eastAsiaTheme="minorEastAsia" w:cstheme="minorBidi"/>
      <w:sz w:val="15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0C2513"/>
    <w:pPr>
      <w:suppressAutoHyphens w:val="0"/>
      <w:spacing w:after="120"/>
    </w:pPr>
    <w:rPr>
      <w:rFonts w:eastAsiaTheme="minorEastAsia" w:cstheme="minorBidi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0C2513"/>
    <w:rPr>
      <w:rFonts w:eastAsiaTheme="minorEastAsia" w:cstheme="minorBidi"/>
      <w:sz w:val="16"/>
      <w:szCs w:val="16"/>
      <w:lang w:val="en-US" w:eastAsia="en-US"/>
    </w:rPr>
  </w:style>
  <w:style w:type="paragraph" w:styleId="List2">
    <w:name w:val="List 2"/>
    <w:basedOn w:val="Normal"/>
    <w:uiPriority w:val="99"/>
    <w:unhideWhenUsed/>
    <w:rsid w:val="000C2513"/>
    <w:pPr>
      <w:suppressAutoHyphens w:val="0"/>
      <w:ind w:left="720" w:hanging="36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3">
    <w:name w:val="List 3"/>
    <w:basedOn w:val="Normal"/>
    <w:uiPriority w:val="99"/>
    <w:unhideWhenUsed/>
    <w:rsid w:val="000C2513"/>
    <w:pPr>
      <w:suppressAutoHyphens w:val="0"/>
      <w:ind w:left="1080" w:hanging="36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0C2513"/>
    <w:pPr>
      <w:numPr>
        <w:numId w:val="32"/>
      </w:numPr>
      <w:tabs>
        <w:tab w:val="clear" w:pos="36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0C2513"/>
    <w:pPr>
      <w:numPr>
        <w:numId w:val="33"/>
      </w:numPr>
      <w:tabs>
        <w:tab w:val="clear" w:pos="72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0C2513"/>
    <w:pPr>
      <w:numPr>
        <w:numId w:val="34"/>
      </w:numPr>
      <w:tabs>
        <w:tab w:val="clear" w:pos="108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0C2513"/>
    <w:pPr>
      <w:numPr>
        <w:numId w:val="36"/>
      </w:numPr>
      <w:tabs>
        <w:tab w:val="clear" w:pos="36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0C2513"/>
    <w:pPr>
      <w:numPr>
        <w:numId w:val="37"/>
      </w:numPr>
      <w:tabs>
        <w:tab w:val="clear" w:pos="72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0C2513"/>
    <w:pPr>
      <w:numPr>
        <w:numId w:val="38"/>
      </w:numPr>
      <w:tabs>
        <w:tab w:val="clear" w:pos="108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Continue">
    <w:name w:val="List Continue"/>
    <w:basedOn w:val="Normal"/>
    <w:uiPriority w:val="99"/>
    <w:unhideWhenUsed/>
    <w:rsid w:val="000C2513"/>
    <w:pPr>
      <w:suppressAutoHyphens w:val="0"/>
      <w:spacing w:after="120"/>
      <w:ind w:left="36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Continue2">
    <w:name w:val="List Continue 2"/>
    <w:basedOn w:val="Normal"/>
    <w:uiPriority w:val="99"/>
    <w:unhideWhenUsed/>
    <w:rsid w:val="000C2513"/>
    <w:pPr>
      <w:suppressAutoHyphens w:val="0"/>
      <w:spacing w:after="120"/>
      <w:ind w:left="72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Continue3">
    <w:name w:val="List Continue 3"/>
    <w:basedOn w:val="Normal"/>
    <w:uiPriority w:val="99"/>
    <w:unhideWhenUsed/>
    <w:rsid w:val="000C2513"/>
    <w:pPr>
      <w:suppressAutoHyphens w:val="0"/>
      <w:spacing w:after="120"/>
      <w:ind w:left="108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MacroText">
    <w:name w:val="macro"/>
    <w:link w:val="MacroTextChar"/>
    <w:uiPriority w:val="99"/>
    <w:unhideWhenUsed/>
    <w:rsid w:val="000C2513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rsid w:val="000C2513"/>
    <w:rPr>
      <w:rFonts w:ascii="Courier" w:eastAsiaTheme="minorEastAsia" w:hAnsi="Courier" w:cstheme="minorBidi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C2513"/>
    <w:pPr>
      <w:suppressAutoHyphens w:val="0"/>
    </w:pPr>
    <w:rPr>
      <w:rFonts w:eastAsiaTheme="minorEastAsia" w:cstheme="minorBidi"/>
      <w:i/>
      <w:iCs/>
      <w:color w:val="000000" w:themeColor="text1"/>
      <w:sz w:val="15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C2513"/>
    <w:rPr>
      <w:rFonts w:eastAsiaTheme="minorEastAsia" w:cstheme="minorBidi"/>
      <w:i/>
      <w:iCs/>
      <w:color w:val="000000" w:themeColor="text1"/>
      <w:sz w:val="15"/>
      <w:szCs w:val="22"/>
      <w:lang w:val="en-US" w:eastAsia="en-US"/>
    </w:rPr>
  </w:style>
  <w:style w:type="character" w:styleId="Emphasis">
    <w:name w:val="Emphasis"/>
    <w:basedOn w:val="DefaultParagraphFont"/>
    <w:uiPriority w:val="20"/>
    <w:qFormat/>
    <w:rsid w:val="000C251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513"/>
    <w:pPr>
      <w:pBdr>
        <w:bottom w:val="single" w:sz="4" w:space="4" w:color="5B9BD5" w:themeColor="accent1"/>
      </w:pBdr>
      <w:suppressAutoHyphens w:val="0"/>
      <w:spacing w:before="200" w:after="280"/>
      <w:ind w:left="936" w:right="936"/>
    </w:pPr>
    <w:rPr>
      <w:rFonts w:eastAsiaTheme="minorEastAsia" w:cstheme="minorBidi"/>
      <w:b/>
      <w:bCs/>
      <w:i/>
      <w:iCs/>
      <w:color w:val="5B9BD5" w:themeColor="accent1"/>
      <w:sz w:val="15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513"/>
    <w:rPr>
      <w:rFonts w:eastAsiaTheme="minorEastAsia" w:cstheme="minorBidi"/>
      <w:b/>
      <w:bCs/>
      <w:i/>
      <w:iCs/>
      <w:color w:val="5B9BD5" w:themeColor="accent1"/>
      <w:sz w:val="15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0C2513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C2513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C2513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C2513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C2513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C2513"/>
    <w:pPr>
      <w:keepLines/>
      <w:numPr>
        <w:numId w:val="0"/>
      </w:numPr>
      <w:suppressAutoHyphens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en-US"/>
    </w:rPr>
  </w:style>
  <w:style w:type="table" w:styleId="LightShading">
    <w:name w:val="Light Shading"/>
    <w:basedOn w:val="TableNormal"/>
    <w:uiPriority w:val="60"/>
    <w:rsid w:val="000C2513"/>
    <w:rPr>
      <w:rFonts w:asciiTheme="minorHAnsi" w:eastAsiaTheme="minorEastAsia" w:hAnsiTheme="minorHAnsi" w:cstheme="minorBidi"/>
      <w:color w:val="000000" w:themeColor="tex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0C2513"/>
    <w:rPr>
      <w:rFonts w:asciiTheme="minorHAnsi" w:eastAsiaTheme="minorEastAsia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0C2513"/>
    <w:rPr>
      <w:rFonts w:asciiTheme="minorHAnsi" w:eastAsiaTheme="minorEastAsia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0C2513"/>
    <w:rPr>
      <w:rFonts w:asciiTheme="minorHAnsi" w:eastAsiaTheme="minorEastAsia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0C2513"/>
    <w:rPr>
      <w:rFonts w:asciiTheme="minorHAnsi" w:eastAsiaTheme="minorEastAsia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C2513"/>
    <w:rPr>
      <w:rFonts w:asciiTheme="minorHAnsi" w:eastAsiaTheme="minorEastAsia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C2513"/>
    <w:rPr>
      <w:rFonts w:asciiTheme="minorHAnsi" w:eastAsiaTheme="minorEastAsia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5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26A3D-9643-40AC-BD09-3B1648615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/>
  <LinksUpToDate>false</LinksUpToDate>
  <CharactersWithSpaces>1465</CharactersWithSpaces>
  <SharedDoc>false</SharedDoc>
  <HLinks>
    <vt:vector size="6" baseType="variant">
      <vt:variant>
        <vt:i4>1179696</vt:i4>
      </vt:variant>
      <vt:variant>
        <vt:i4>0</vt:i4>
      </vt:variant>
      <vt:variant>
        <vt:i4>0</vt:i4>
      </vt:variant>
      <vt:variant>
        <vt:i4>5</vt:i4>
      </vt:variant>
      <vt:variant>
        <vt:lpwstr>mailto:contact@primariavatradornei.ro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ccc</dc:creator>
  <cp:keywords/>
  <cp:lastModifiedBy>Primaria  Vatra Dornej</cp:lastModifiedBy>
  <cp:revision>2</cp:revision>
  <cp:lastPrinted>2026-02-25T08:53:00Z</cp:lastPrinted>
  <dcterms:created xsi:type="dcterms:W3CDTF">2026-09-29T09:28:00Z</dcterms:created>
  <dcterms:modified xsi:type="dcterms:W3CDTF">2026-09-29T09:28:00Z</dcterms:modified>
</cp:coreProperties>
</file>