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68B8735" w14:textId="77777777" w:rsidR="00D54DFF" w:rsidRPr="00D54DFF" w:rsidRDefault="00D54DFF" w:rsidP="00D54DFF">
      <w:pPr>
        <w:spacing w:before="140" w:after="40"/>
        <w:rPr>
          <w:bCs/>
        </w:rPr>
      </w:pPr>
    </w:p>
    <w:p w14:paraId="440EE897" w14:textId="5072FE1D" w:rsidR="00360422" w:rsidRPr="00A37FAC" w:rsidRDefault="00360422" w:rsidP="00360422">
      <w:pPr>
        <w:spacing w:before="140" w:after="40"/>
        <w:jc w:val="center"/>
        <w:rPr>
          <w:sz w:val="28"/>
          <w:szCs w:val="28"/>
        </w:rPr>
      </w:pPr>
      <w:r w:rsidRPr="00A37FAC">
        <w:rPr>
          <w:b/>
          <w:sz w:val="28"/>
          <w:szCs w:val="28"/>
        </w:rPr>
        <w:t>CERERE</w:t>
      </w:r>
    </w:p>
    <w:tbl>
      <w:tblPr>
        <w:tblStyle w:val="TableGrid"/>
        <w:tblW w:w="10490" w:type="dxa"/>
        <w:tblInd w:w="-85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0490"/>
      </w:tblGrid>
      <w:tr w:rsidR="00360422" w14:paraId="4381FF94" w14:textId="77777777" w:rsidTr="00360422">
        <w:trPr>
          <w:cantSplit/>
        </w:trPr>
        <w:tc>
          <w:tcPr>
            <w:tcW w:w="10490" w:type="dxa"/>
            <w:shd w:val="clear" w:color="auto" w:fill="F4F4F4"/>
          </w:tcPr>
          <w:p w14:paraId="0AFDBE81" w14:textId="77777777" w:rsidR="00360422" w:rsidRDefault="00360422" w:rsidP="00F4471E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60422" w:rsidRPr="00A37FAC" w14:paraId="15E14909" w14:textId="77777777" w:rsidTr="00360422">
        <w:trPr>
          <w:cantSplit/>
          <w:trHeight w:val="510"/>
        </w:trPr>
        <w:tc>
          <w:tcPr>
            <w:tcW w:w="10490" w:type="dxa"/>
          </w:tcPr>
          <w:p w14:paraId="6D36AAC1" w14:textId="77777777" w:rsidR="00360422" w:rsidRPr="006257CA" w:rsidRDefault="00360422" w:rsidP="00F4471E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65418DB8" w14:textId="77777777" w:rsidR="00360422" w:rsidRPr="006257CA" w:rsidRDefault="00360422" w:rsidP="00F4471E">
            <w:pPr>
              <w:keepNext/>
              <w:rPr>
                <w:lang w:val="fr-FR"/>
              </w:rPr>
            </w:pPr>
            <w:proofErr w:type="spellStart"/>
            <w:proofErr w:type="gramStart"/>
            <w:r w:rsidRPr="006257CA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sector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1EE6C35B" w14:textId="77777777" w:rsidR="00360422" w:rsidRPr="006257CA" w:rsidRDefault="00360422" w:rsidP="00F4471E">
            <w:pPr>
              <w:keepNext/>
              <w:rPr>
                <w:lang w:val="fr-FR"/>
              </w:rPr>
            </w:pPr>
          </w:p>
        </w:tc>
      </w:tr>
      <w:tr w:rsidR="00360422" w:rsidRPr="00A37FAC" w14:paraId="7F68404F" w14:textId="77777777" w:rsidTr="00360422">
        <w:trPr>
          <w:cantSplit/>
        </w:trPr>
        <w:tc>
          <w:tcPr>
            <w:tcW w:w="10490" w:type="dxa"/>
            <w:shd w:val="clear" w:color="auto" w:fill="F4F4F4"/>
          </w:tcPr>
          <w:p w14:paraId="7EBBA2FA" w14:textId="77777777" w:rsidR="00360422" w:rsidRPr="006257CA" w:rsidRDefault="00360422" w:rsidP="00F4471E">
            <w:pPr>
              <w:spacing w:line="228" w:lineRule="auto"/>
              <w:rPr>
                <w:lang w:val="fr-FR"/>
              </w:rPr>
            </w:pPr>
            <w:proofErr w:type="spellStart"/>
            <w:r w:rsidRPr="006257CA">
              <w:rPr>
                <w:lang w:val="fr-FR"/>
              </w:rPr>
              <w:t>Cererea</w:t>
            </w:r>
            <w:proofErr w:type="spellEnd"/>
            <w:r w:rsidRPr="006257CA">
              <w:rPr>
                <w:lang w:val="fr-FR"/>
              </w:rPr>
              <w:t xml:space="preserve"> va fi </w:t>
            </w:r>
            <w:proofErr w:type="spellStart"/>
            <w:r w:rsidRPr="006257CA">
              <w:rPr>
                <w:lang w:val="fr-FR"/>
              </w:rPr>
              <w:t>transmisă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către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președintele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consiliului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județean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general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de </w:t>
            </w:r>
            <w:proofErr w:type="spellStart"/>
            <w:r w:rsidRPr="006257CA">
              <w:rPr>
                <w:lang w:val="fr-FR"/>
              </w:rPr>
              <w:t>sector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sau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municipiului</w:t>
            </w:r>
            <w:proofErr w:type="spellEnd"/>
            <w:r w:rsidRPr="006257CA">
              <w:rPr>
                <w:lang w:val="fr-FR"/>
              </w:rPr>
              <w:t xml:space="preserve"> / </w:t>
            </w:r>
            <w:proofErr w:type="spellStart"/>
            <w:r w:rsidRPr="006257CA">
              <w:rPr>
                <w:lang w:val="fr-FR"/>
              </w:rPr>
              <w:t>orașului</w:t>
            </w:r>
            <w:proofErr w:type="spellEnd"/>
            <w:r w:rsidRPr="006257CA">
              <w:rPr>
                <w:lang w:val="fr-FR"/>
              </w:rPr>
              <w:t xml:space="preserve"> / </w:t>
            </w:r>
            <w:proofErr w:type="spellStart"/>
            <w:r w:rsidRPr="006257CA">
              <w:rPr>
                <w:lang w:val="fr-FR"/>
              </w:rPr>
              <w:t>comunei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după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caz</w:t>
            </w:r>
            <w:proofErr w:type="spellEnd"/>
            <w:r w:rsidRPr="006257CA">
              <w:rPr>
                <w:lang w:val="fr-FR"/>
              </w:rPr>
              <w:t>.</w:t>
            </w:r>
          </w:p>
        </w:tc>
      </w:tr>
    </w:tbl>
    <w:p w14:paraId="5D7821B1" w14:textId="77777777" w:rsidR="00360422" w:rsidRPr="006257CA" w:rsidRDefault="00360422" w:rsidP="00360422">
      <w:pPr>
        <w:spacing w:line="168" w:lineRule="auto"/>
        <w:rPr>
          <w:lang w:val="fr-FR"/>
        </w:rPr>
      </w:pPr>
    </w:p>
    <w:tbl>
      <w:tblPr>
        <w:tblStyle w:val="TableGrid"/>
        <w:tblW w:w="10490" w:type="dxa"/>
        <w:tblInd w:w="-85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2460"/>
      </w:tblGrid>
      <w:tr w:rsidR="00360422" w14:paraId="02FE8360" w14:textId="77777777" w:rsidTr="00360422">
        <w:trPr>
          <w:cantSplit/>
        </w:trPr>
        <w:tc>
          <w:tcPr>
            <w:tcW w:w="10490" w:type="dxa"/>
            <w:gridSpan w:val="8"/>
            <w:shd w:val="clear" w:color="auto" w:fill="F4F4F4"/>
          </w:tcPr>
          <w:p w14:paraId="64B15B0A" w14:textId="77777777" w:rsidR="00360422" w:rsidRDefault="00360422" w:rsidP="00F4471E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60422" w14:paraId="66FBA2A1" w14:textId="77777777" w:rsidTr="00360422">
        <w:trPr>
          <w:cantSplit/>
          <w:trHeight w:val="510"/>
        </w:trPr>
        <w:tc>
          <w:tcPr>
            <w:tcW w:w="5621" w:type="dxa"/>
            <w:gridSpan w:val="5"/>
          </w:tcPr>
          <w:p w14:paraId="7902AD33" w14:textId="77777777" w:rsidR="00360422" w:rsidRDefault="00360422" w:rsidP="00F4471E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76BB67A0" w14:textId="77777777" w:rsidR="00360422" w:rsidRDefault="00360422" w:rsidP="00F4471E">
            <w:pPr>
              <w:keepNext/>
            </w:pPr>
          </w:p>
        </w:tc>
        <w:tc>
          <w:tcPr>
            <w:tcW w:w="4869" w:type="dxa"/>
            <w:gridSpan w:val="3"/>
          </w:tcPr>
          <w:p w14:paraId="0E835DD6" w14:textId="77777777" w:rsidR="00360422" w:rsidRDefault="00360422" w:rsidP="00F4471E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0B3A631" w14:textId="77777777" w:rsidR="00360422" w:rsidRDefault="00360422" w:rsidP="00F4471E">
            <w:pPr>
              <w:keepNext/>
            </w:pPr>
          </w:p>
        </w:tc>
      </w:tr>
      <w:tr w:rsidR="00360422" w14:paraId="78570393" w14:textId="77777777" w:rsidTr="00360422">
        <w:trPr>
          <w:cantSplit/>
        </w:trPr>
        <w:tc>
          <w:tcPr>
            <w:tcW w:w="10490" w:type="dxa"/>
            <w:gridSpan w:val="8"/>
            <w:shd w:val="clear" w:color="auto" w:fill="F4F4F4"/>
          </w:tcPr>
          <w:p w14:paraId="5E9AEBDA" w14:textId="77777777" w:rsidR="00360422" w:rsidRDefault="00360422" w:rsidP="00F4471E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360422" w14:paraId="0DE16009" w14:textId="77777777" w:rsidTr="00360422">
        <w:trPr>
          <w:cantSplit/>
          <w:trHeight w:val="510"/>
        </w:trPr>
        <w:tc>
          <w:tcPr>
            <w:tcW w:w="1606" w:type="dxa"/>
          </w:tcPr>
          <w:p w14:paraId="3D31287F" w14:textId="77777777" w:rsidR="00360422" w:rsidRDefault="00360422" w:rsidP="00F4471E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1EB60FD" w14:textId="77777777" w:rsidR="00360422" w:rsidRDefault="00360422" w:rsidP="00F4471E">
            <w:pPr>
              <w:keepNext/>
            </w:pPr>
          </w:p>
        </w:tc>
        <w:tc>
          <w:tcPr>
            <w:tcW w:w="1606" w:type="dxa"/>
          </w:tcPr>
          <w:p w14:paraId="5DF47D02" w14:textId="77777777" w:rsidR="00360422" w:rsidRDefault="00360422" w:rsidP="00F4471E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076CB149" w14:textId="77777777" w:rsidR="00360422" w:rsidRDefault="00360422" w:rsidP="00F4471E">
            <w:pPr>
              <w:keepNext/>
            </w:pPr>
          </w:p>
        </w:tc>
        <w:tc>
          <w:tcPr>
            <w:tcW w:w="4818" w:type="dxa"/>
            <w:gridSpan w:val="5"/>
          </w:tcPr>
          <w:p w14:paraId="6FDA0526" w14:textId="77777777" w:rsidR="00360422" w:rsidRDefault="00360422" w:rsidP="00F4471E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1A047586" w14:textId="77777777" w:rsidR="00360422" w:rsidRDefault="00360422" w:rsidP="00F4471E">
            <w:pPr>
              <w:keepNext/>
            </w:pPr>
          </w:p>
        </w:tc>
        <w:tc>
          <w:tcPr>
            <w:tcW w:w="2460" w:type="dxa"/>
          </w:tcPr>
          <w:p w14:paraId="381D4CC1" w14:textId="77777777" w:rsidR="00360422" w:rsidRDefault="00360422" w:rsidP="00F4471E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57164EFF" w14:textId="77777777" w:rsidR="00360422" w:rsidRDefault="00360422" w:rsidP="00F4471E">
            <w:pPr>
              <w:keepNext/>
            </w:pPr>
          </w:p>
        </w:tc>
      </w:tr>
      <w:tr w:rsidR="00360422" w14:paraId="6FD48210" w14:textId="77777777" w:rsidTr="00360422">
        <w:trPr>
          <w:cantSplit/>
        </w:trPr>
        <w:tc>
          <w:tcPr>
            <w:tcW w:w="10490" w:type="dxa"/>
            <w:gridSpan w:val="8"/>
            <w:shd w:val="clear" w:color="auto" w:fill="F4F4F4"/>
          </w:tcPr>
          <w:p w14:paraId="1A2DF31E" w14:textId="77777777" w:rsidR="00360422" w:rsidRDefault="00360422" w:rsidP="00F4471E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360422" w14:paraId="3BB9A32D" w14:textId="77777777" w:rsidTr="00360422">
        <w:trPr>
          <w:cantSplit/>
          <w:trHeight w:val="510"/>
        </w:trPr>
        <w:tc>
          <w:tcPr>
            <w:tcW w:w="3212" w:type="dxa"/>
            <w:gridSpan w:val="2"/>
          </w:tcPr>
          <w:p w14:paraId="468E9A8C" w14:textId="77777777" w:rsidR="00360422" w:rsidRDefault="00360422" w:rsidP="00F4471E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67CBB4B7" w14:textId="77777777" w:rsidR="00360422" w:rsidRDefault="00360422" w:rsidP="00F4471E">
            <w:pPr>
              <w:keepNext/>
            </w:pPr>
          </w:p>
        </w:tc>
        <w:tc>
          <w:tcPr>
            <w:tcW w:w="3212" w:type="dxa"/>
            <w:gridSpan w:val="4"/>
          </w:tcPr>
          <w:p w14:paraId="0CE0B1BE" w14:textId="77777777" w:rsidR="00360422" w:rsidRDefault="00360422" w:rsidP="00F4471E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30F70A9" w14:textId="77777777" w:rsidR="00360422" w:rsidRDefault="00360422" w:rsidP="00F4471E">
            <w:pPr>
              <w:keepNext/>
            </w:pPr>
          </w:p>
        </w:tc>
        <w:tc>
          <w:tcPr>
            <w:tcW w:w="4066" w:type="dxa"/>
            <w:gridSpan w:val="2"/>
          </w:tcPr>
          <w:p w14:paraId="2261C46F" w14:textId="77777777" w:rsidR="00360422" w:rsidRDefault="00360422" w:rsidP="00F4471E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1BB9A347" w14:textId="77777777" w:rsidR="00360422" w:rsidRDefault="00360422" w:rsidP="00F4471E">
            <w:pPr>
              <w:keepNext/>
            </w:pPr>
          </w:p>
        </w:tc>
      </w:tr>
      <w:tr w:rsidR="00360422" w14:paraId="6D9B797F" w14:textId="77777777" w:rsidTr="00360422">
        <w:trPr>
          <w:cantSplit/>
          <w:trHeight w:val="510"/>
        </w:trPr>
        <w:tc>
          <w:tcPr>
            <w:tcW w:w="3212" w:type="dxa"/>
            <w:gridSpan w:val="2"/>
          </w:tcPr>
          <w:p w14:paraId="5BB5BAA8" w14:textId="77777777" w:rsidR="00360422" w:rsidRDefault="00360422" w:rsidP="00F4471E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5C6998B" w14:textId="77777777" w:rsidR="00360422" w:rsidRDefault="00360422" w:rsidP="00F4471E">
            <w:pPr>
              <w:keepNext/>
            </w:pPr>
          </w:p>
        </w:tc>
        <w:tc>
          <w:tcPr>
            <w:tcW w:w="803" w:type="dxa"/>
          </w:tcPr>
          <w:p w14:paraId="0EFD5386" w14:textId="77777777" w:rsidR="00360422" w:rsidRDefault="00360422" w:rsidP="00F4471E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779EFFB" w14:textId="77777777" w:rsidR="00360422" w:rsidRDefault="00360422" w:rsidP="00F4471E">
            <w:pPr>
              <w:keepNext/>
            </w:pPr>
          </w:p>
        </w:tc>
        <w:tc>
          <w:tcPr>
            <w:tcW w:w="803" w:type="dxa"/>
          </w:tcPr>
          <w:p w14:paraId="0BF841C9" w14:textId="77777777" w:rsidR="00360422" w:rsidRDefault="00360422" w:rsidP="00F4471E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4E006814" w14:textId="77777777" w:rsidR="00360422" w:rsidRDefault="00360422" w:rsidP="00F4471E">
            <w:pPr>
              <w:keepNext/>
            </w:pPr>
          </w:p>
        </w:tc>
        <w:tc>
          <w:tcPr>
            <w:tcW w:w="803" w:type="dxa"/>
          </w:tcPr>
          <w:p w14:paraId="00A5999E" w14:textId="77777777" w:rsidR="00360422" w:rsidRDefault="00360422" w:rsidP="00F4471E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C02E769" w14:textId="77777777" w:rsidR="00360422" w:rsidRDefault="00360422" w:rsidP="00F4471E">
            <w:pPr>
              <w:keepNext/>
            </w:pPr>
          </w:p>
        </w:tc>
        <w:tc>
          <w:tcPr>
            <w:tcW w:w="803" w:type="dxa"/>
          </w:tcPr>
          <w:p w14:paraId="46749D02" w14:textId="77777777" w:rsidR="00360422" w:rsidRDefault="00360422" w:rsidP="00F4471E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2B83078" w14:textId="77777777" w:rsidR="00360422" w:rsidRDefault="00360422" w:rsidP="00F4471E">
            <w:pPr>
              <w:keepNext/>
            </w:pPr>
          </w:p>
        </w:tc>
        <w:tc>
          <w:tcPr>
            <w:tcW w:w="1606" w:type="dxa"/>
          </w:tcPr>
          <w:p w14:paraId="6F281DCB" w14:textId="77777777" w:rsidR="00360422" w:rsidRDefault="00360422" w:rsidP="00F4471E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10BE969" w14:textId="77777777" w:rsidR="00360422" w:rsidRDefault="00360422" w:rsidP="00F4471E">
            <w:pPr>
              <w:keepNext/>
            </w:pPr>
          </w:p>
        </w:tc>
        <w:tc>
          <w:tcPr>
            <w:tcW w:w="2460" w:type="dxa"/>
          </w:tcPr>
          <w:p w14:paraId="71064ADE" w14:textId="77777777" w:rsidR="00360422" w:rsidRDefault="00360422" w:rsidP="00F4471E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19730BE1" w14:textId="77777777" w:rsidR="00360422" w:rsidRDefault="00360422" w:rsidP="00F4471E">
            <w:pPr>
              <w:keepNext/>
            </w:pPr>
          </w:p>
        </w:tc>
      </w:tr>
      <w:tr w:rsidR="00360422" w14:paraId="546AEEE7" w14:textId="77777777" w:rsidTr="00360422">
        <w:trPr>
          <w:cantSplit/>
        </w:trPr>
        <w:tc>
          <w:tcPr>
            <w:tcW w:w="10490" w:type="dxa"/>
            <w:gridSpan w:val="8"/>
            <w:shd w:val="clear" w:color="auto" w:fill="F4F4F4"/>
          </w:tcPr>
          <w:p w14:paraId="0090F746" w14:textId="77777777" w:rsidR="00360422" w:rsidRDefault="00360422" w:rsidP="00F4471E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60422" w14:paraId="11DD1E12" w14:textId="77777777" w:rsidTr="00360422">
        <w:trPr>
          <w:cantSplit/>
          <w:trHeight w:val="510"/>
        </w:trPr>
        <w:tc>
          <w:tcPr>
            <w:tcW w:w="4015" w:type="dxa"/>
            <w:gridSpan w:val="3"/>
          </w:tcPr>
          <w:p w14:paraId="530AA51F" w14:textId="56CA896C" w:rsidR="00360422" w:rsidRDefault="00360422" w:rsidP="00360422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</w:tc>
        <w:tc>
          <w:tcPr>
            <w:tcW w:w="6475" w:type="dxa"/>
            <w:gridSpan w:val="5"/>
          </w:tcPr>
          <w:p w14:paraId="32C02F23" w14:textId="3306E048" w:rsidR="00360422" w:rsidRDefault="00360422" w:rsidP="00360422">
            <w:pPr>
              <w:keepNext/>
            </w:pPr>
            <w:r>
              <w:rPr>
                <w:b/>
                <w:color w:val="0D5F78"/>
              </w:rPr>
              <w:t>E-mail</w:t>
            </w:r>
          </w:p>
        </w:tc>
      </w:tr>
      <w:tr w:rsidR="00360422" w14:paraId="6113210C" w14:textId="77777777" w:rsidTr="00360422">
        <w:trPr>
          <w:cantSplit/>
        </w:trPr>
        <w:tc>
          <w:tcPr>
            <w:tcW w:w="10490" w:type="dxa"/>
            <w:gridSpan w:val="8"/>
            <w:shd w:val="clear" w:color="auto" w:fill="F4F4F4"/>
          </w:tcPr>
          <w:p w14:paraId="6AD74F89" w14:textId="77777777" w:rsidR="00360422" w:rsidRDefault="00360422" w:rsidP="00F4471E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360422" w14:paraId="5620D344" w14:textId="77777777" w:rsidTr="00360422">
        <w:trPr>
          <w:cantSplit/>
          <w:trHeight w:val="510"/>
        </w:trPr>
        <w:tc>
          <w:tcPr>
            <w:tcW w:w="6424" w:type="dxa"/>
            <w:gridSpan w:val="6"/>
          </w:tcPr>
          <w:p w14:paraId="35E7A0F4" w14:textId="77777777" w:rsidR="00360422" w:rsidRDefault="00360422" w:rsidP="00F4471E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12167115" w14:textId="77777777" w:rsidR="00360422" w:rsidRDefault="00360422" w:rsidP="00F4471E">
            <w:pPr>
              <w:keepNext/>
            </w:pPr>
          </w:p>
        </w:tc>
        <w:tc>
          <w:tcPr>
            <w:tcW w:w="4066" w:type="dxa"/>
            <w:gridSpan w:val="2"/>
          </w:tcPr>
          <w:p w14:paraId="01FCEE33" w14:textId="77777777" w:rsidR="00360422" w:rsidRDefault="00360422" w:rsidP="00F4471E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5F4ADD83" w14:textId="77777777" w:rsidR="00360422" w:rsidRDefault="00360422" w:rsidP="00F4471E">
            <w:pPr>
              <w:keepNext/>
            </w:pPr>
          </w:p>
        </w:tc>
      </w:tr>
      <w:tr w:rsidR="00360422" w:rsidRPr="00A37FAC" w14:paraId="288E5BE4" w14:textId="77777777" w:rsidTr="00360422">
        <w:trPr>
          <w:cantSplit/>
        </w:trPr>
        <w:tc>
          <w:tcPr>
            <w:tcW w:w="10490" w:type="dxa"/>
            <w:gridSpan w:val="8"/>
          </w:tcPr>
          <w:p w14:paraId="4455BF08" w14:textId="77777777" w:rsidR="00360422" w:rsidRPr="006257CA" w:rsidRDefault="00360422" w:rsidP="00F4471E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titular</w:t>
            </w:r>
            <w:proofErr w:type="spellEnd"/>
            <w:r w:rsidRPr="006257CA">
              <w:rPr>
                <w:sz w:val="16"/>
                <w:lang w:val="fr-FR"/>
              </w:rPr>
              <w:t xml:space="preserve"> al </w:t>
            </w:r>
            <w:proofErr w:type="spellStart"/>
            <w:r w:rsidRPr="006257CA">
              <w:rPr>
                <w:sz w:val="16"/>
                <w:lang w:val="fr-FR"/>
              </w:rPr>
              <w:t>dreptului</w:t>
            </w:r>
            <w:proofErr w:type="spellEnd"/>
            <w:r w:rsidRPr="006257CA">
              <w:rPr>
                <w:sz w:val="16"/>
                <w:lang w:val="fr-FR"/>
              </w:rPr>
              <w:t xml:space="preserve"> de </w:t>
            </w:r>
            <w:proofErr w:type="spellStart"/>
            <w:r w:rsidRPr="006257CA">
              <w:rPr>
                <w:sz w:val="16"/>
                <w:lang w:val="fr-FR"/>
              </w:rPr>
              <w:t>proprietate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împuternicit</w:t>
            </w:r>
            <w:proofErr w:type="spellEnd"/>
            <w:r w:rsidRPr="006257CA">
              <w:rPr>
                <w:sz w:val="16"/>
                <w:lang w:val="fr-FR"/>
              </w:rPr>
              <w:t xml:space="preserve"> al </w:t>
            </w:r>
            <w:proofErr w:type="spellStart"/>
            <w:r w:rsidRPr="006257CA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78680654" w14:textId="77777777" w:rsidR="00360422" w:rsidRPr="006257CA" w:rsidRDefault="00360422" w:rsidP="00360422">
      <w:pPr>
        <w:spacing w:line="168" w:lineRule="auto"/>
        <w:rPr>
          <w:lang w:val="fr-FR"/>
        </w:rPr>
      </w:pPr>
    </w:p>
    <w:p w14:paraId="49C7AFD0" w14:textId="77777777" w:rsidR="00360422" w:rsidRPr="006257CA" w:rsidRDefault="00360422" w:rsidP="00360422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6257CA">
        <w:rPr>
          <w:sz w:val="18"/>
          <w:lang w:val="fr-FR"/>
        </w:rPr>
        <w:t>în</w:t>
      </w:r>
      <w:proofErr w:type="spellEnd"/>
      <w:proofErr w:type="gram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conformitate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cu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prevederile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Legii</w:t>
      </w:r>
      <w:proofErr w:type="spellEnd"/>
      <w:r w:rsidRPr="006257CA">
        <w:rPr>
          <w:sz w:val="18"/>
          <w:lang w:val="fr-FR"/>
        </w:rPr>
        <w:t xml:space="preserve"> nr. 169/2026 </w:t>
      </w:r>
      <w:proofErr w:type="spellStart"/>
      <w:r w:rsidRPr="006257CA">
        <w:rPr>
          <w:sz w:val="18"/>
          <w:lang w:val="fr-FR"/>
        </w:rPr>
        <w:t>privind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Codul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amenajării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teritoriului</w:t>
      </w:r>
      <w:proofErr w:type="spellEnd"/>
      <w:r w:rsidRPr="006257CA">
        <w:rPr>
          <w:sz w:val="18"/>
          <w:lang w:val="fr-FR"/>
        </w:rPr>
        <w:t xml:space="preserve">, </w:t>
      </w:r>
      <w:proofErr w:type="spellStart"/>
      <w:r w:rsidRPr="006257CA">
        <w:rPr>
          <w:sz w:val="18"/>
          <w:lang w:val="fr-FR"/>
        </w:rPr>
        <w:t>urbanismului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și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construcțiilor</w:t>
      </w:r>
      <w:proofErr w:type="spellEnd"/>
      <w:r w:rsidRPr="006257CA">
        <w:rPr>
          <w:sz w:val="18"/>
          <w:lang w:val="fr-FR"/>
        </w:rPr>
        <w:t>,</w:t>
      </w:r>
    </w:p>
    <w:p w14:paraId="0CB09C9A" w14:textId="77777777" w:rsidR="00360422" w:rsidRPr="006257CA" w:rsidRDefault="00360422" w:rsidP="00360422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6257CA">
        <w:rPr>
          <w:sz w:val="18"/>
          <w:lang w:val="fr-FR"/>
        </w:rPr>
        <w:t>solicit</w:t>
      </w:r>
      <w:proofErr w:type="spellEnd"/>
      <w:proofErr w:type="gram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emiterea</w:t>
      </w:r>
      <w:proofErr w:type="spellEnd"/>
    </w:p>
    <w:p w14:paraId="6E7471D8" w14:textId="77777777" w:rsidR="00360422" w:rsidRPr="006257CA" w:rsidRDefault="00360422" w:rsidP="00360422">
      <w:pPr>
        <w:spacing w:after="160"/>
        <w:jc w:val="center"/>
        <w:rPr>
          <w:lang w:val="fr-FR"/>
        </w:rPr>
      </w:pPr>
      <w:r w:rsidRPr="006257CA">
        <w:rPr>
          <w:b/>
          <w:lang w:val="fr-FR"/>
        </w:rPr>
        <w:t>CERTIFICATULUI DE URBANISM</w:t>
      </w:r>
    </w:p>
    <w:p w14:paraId="04406AA0" w14:textId="77777777" w:rsidR="00360422" w:rsidRDefault="00360422" w:rsidP="00360422">
      <w:pPr>
        <w:spacing w:after="160"/>
        <w:jc w:val="center"/>
        <w:rPr>
          <w:b/>
          <w:lang w:val="fr-FR"/>
        </w:rPr>
      </w:pPr>
      <w:r w:rsidRPr="006257CA">
        <w:rPr>
          <w:b/>
          <w:lang w:val="fr-FR"/>
        </w:rPr>
        <w:t>PENTRU OPERAȚIUNI CADASTRALE</w:t>
      </w:r>
    </w:p>
    <w:tbl>
      <w:tblPr>
        <w:tblStyle w:val="TableGrid"/>
        <w:tblW w:w="10451" w:type="dxa"/>
        <w:tblInd w:w="-675" w:type="dxa"/>
        <w:tblLayout w:type="fixed"/>
        <w:tblLook w:val="04A0" w:firstRow="1" w:lastRow="0" w:firstColumn="1" w:lastColumn="0" w:noHBand="0" w:noVBand="1"/>
      </w:tblPr>
      <w:tblGrid>
        <w:gridCol w:w="10451"/>
      </w:tblGrid>
      <w:tr w:rsidR="00360422" w:rsidRPr="006257CA" w14:paraId="65642852" w14:textId="77777777" w:rsidTr="00360422">
        <w:tc>
          <w:tcPr>
            <w:tcW w:w="10451" w:type="dxa"/>
          </w:tcPr>
          <w:p w14:paraId="3647390B" w14:textId="77777777" w:rsidR="00360422" w:rsidRPr="006257CA" w:rsidRDefault="00360422" w:rsidP="00F4471E">
            <w:pPr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3. </w:t>
            </w:r>
            <w:proofErr w:type="gramStart"/>
            <w:r w:rsidRPr="006257CA">
              <w:rPr>
                <w:b/>
                <w:bCs/>
                <w:sz w:val="18"/>
                <w:szCs w:val="18"/>
              </w:rPr>
              <w:t>ÎN  VEDEREA</w:t>
            </w:r>
            <w:proofErr w:type="gramEnd"/>
            <w:r w:rsidRPr="006257CA">
              <w:rPr>
                <w:b/>
                <w:bCs/>
                <w:sz w:val="18"/>
                <w:szCs w:val="18"/>
              </w:rPr>
              <w:t xml:space="preserve"> REALIZĂRII OPERAȚIUNII </w:t>
            </w:r>
            <w:proofErr w:type="gramStart"/>
            <w:r w:rsidRPr="006257CA">
              <w:rPr>
                <w:b/>
                <w:bCs/>
                <w:sz w:val="18"/>
                <w:szCs w:val="18"/>
              </w:rPr>
              <w:t>CADATRALE :</w:t>
            </w:r>
            <w:proofErr w:type="gramEnd"/>
          </w:p>
        </w:tc>
      </w:tr>
      <w:tr w:rsidR="00360422" w:rsidRPr="00A37FAC" w14:paraId="163EF329" w14:textId="77777777" w:rsidTr="00360422">
        <w:tc>
          <w:tcPr>
            <w:tcW w:w="10451" w:type="dxa"/>
          </w:tcPr>
          <w:p w14:paraId="4E6BBD03" w14:textId="77777777" w:rsidR="00360422" w:rsidRPr="000F0E2F" w:rsidRDefault="00360422" w:rsidP="00F4471E">
            <w:pPr>
              <w:rPr>
                <w:lang w:val="fr-FR"/>
              </w:rPr>
            </w:pP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comasare</w:t>
            </w:r>
            <w:proofErr w:type="spellEnd"/>
            <w:r w:rsidRPr="000F0E2F">
              <w:rPr>
                <w:lang w:val="fr-FR"/>
              </w:rPr>
              <w:t xml:space="preserve"> (</w:t>
            </w:r>
            <w:proofErr w:type="spellStart"/>
            <w:proofErr w:type="gramStart"/>
            <w:r w:rsidRPr="000F0E2F">
              <w:rPr>
                <w:lang w:val="fr-FR"/>
              </w:rPr>
              <w:t>alipire</w:t>
            </w:r>
            <w:proofErr w:type="spellEnd"/>
            <w:r w:rsidRPr="000F0E2F">
              <w:rPr>
                <w:lang w:val="fr-FR"/>
              </w:rPr>
              <w:t xml:space="preserve">)   </w:t>
            </w:r>
            <w:proofErr w:type="gramEnd"/>
            <w:r w:rsidRPr="000F0E2F">
              <w:rPr>
                <w:lang w:val="fr-FR"/>
              </w:rPr>
              <w:t xml:space="preserve">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dezmembrare</w:t>
            </w:r>
            <w:proofErr w:type="spellEnd"/>
            <w:r w:rsidRPr="000F0E2F">
              <w:rPr>
                <w:lang w:val="fr-FR"/>
              </w:rPr>
              <w:t xml:space="preserve"> (</w:t>
            </w:r>
            <w:proofErr w:type="spellStart"/>
            <w:proofErr w:type="gramStart"/>
            <w:r w:rsidRPr="000F0E2F">
              <w:rPr>
                <w:lang w:val="fr-FR"/>
              </w:rPr>
              <w:t>dezlipire</w:t>
            </w:r>
            <w:proofErr w:type="spellEnd"/>
            <w:r w:rsidRPr="000F0E2F">
              <w:rPr>
                <w:lang w:val="fr-FR"/>
              </w:rPr>
              <w:t xml:space="preserve">)   </w:t>
            </w:r>
            <w:proofErr w:type="gramEnd"/>
            <w:r w:rsidRPr="000F0E2F">
              <w:rPr>
                <w:lang w:val="fr-FR"/>
              </w:rPr>
              <w:t xml:space="preserve">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înscrierea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unor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servituți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trecere</w:t>
            </w:r>
            <w:proofErr w:type="spellEnd"/>
          </w:p>
        </w:tc>
      </w:tr>
      <w:tr w:rsidR="00360422" w:rsidRPr="00A37FAC" w14:paraId="7B390CC8" w14:textId="77777777" w:rsidTr="00360422">
        <w:tc>
          <w:tcPr>
            <w:tcW w:w="10451" w:type="dxa"/>
          </w:tcPr>
          <w:p w14:paraId="080321EC" w14:textId="77777777" w:rsidR="00360422" w:rsidRPr="000F0E2F" w:rsidRDefault="00360422" w:rsidP="00F4471E">
            <w:pPr>
              <w:rPr>
                <w:lang w:val="fr-FR"/>
              </w:rPr>
            </w:pPr>
            <w:r w:rsidRPr="000F0E2F">
              <w:rPr>
                <w:lang w:val="fr-FR"/>
              </w:rPr>
              <w:t xml:space="preserve">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evidențieri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imobile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în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cartea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funciară</w:t>
            </w:r>
            <w:proofErr w:type="spellEnd"/>
            <w:r w:rsidRPr="000F0E2F">
              <w:rPr>
                <w:lang w:val="fr-FR"/>
              </w:rPr>
              <w:t xml:space="preserve">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reevidențieri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imobile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în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cartea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funciară</w:t>
            </w:r>
            <w:proofErr w:type="spellEnd"/>
          </w:p>
        </w:tc>
      </w:tr>
      <w:tr w:rsidR="00360422" w14:paraId="2E2EB76D" w14:textId="77777777" w:rsidTr="00360422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10451" w:type="dxa"/>
            <w:shd w:val="clear" w:color="auto" w:fill="F4F4F4"/>
          </w:tcPr>
          <w:p w14:paraId="56AC61BF" w14:textId="77777777" w:rsidR="00360422" w:rsidRDefault="00360422" w:rsidP="00F4471E">
            <w:pPr>
              <w:keepNext/>
            </w:pPr>
            <w:proofErr w:type="spellStart"/>
            <w:r>
              <w:rPr>
                <w:sz w:val="16"/>
                <w:lang w:val="fr-FR"/>
              </w:rPr>
              <w:t>Descrierea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operațiunii</w:t>
            </w:r>
            <w:proofErr w:type="spellEnd"/>
            <w:r>
              <w:rPr>
                <w:sz w:val="16"/>
                <w:lang w:val="fr-FR"/>
              </w:rPr>
              <w:t xml:space="preserve"> cadastrale </w:t>
            </w:r>
            <w:proofErr w:type="spellStart"/>
            <w:r>
              <w:rPr>
                <w:sz w:val="16"/>
                <w:lang w:val="fr-FR"/>
              </w:rPr>
              <w:t>propuse</w:t>
            </w:r>
            <w:proofErr w:type="spellEnd"/>
            <w:r>
              <w:rPr>
                <w:sz w:val="16"/>
                <w:lang w:val="fr-FR"/>
              </w:rPr>
              <w:t> :</w:t>
            </w:r>
          </w:p>
        </w:tc>
      </w:tr>
      <w:tr w:rsidR="00360422" w14:paraId="5A071DFA" w14:textId="77777777" w:rsidTr="00360422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10451" w:type="dxa"/>
          </w:tcPr>
          <w:p w14:paraId="513F9EAC" w14:textId="77777777" w:rsidR="00360422" w:rsidRDefault="00360422" w:rsidP="00F4471E">
            <w:pPr>
              <w:pBdr>
                <w:bottom w:val="dotted" w:sz="6" w:space="0" w:color="999999"/>
              </w:pBdr>
              <w:spacing w:after="80"/>
            </w:pPr>
          </w:p>
          <w:p w14:paraId="10B710AB" w14:textId="77777777" w:rsidR="00360422" w:rsidRDefault="00360422" w:rsidP="00F4471E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5E15DFF4" w14:textId="77777777" w:rsidR="00360422" w:rsidRDefault="00360422" w:rsidP="00360422">
      <w:pPr>
        <w:spacing w:line="168" w:lineRule="auto"/>
        <w:rPr>
          <w:lang w:val="fr-FR"/>
        </w:rPr>
      </w:pPr>
    </w:p>
    <w:p w14:paraId="7287D912" w14:textId="77777777" w:rsidR="00360422" w:rsidRPr="006257CA" w:rsidRDefault="00360422" w:rsidP="00360422">
      <w:pPr>
        <w:spacing w:line="168" w:lineRule="auto"/>
        <w:rPr>
          <w:lang w:val="fr-FR"/>
        </w:rPr>
      </w:pPr>
    </w:p>
    <w:tbl>
      <w:tblPr>
        <w:tblStyle w:val="TableGrid"/>
        <w:tblW w:w="10490" w:type="dxa"/>
        <w:tblInd w:w="-71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9"/>
        <w:gridCol w:w="1606"/>
        <w:gridCol w:w="1606"/>
        <w:gridCol w:w="2409"/>
        <w:gridCol w:w="803"/>
        <w:gridCol w:w="803"/>
        <w:gridCol w:w="3224"/>
      </w:tblGrid>
      <w:tr w:rsidR="00360422" w14:paraId="37DFF662" w14:textId="77777777" w:rsidTr="00360422">
        <w:trPr>
          <w:gridBefore w:val="1"/>
          <w:wBefore w:w="39" w:type="dxa"/>
          <w:cantSplit/>
        </w:trPr>
        <w:tc>
          <w:tcPr>
            <w:tcW w:w="10451" w:type="dxa"/>
            <w:gridSpan w:val="6"/>
            <w:shd w:val="clear" w:color="auto" w:fill="F4F4F4"/>
          </w:tcPr>
          <w:p w14:paraId="083D6F35" w14:textId="77777777" w:rsidR="00360422" w:rsidRDefault="00360422" w:rsidP="00F4471E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360422" w14:paraId="4924ABAA" w14:textId="77777777" w:rsidTr="00360422">
        <w:trPr>
          <w:gridBefore w:val="1"/>
          <w:wBefore w:w="39" w:type="dxa"/>
          <w:cantSplit/>
        </w:trPr>
        <w:tc>
          <w:tcPr>
            <w:tcW w:w="10451" w:type="dxa"/>
            <w:gridSpan w:val="6"/>
          </w:tcPr>
          <w:p w14:paraId="25FBD4EF" w14:textId="77777777" w:rsidR="00360422" w:rsidRDefault="00360422" w:rsidP="00F4471E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360422" w14:paraId="0065F26E" w14:textId="77777777" w:rsidTr="00360422">
        <w:trPr>
          <w:gridBefore w:val="1"/>
          <w:wBefore w:w="39" w:type="dxa"/>
          <w:cantSplit/>
          <w:trHeight w:val="510"/>
        </w:trPr>
        <w:tc>
          <w:tcPr>
            <w:tcW w:w="3212" w:type="dxa"/>
            <w:gridSpan w:val="2"/>
          </w:tcPr>
          <w:p w14:paraId="1EDA869B" w14:textId="77777777" w:rsidR="00360422" w:rsidRDefault="00360422" w:rsidP="00F4471E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406AA6B9" w14:textId="77777777" w:rsidR="00360422" w:rsidRDefault="00360422" w:rsidP="00F4471E">
            <w:pPr>
              <w:keepNext/>
            </w:pPr>
          </w:p>
        </w:tc>
        <w:tc>
          <w:tcPr>
            <w:tcW w:w="3212" w:type="dxa"/>
            <w:gridSpan w:val="2"/>
          </w:tcPr>
          <w:p w14:paraId="568AECCF" w14:textId="77777777" w:rsidR="00360422" w:rsidRDefault="00360422" w:rsidP="00F4471E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AABA6BB" w14:textId="77777777" w:rsidR="00360422" w:rsidRDefault="00360422" w:rsidP="00F4471E">
            <w:pPr>
              <w:keepNext/>
            </w:pPr>
          </w:p>
        </w:tc>
        <w:tc>
          <w:tcPr>
            <w:tcW w:w="4027" w:type="dxa"/>
            <w:gridSpan w:val="2"/>
          </w:tcPr>
          <w:p w14:paraId="16280C22" w14:textId="77777777" w:rsidR="00360422" w:rsidRDefault="00360422" w:rsidP="00F4471E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196630AC" w14:textId="77777777" w:rsidR="00360422" w:rsidRDefault="00360422" w:rsidP="00F4471E">
            <w:pPr>
              <w:keepNext/>
            </w:pPr>
          </w:p>
        </w:tc>
      </w:tr>
      <w:tr w:rsidR="00360422" w14:paraId="1AD94414" w14:textId="77777777" w:rsidTr="00360422">
        <w:trPr>
          <w:gridBefore w:val="1"/>
          <w:wBefore w:w="39" w:type="dxa"/>
          <w:cantSplit/>
          <w:trHeight w:val="510"/>
        </w:trPr>
        <w:tc>
          <w:tcPr>
            <w:tcW w:w="1606" w:type="dxa"/>
          </w:tcPr>
          <w:p w14:paraId="6212256C" w14:textId="77777777" w:rsidR="00360422" w:rsidRDefault="00360422" w:rsidP="00F4471E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6D329AAB" w14:textId="77777777" w:rsidR="00360422" w:rsidRDefault="00360422" w:rsidP="00F4471E">
            <w:pPr>
              <w:keepNext/>
            </w:pPr>
          </w:p>
        </w:tc>
        <w:tc>
          <w:tcPr>
            <w:tcW w:w="4818" w:type="dxa"/>
            <w:gridSpan w:val="3"/>
          </w:tcPr>
          <w:p w14:paraId="496472B4" w14:textId="77777777" w:rsidR="00360422" w:rsidRDefault="00360422" w:rsidP="00F4471E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D91427A" w14:textId="77777777" w:rsidR="00360422" w:rsidRDefault="00360422" w:rsidP="00F4471E">
            <w:pPr>
              <w:keepNext/>
            </w:pPr>
          </w:p>
        </w:tc>
        <w:tc>
          <w:tcPr>
            <w:tcW w:w="803" w:type="dxa"/>
          </w:tcPr>
          <w:p w14:paraId="38B0090E" w14:textId="77777777" w:rsidR="00360422" w:rsidRDefault="00360422" w:rsidP="00F4471E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5458238B" w14:textId="77777777" w:rsidR="00360422" w:rsidRDefault="00360422" w:rsidP="00F4471E">
            <w:pPr>
              <w:keepNext/>
            </w:pPr>
          </w:p>
        </w:tc>
        <w:tc>
          <w:tcPr>
            <w:tcW w:w="3224" w:type="dxa"/>
          </w:tcPr>
          <w:p w14:paraId="545873F2" w14:textId="77777777" w:rsidR="00360422" w:rsidRDefault="00360422" w:rsidP="00F4471E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6064ECB2" w14:textId="77777777" w:rsidR="00360422" w:rsidRDefault="00360422" w:rsidP="00F4471E">
            <w:pPr>
              <w:keepNext/>
            </w:pPr>
          </w:p>
        </w:tc>
      </w:tr>
      <w:tr w:rsidR="00360422" w14:paraId="311283FB" w14:textId="77777777" w:rsidTr="00360422">
        <w:trPr>
          <w:gridBefore w:val="1"/>
          <w:wBefore w:w="39" w:type="dxa"/>
          <w:cantSplit/>
          <w:trHeight w:val="510"/>
        </w:trPr>
        <w:tc>
          <w:tcPr>
            <w:tcW w:w="5621" w:type="dxa"/>
            <w:gridSpan w:val="3"/>
          </w:tcPr>
          <w:p w14:paraId="1C157DD2" w14:textId="77777777" w:rsidR="00360422" w:rsidRPr="006257CA" w:rsidRDefault="00360422" w:rsidP="00F4471E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b/>
                <w:color w:val="0D5F78"/>
                <w:lang w:val="fr-FR"/>
              </w:rPr>
              <w:t>Număr</w:t>
            </w:r>
            <w:proofErr w:type="spellEnd"/>
            <w:r w:rsidRPr="006257CA">
              <w:rPr>
                <w:b/>
                <w:color w:val="0D5F78"/>
                <w:lang w:val="fr-FR"/>
              </w:rPr>
              <w:t xml:space="preserve"> cadastral</w:t>
            </w:r>
          </w:p>
          <w:p w14:paraId="7F88B0DC" w14:textId="77777777" w:rsidR="00360422" w:rsidRPr="006257CA" w:rsidRDefault="00360422" w:rsidP="00F4471E">
            <w:pPr>
              <w:keepNext/>
              <w:rPr>
                <w:lang w:val="fr-FR"/>
              </w:rPr>
            </w:pPr>
            <w:proofErr w:type="spellStart"/>
            <w:proofErr w:type="gramStart"/>
            <w:r w:rsidRPr="006257CA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în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e-Terra</w:t>
            </w:r>
          </w:p>
          <w:p w14:paraId="39F5E461" w14:textId="77777777" w:rsidR="00360422" w:rsidRPr="006257CA" w:rsidRDefault="00360422" w:rsidP="00F4471E">
            <w:pPr>
              <w:keepNext/>
              <w:rPr>
                <w:lang w:val="fr-FR"/>
              </w:rPr>
            </w:pPr>
          </w:p>
        </w:tc>
        <w:tc>
          <w:tcPr>
            <w:tcW w:w="4830" w:type="dxa"/>
            <w:gridSpan w:val="3"/>
          </w:tcPr>
          <w:p w14:paraId="29472BD7" w14:textId="77777777" w:rsidR="00360422" w:rsidRDefault="00360422" w:rsidP="00F4471E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A699F57" w14:textId="77777777" w:rsidR="00360422" w:rsidRDefault="00360422" w:rsidP="00F4471E">
            <w:pPr>
              <w:keepNext/>
            </w:pPr>
          </w:p>
        </w:tc>
      </w:tr>
      <w:tr w:rsidR="00360422" w14:paraId="78696E8D" w14:textId="77777777" w:rsidTr="00360422">
        <w:trPr>
          <w:cantSplit/>
        </w:trPr>
        <w:tc>
          <w:tcPr>
            <w:tcW w:w="10490" w:type="dxa"/>
            <w:gridSpan w:val="7"/>
            <w:shd w:val="clear" w:color="auto" w:fill="F4F4F4"/>
          </w:tcPr>
          <w:p w14:paraId="64E320AD" w14:textId="609F86FE" w:rsidR="00360422" w:rsidRDefault="00360422" w:rsidP="00F4471E">
            <w:pPr>
              <w:keepNext/>
            </w:pP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360422" w:rsidRPr="00A37FAC" w14:paraId="45D58246" w14:textId="77777777" w:rsidTr="00360422">
        <w:trPr>
          <w:cantSplit/>
        </w:trPr>
        <w:tc>
          <w:tcPr>
            <w:tcW w:w="10490" w:type="dxa"/>
            <w:gridSpan w:val="7"/>
          </w:tcPr>
          <w:p w14:paraId="7FC31207" w14:textId="77777777" w:rsidR="00360422" w:rsidRDefault="00360422" w:rsidP="00F4471E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documentația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cadastrală</w:t>
            </w:r>
            <w:proofErr w:type="spellEnd"/>
            <w:r w:rsidRPr="006257CA">
              <w:rPr>
                <w:sz w:val="16"/>
                <w:lang w:val="fr-FR"/>
              </w:rPr>
              <w:t xml:space="preserve">     </w:t>
            </w:r>
            <w:r>
              <w:rPr>
                <w:sz w:val="16"/>
                <w:lang w:val="fr-FR"/>
              </w:rPr>
              <w:t xml:space="preserve">                         </w:t>
            </w:r>
            <w:r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6257CA">
              <w:rPr>
                <w:sz w:val="16"/>
                <w:lang w:val="fr-FR"/>
              </w:rPr>
              <w:t xml:space="preserve">plan </w:t>
            </w:r>
            <w:proofErr w:type="spellStart"/>
            <w:r w:rsidRPr="006257CA">
              <w:rPr>
                <w:sz w:val="16"/>
                <w:lang w:val="fr-FR"/>
              </w:rPr>
              <w:t>cu</w:t>
            </w:r>
            <w:proofErr w:type="spellEnd"/>
            <w:r w:rsidRPr="006257CA">
              <w:rPr>
                <w:sz w:val="16"/>
                <w:lang w:val="fr-FR"/>
              </w:rPr>
              <w:t xml:space="preserve"> o </w:t>
            </w:r>
            <w:proofErr w:type="spellStart"/>
            <w:r w:rsidRPr="006257CA">
              <w:rPr>
                <w:sz w:val="16"/>
                <w:lang w:val="fr-FR"/>
              </w:rPr>
              <w:t>propunere</w:t>
            </w:r>
            <w:proofErr w:type="spellEnd"/>
            <w:r w:rsidRPr="006257CA">
              <w:rPr>
                <w:sz w:val="16"/>
                <w:lang w:val="fr-FR"/>
              </w:rPr>
              <w:t xml:space="preserve"> de </w:t>
            </w:r>
            <w:proofErr w:type="spellStart"/>
            <w:r w:rsidRPr="006257CA">
              <w:rPr>
                <w:sz w:val="16"/>
                <w:lang w:val="fr-FR"/>
              </w:rPr>
              <w:t>comasare</w:t>
            </w:r>
            <w:proofErr w:type="spellEnd"/>
            <w:r w:rsidRPr="006257CA">
              <w:rPr>
                <w:sz w:val="16"/>
                <w:lang w:val="fr-FR"/>
              </w:rPr>
              <w:t>/</w:t>
            </w:r>
            <w:proofErr w:type="spellStart"/>
            <w:r w:rsidRPr="006257CA">
              <w:rPr>
                <w:sz w:val="16"/>
                <w:lang w:val="fr-FR"/>
              </w:rPr>
              <w:t>dezmembrare</w:t>
            </w:r>
            <w:proofErr w:type="spellEnd"/>
          </w:p>
          <w:p w14:paraId="79978BA7" w14:textId="77777777" w:rsidR="00360422" w:rsidRPr="006257CA" w:rsidRDefault="00360422" w:rsidP="00F4471E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</w:t>
            </w:r>
            <w:r w:rsidRPr="006257CA">
              <w:rPr>
                <w:sz w:val="16"/>
                <w:lang w:val="fr-FR"/>
              </w:rPr>
              <w:t xml:space="preserve">☐ extras de carte </w:t>
            </w:r>
            <w:proofErr w:type="spellStart"/>
            <w:r w:rsidRPr="006257CA">
              <w:rPr>
                <w:sz w:val="16"/>
                <w:lang w:val="fr-FR"/>
              </w:rPr>
              <w:t>funciară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actualizat</w:t>
            </w:r>
            <w:proofErr w:type="spellEnd"/>
            <w:r>
              <w:rPr>
                <w:sz w:val="16"/>
                <w:lang w:val="fr-FR"/>
              </w:rPr>
              <w:t xml:space="preserve">              </w:t>
            </w:r>
            <w:r w:rsidRPr="006257CA">
              <w:rPr>
                <w:sz w:val="16"/>
                <w:lang w:val="fr-FR"/>
              </w:rPr>
              <w:t xml:space="preserve">☐ plan de </w:t>
            </w:r>
            <w:proofErr w:type="spellStart"/>
            <w:r w:rsidRPr="006257CA">
              <w:rPr>
                <w:sz w:val="16"/>
                <w:lang w:val="fr-FR"/>
              </w:rPr>
              <w:t>încadrare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zonă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sistem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Stereo</w:t>
            </w:r>
            <w:proofErr w:type="spellEnd"/>
            <w:r w:rsidRPr="006257CA">
              <w:rPr>
                <w:sz w:val="16"/>
                <w:lang w:val="fr-FR"/>
              </w:rPr>
              <w:t xml:space="preserve"> 70</w:t>
            </w:r>
            <w:r>
              <w:rPr>
                <w:sz w:val="16"/>
                <w:lang w:val="fr-FR"/>
              </w:rPr>
              <w:t xml:space="preserve">                    </w:t>
            </w:r>
            <w:r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împuternicirea</w:t>
            </w:r>
            <w:proofErr w:type="spellEnd"/>
            <w:r w:rsidRPr="006257CA">
              <w:rPr>
                <w:sz w:val="16"/>
                <w:lang w:val="fr-FR"/>
              </w:rPr>
              <w:t xml:space="preserve">, </w:t>
            </w:r>
            <w:proofErr w:type="spellStart"/>
            <w:r w:rsidRPr="006257CA">
              <w:rPr>
                <w:sz w:val="16"/>
                <w:lang w:val="fr-FR"/>
              </w:rPr>
              <w:t>dacă</w:t>
            </w:r>
            <w:proofErr w:type="spellEnd"/>
            <w:r w:rsidRPr="006257CA">
              <w:rPr>
                <w:sz w:val="16"/>
                <w:lang w:val="fr-FR"/>
              </w:rPr>
              <w:t xml:space="preserve"> este </w:t>
            </w:r>
            <w:proofErr w:type="spellStart"/>
            <w:r w:rsidRPr="006257CA">
              <w:rPr>
                <w:sz w:val="16"/>
                <w:lang w:val="fr-FR"/>
              </w:rPr>
              <w:t>cazul</w:t>
            </w:r>
            <w:proofErr w:type="spellEnd"/>
            <w:r w:rsidRPr="006257CA">
              <w:rPr>
                <w:sz w:val="16"/>
                <w:lang w:val="fr-FR"/>
              </w:rPr>
              <w:t xml:space="preserve">      </w:t>
            </w:r>
          </w:p>
        </w:tc>
      </w:tr>
    </w:tbl>
    <w:p w14:paraId="2AF393F8" w14:textId="77777777" w:rsidR="00360422" w:rsidRDefault="00360422" w:rsidP="00360422">
      <w:pPr>
        <w:spacing w:line="168" w:lineRule="auto"/>
        <w:rPr>
          <w:lang w:val="fr-FR"/>
        </w:rPr>
      </w:pPr>
    </w:p>
    <w:p w14:paraId="47F0A7AD" w14:textId="77777777" w:rsidR="00360422" w:rsidRDefault="00360422" w:rsidP="00360422">
      <w:pPr>
        <w:spacing w:line="168" w:lineRule="auto"/>
        <w:rPr>
          <w:lang w:val="fr-FR"/>
        </w:rPr>
      </w:pPr>
    </w:p>
    <w:p w14:paraId="7844311A" w14:textId="77777777" w:rsidR="00360422" w:rsidRDefault="00360422" w:rsidP="00360422">
      <w:pPr>
        <w:spacing w:line="168" w:lineRule="auto"/>
        <w:rPr>
          <w:lang w:val="fr-FR"/>
        </w:rPr>
      </w:pPr>
    </w:p>
    <w:p w14:paraId="434406FD" w14:textId="77777777" w:rsidR="00360422" w:rsidRDefault="00360422" w:rsidP="00360422">
      <w:pPr>
        <w:spacing w:line="168" w:lineRule="auto"/>
        <w:rPr>
          <w:lang w:val="fr-FR"/>
        </w:rPr>
      </w:pPr>
    </w:p>
    <w:p w14:paraId="0771AF4A" w14:textId="77777777" w:rsidR="00360422" w:rsidRDefault="00360422" w:rsidP="00360422">
      <w:pPr>
        <w:spacing w:line="168" w:lineRule="auto"/>
        <w:rPr>
          <w:lang w:val="fr-FR"/>
        </w:rPr>
      </w:pPr>
    </w:p>
    <w:p w14:paraId="0D8F2814" w14:textId="77777777" w:rsidR="00360422" w:rsidRPr="006257CA" w:rsidRDefault="00360422" w:rsidP="00360422">
      <w:pPr>
        <w:spacing w:line="168" w:lineRule="auto"/>
        <w:rPr>
          <w:lang w:val="fr-FR"/>
        </w:rPr>
      </w:pPr>
    </w:p>
    <w:tbl>
      <w:tblPr>
        <w:tblStyle w:val="TableGrid"/>
        <w:tblW w:w="10490" w:type="dxa"/>
        <w:tblInd w:w="-71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0490"/>
      </w:tblGrid>
      <w:tr w:rsidR="00360422" w14:paraId="1EB3711E" w14:textId="77777777" w:rsidTr="00360422">
        <w:trPr>
          <w:cantSplit/>
        </w:trPr>
        <w:tc>
          <w:tcPr>
            <w:tcW w:w="10490" w:type="dxa"/>
            <w:shd w:val="clear" w:color="auto" w:fill="F4F4F4"/>
          </w:tcPr>
          <w:p w14:paraId="5D805115" w14:textId="77777777" w:rsidR="00360422" w:rsidRDefault="00360422" w:rsidP="00F4471E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360422" w:rsidRPr="00A37FAC" w14:paraId="625EF450" w14:textId="77777777" w:rsidTr="00360422">
        <w:trPr>
          <w:cantSplit/>
        </w:trPr>
        <w:tc>
          <w:tcPr>
            <w:tcW w:w="10490" w:type="dxa"/>
          </w:tcPr>
          <w:p w14:paraId="6507413F" w14:textId="77777777" w:rsidR="00360422" w:rsidRPr="006257CA" w:rsidRDefault="00360422" w:rsidP="00F4471E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format </w:t>
            </w:r>
            <w:proofErr w:type="spellStart"/>
            <w:r w:rsidRPr="006257CA">
              <w:rPr>
                <w:sz w:val="16"/>
                <w:lang w:val="fr-FR"/>
              </w:rPr>
              <w:t>scris</w:t>
            </w:r>
            <w:proofErr w:type="spellEnd"/>
            <w:r w:rsidRPr="006257CA">
              <w:rPr>
                <w:sz w:val="16"/>
                <w:lang w:val="fr-FR"/>
              </w:rPr>
              <w:t xml:space="preserve">, prin </w:t>
            </w:r>
            <w:proofErr w:type="spellStart"/>
            <w:r w:rsidRPr="006257CA">
              <w:rPr>
                <w:sz w:val="16"/>
                <w:lang w:val="fr-FR"/>
              </w:rPr>
              <w:t>poștă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6257CA">
              <w:rPr>
                <w:sz w:val="16"/>
                <w:lang w:val="fr-FR"/>
              </w:rPr>
              <w:t>adresa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gramStart"/>
            <w:r w:rsidRPr="006257CA">
              <w:rPr>
                <w:sz w:val="16"/>
                <w:lang w:val="fr-FR"/>
              </w:rPr>
              <w:t>de e-mail</w:t>
            </w:r>
            <w:proofErr w:type="gram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indicată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ridicare</w:t>
            </w:r>
            <w:proofErr w:type="spellEnd"/>
            <w:r w:rsidRPr="006257CA">
              <w:rPr>
                <w:sz w:val="16"/>
                <w:lang w:val="fr-FR"/>
              </w:rPr>
              <w:t xml:space="preserve"> de la </w:t>
            </w:r>
            <w:proofErr w:type="spellStart"/>
            <w:r w:rsidRPr="006257CA">
              <w:rPr>
                <w:sz w:val="16"/>
                <w:lang w:val="fr-FR"/>
              </w:rPr>
              <w:t>sediul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6FCF8683" w14:textId="77777777" w:rsidR="00360422" w:rsidRPr="006257CA" w:rsidRDefault="00360422" w:rsidP="0036042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60422" w14:paraId="4773B45F" w14:textId="77777777" w:rsidTr="00F4471E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07684D8C" w14:textId="77777777" w:rsidR="00360422" w:rsidRDefault="00360422" w:rsidP="00F4471E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60422" w14:paraId="5CB7FA14" w14:textId="77777777" w:rsidTr="00F4471E">
        <w:trPr>
          <w:cantSplit/>
          <w:trHeight w:val="510"/>
        </w:trPr>
        <w:tc>
          <w:tcPr>
            <w:tcW w:w="1606" w:type="dxa"/>
          </w:tcPr>
          <w:p w14:paraId="3CDB8969" w14:textId="77777777" w:rsidR="00360422" w:rsidRDefault="00360422" w:rsidP="00F4471E">
            <w:r>
              <w:rPr>
                <w:b/>
                <w:color w:val="0D5F78"/>
              </w:rPr>
              <w:t>Data</w:t>
            </w:r>
          </w:p>
          <w:p w14:paraId="4D33665F" w14:textId="77777777" w:rsidR="00360422" w:rsidRDefault="00360422" w:rsidP="00F4471E"/>
        </w:tc>
        <w:tc>
          <w:tcPr>
            <w:tcW w:w="4818" w:type="dxa"/>
          </w:tcPr>
          <w:p w14:paraId="47EB3390" w14:textId="77777777" w:rsidR="00360422" w:rsidRDefault="00360422" w:rsidP="00F4471E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2525E81E" w14:textId="77777777" w:rsidR="00360422" w:rsidRDefault="00360422" w:rsidP="00F4471E"/>
        </w:tc>
        <w:tc>
          <w:tcPr>
            <w:tcW w:w="3212" w:type="dxa"/>
          </w:tcPr>
          <w:p w14:paraId="3A468158" w14:textId="77777777" w:rsidR="00360422" w:rsidRDefault="00360422" w:rsidP="00F4471E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3DDCDA85" w14:textId="77777777" w:rsidR="00360422" w:rsidRDefault="00360422" w:rsidP="00F4471E"/>
        </w:tc>
      </w:tr>
    </w:tbl>
    <w:p w14:paraId="16199A0F" w14:textId="77777777" w:rsidR="000C2513" w:rsidRDefault="000C2513" w:rsidP="00360422">
      <w:pPr>
        <w:spacing w:before="140" w:after="40"/>
        <w:jc w:val="center"/>
        <w:rPr>
          <w:sz w:val="18"/>
          <w:szCs w:val="18"/>
        </w:rPr>
      </w:pPr>
    </w:p>
    <w:sectPr w:rsidR="000C2513" w:rsidSect="00360422">
      <w:headerReference w:type="default" r:id="rId8"/>
      <w:footerReference w:type="default" r:id="rId9"/>
      <w:pgSz w:w="11907" w:h="16839" w:code="9"/>
      <w:pgMar w:top="264" w:right="1260" w:bottom="25" w:left="1800" w:header="96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33153" w14:textId="77777777" w:rsidR="008A1E9A" w:rsidRDefault="008A1E9A">
      <w:r>
        <w:separator/>
      </w:r>
    </w:p>
  </w:endnote>
  <w:endnote w:type="continuationSeparator" w:id="0">
    <w:p w14:paraId="206787D6" w14:textId="77777777" w:rsidR="008A1E9A" w:rsidRDefault="008A1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75CBA" w14:textId="77777777" w:rsidR="005C7A01" w:rsidRDefault="00051DA9">
    <w:pPr>
      <w:pStyle w:val="Footer"/>
      <w:tabs>
        <w:tab w:val="clear" w:pos="4680"/>
        <w:tab w:val="clear" w:pos="9360"/>
      </w:tabs>
      <w:rPr>
        <w:color w:val="595959" w:themeColor="text1" w:themeTint="A6"/>
        <w:sz w:val="18"/>
        <w:szCs w:val="18"/>
      </w:rPr>
    </w:pPr>
    <w:r>
      <w:rPr>
        <w:noProof/>
        <w:lang w:val="ro-RO" w:eastAsia="ro-RO"/>
      </w:rPr>
      <w:drawing>
        <wp:anchor distT="0" distB="0" distL="114300" distR="114300" simplePos="0" relativeHeight="251660800" behindDoc="1" locked="0" layoutInCell="1" allowOverlap="1" wp14:anchorId="639924C3" wp14:editId="05244A0D">
          <wp:simplePos x="0" y="0"/>
          <wp:positionH relativeFrom="margin">
            <wp:align>center</wp:align>
          </wp:positionH>
          <wp:positionV relativeFrom="page">
            <wp:posOffset>10026650</wp:posOffset>
          </wp:positionV>
          <wp:extent cx="6731779" cy="292714"/>
          <wp:effectExtent l="0" t="0" r="0" b="0"/>
          <wp:wrapNone/>
          <wp:docPr id="13766547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7579708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31779" cy="2927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C7A01">
      <w:rPr>
        <w:color w:val="595959" w:themeColor="text1" w:themeTint="A6"/>
        <w:sz w:val="18"/>
        <w:szCs w:val="18"/>
      </w:rPr>
      <w:ptab w:relativeTo="margin" w:alignment="right" w:leader="none"/>
    </w:r>
  </w:p>
  <w:p w14:paraId="3E8D452E" w14:textId="77777777" w:rsidR="005C7A01" w:rsidRDefault="005C7A01" w:rsidP="00284CF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CCE4A" w14:textId="77777777" w:rsidR="008A1E9A" w:rsidRDefault="008A1E9A">
      <w:r>
        <w:separator/>
      </w:r>
    </w:p>
  </w:footnote>
  <w:footnote w:type="continuationSeparator" w:id="0">
    <w:p w14:paraId="3611AFC5" w14:textId="77777777" w:rsidR="008A1E9A" w:rsidRDefault="008A1E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36647" w14:textId="77777777" w:rsidR="008279FA" w:rsidRDefault="008279FA" w:rsidP="00494D7A">
    <w:pPr>
      <w:pStyle w:val="Header"/>
    </w:pPr>
  </w:p>
  <w:p w14:paraId="7717B032" w14:textId="77777777" w:rsidR="00494D7A" w:rsidRDefault="00251F74" w:rsidP="00494D7A">
    <w:pPr>
      <w:pStyle w:val="Header"/>
    </w:pPr>
    <w:r>
      <w:rPr>
        <w:noProof/>
        <w:lang w:val="ro-RO" w:eastAsia="ro-RO"/>
      </w:rPr>
      <w:drawing>
        <wp:anchor distT="0" distB="3048" distL="114300" distR="114300" simplePos="0" relativeHeight="251658752" behindDoc="1" locked="0" layoutInCell="1" allowOverlap="1" wp14:anchorId="5C9ACDB8" wp14:editId="39D2EA67">
          <wp:simplePos x="0" y="0"/>
          <wp:positionH relativeFrom="margin">
            <wp:posOffset>3619500</wp:posOffset>
          </wp:positionH>
          <wp:positionV relativeFrom="page">
            <wp:posOffset>447675</wp:posOffset>
          </wp:positionV>
          <wp:extent cx="2287905" cy="76200"/>
          <wp:effectExtent l="0" t="0" r="0" b="0"/>
          <wp:wrapNone/>
          <wp:docPr id="2045496316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8600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7905" cy="76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ro-RO" w:eastAsia="ro-RO"/>
      </w:rPr>
      <w:drawing>
        <wp:anchor distT="0" distB="3048" distL="114300" distR="114300" simplePos="0" relativeHeight="251657728" behindDoc="1" locked="0" layoutInCell="1" allowOverlap="1" wp14:anchorId="6B775419" wp14:editId="5BE22563">
          <wp:simplePos x="0" y="0"/>
          <wp:positionH relativeFrom="margin">
            <wp:posOffset>-571500</wp:posOffset>
          </wp:positionH>
          <wp:positionV relativeFrom="page">
            <wp:posOffset>447675</wp:posOffset>
          </wp:positionV>
          <wp:extent cx="2287905" cy="85725"/>
          <wp:effectExtent l="0" t="0" r="0" b="9525"/>
          <wp:wrapNone/>
          <wp:docPr id="212823724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8600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7905" cy="85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ro-RO" w:eastAsia="ro-RO"/>
      </w:rPr>
      <w:drawing>
        <wp:anchor distT="0" distB="0" distL="114300" distR="114300" simplePos="0" relativeHeight="251656704" behindDoc="1" locked="0" layoutInCell="1" allowOverlap="1" wp14:anchorId="0DC12CCC" wp14:editId="46E03BD1">
          <wp:simplePos x="0" y="0"/>
          <wp:positionH relativeFrom="page">
            <wp:align>center</wp:align>
          </wp:positionH>
          <wp:positionV relativeFrom="page">
            <wp:posOffset>160655</wp:posOffset>
          </wp:positionV>
          <wp:extent cx="1476375" cy="595630"/>
          <wp:effectExtent l="0" t="0" r="9525" b="0"/>
          <wp:wrapNone/>
          <wp:docPr id="110202176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595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CF5869" w14:textId="77777777" w:rsidR="007E13A0" w:rsidRDefault="007E13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00000002"/>
    <w:multiLevelType w:val="multilevel"/>
    <w:tmpl w:val="00000002"/>
    <w:name w:val="WW8Num2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1" w15:restartNumberingAfterBreak="0">
    <w:nsid w:val="05077D4E"/>
    <w:multiLevelType w:val="hybridMultilevel"/>
    <w:tmpl w:val="0F00E270"/>
    <w:lvl w:ilvl="0" w:tplc="F4E4594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593B80"/>
    <w:multiLevelType w:val="hybridMultilevel"/>
    <w:tmpl w:val="C6787CAE"/>
    <w:lvl w:ilvl="0" w:tplc="0418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5E65C2"/>
    <w:multiLevelType w:val="hybridMultilevel"/>
    <w:tmpl w:val="939C5BF2"/>
    <w:lvl w:ilvl="0" w:tplc="724C5A7A">
      <w:start w:val="1"/>
      <w:numFmt w:val="decimal"/>
      <w:lvlText w:val="%1."/>
      <w:lvlJc w:val="left"/>
      <w:pPr>
        <w:ind w:left="405" w:hanging="360"/>
      </w:pPr>
      <w:rPr>
        <w:rFonts w:hint="default"/>
        <w:color w:val="auto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4" w15:restartNumberingAfterBreak="0">
    <w:nsid w:val="1C744BAF"/>
    <w:multiLevelType w:val="hybridMultilevel"/>
    <w:tmpl w:val="5C30174E"/>
    <w:lvl w:ilvl="0" w:tplc="1C2890EC">
      <w:numFmt w:val="bullet"/>
      <w:lvlText w:val="❑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w w:val="102"/>
        <w:sz w:val="19"/>
        <w:szCs w:val="19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0D1F34"/>
    <w:multiLevelType w:val="hybridMultilevel"/>
    <w:tmpl w:val="664E3EE6"/>
    <w:lvl w:ilvl="0" w:tplc="D0363F3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13215E"/>
    <w:multiLevelType w:val="multilevel"/>
    <w:tmpl w:val="4970DD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57F4513"/>
    <w:multiLevelType w:val="hybridMultilevel"/>
    <w:tmpl w:val="8482DE8E"/>
    <w:lvl w:ilvl="0" w:tplc="31FCEB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507D24"/>
    <w:multiLevelType w:val="hybridMultilevel"/>
    <w:tmpl w:val="68B44324"/>
    <w:lvl w:ilvl="0" w:tplc="31FCEBE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7966E98"/>
    <w:multiLevelType w:val="hybridMultilevel"/>
    <w:tmpl w:val="F2EAA318"/>
    <w:lvl w:ilvl="0" w:tplc="1C2890EC">
      <w:numFmt w:val="bullet"/>
      <w:lvlText w:val="❑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w w:val="102"/>
        <w:sz w:val="19"/>
        <w:szCs w:val="19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330766"/>
    <w:multiLevelType w:val="hybridMultilevel"/>
    <w:tmpl w:val="870E8CE6"/>
    <w:lvl w:ilvl="0" w:tplc="5EFA1C1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E119C2"/>
    <w:multiLevelType w:val="hybridMultilevel"/>
    <w:tmpl w:val="E8163FC6"/>
    <w:lvl w:ilvl="0" w:tplc="7A7C896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170910"/>
    <w:multiLevelType w:val="hybridMultilevel"/>
    <w:tmpl w:val="0CEE5634"/>
    <w:lvl w:ilvl="0" w:tplc="253AA29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89324FF"/>
    <w:multiLevelType w:val="hybridMultilevel"/>
    <w:tmpl w:val="EF7AC7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DD94CC7"/>
    <w:multiLevelType w:val="hybridMultilevel"/>
    <w:tmpl w:val="4148D44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E02B12"/>
    <w:multiLevelType w:val="hybridMultilevel"/>
    <w:tmpl w:val="86D4F2E0"/>
    <w:lvl w:ilvl="0" w:tplc="29480A5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9D7B2A"/>
    <w:multiLevelType w:val="hybridMultilevel"/>
    <w:tmpl w:val="9D8ED54E"/>
    <w:lvl w:ilvl="0" w:tplc="C43A970C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1"/>
        <w:sz w:val="19"/>
        <w:szCs w:val="19"/>
      </w:rPr>
    </w:lvl>
    <w:lvl w:ilvl="1" w:tplc="0DA4A126">
      <w:numFmt w:val="bullet"/>
      <w:lvlText w:val="•"/>
      <w:lvlJc w:val="left"/>
      <w:pPr>
        <w:ind w:left="753" w:hanging="360"/>
      </w:pPr>
      <w:rPr>
        <w:rFonts w:hint="default"/>
      </w:rPr>
    </w:lvl>
    <w:lvl w:ilvl="2" w:tplc="DED2C694">
      <w:numFmt w:val="bullet"/>
      <w:lvlText w:val="•"/>
      <w:lvlJc w:val="left"/>
      <w:pPr>
        <w:ind w:left="1027" w:hanging="360"/>
      </w:pPr>
      <w:rPr>
        <w:rFonts w:hint="default"/>
      </w:rPr>
    </w:lvl>
    <w:lvl w:ilvl="3" w:tplc="C5DE86F4">
      <w:numFmt w:val="bullet"/>
      <w:lvlText w:val="•"/>
      <w:lvlJc w:val="left"/>
      <w:pPr>
        <w:ind w:left="1300" w:hanging="360"/>
      </w:pPr>
      <w:rPr>
        <w:rFonts w:hint="default"/>
      </w:rPr>
    </w:lvl>
    <w:lvl w:ilvl="4" w:tplc="E8CC57A2">
      <w:numFmt w:val="bullet"/>
      <w:lvlText w:val="•"/>
      <w:lvlJc w:val="left"/>
      <w:pPr>
        <w:ind w:left="1574" w:hanging="360"/>
      </w:pPr>
      <w:rPr>
        <w:rFonts w:hint="default"/>
      </w:rPr>
    </w:lvl>
    <w:lvl w:ilvl="5" w:tplc="327AD5E0">
      <w:numFmt w:val="bullet"/>
      <w:lvlText w:val="•"/>
      <w:lvlJc w:val="left"/>
      <w:pPr>
        <w:ind w:left="1848" w:hanging="360"/>
      </w:pPr>
      <w:rPr>
        <w:rFonts w:hint="default"/>
      </w:rPr>
    </w:lvl>
    <w:lvl w:ilvl="6" w:tplc="8EFCBCFE">
      <w:numFmt w:val="bullet"/>
      <w:lvlText w:val="•"/>
      <w:lvlJc w:val="left"/>
      <w:pPr>
        <w:ind w:left="2121" w:hanging="360"/>
      </w:pPr>
      <w:rPr>
        <w:rFonts w:hint="default"/>
      </w:rPr>
    </w:lvl>
    <w:lvl w:ilvl="7" w:tplc="E3921CCA">
      <w:numFmt w:val="bullet"/>
      <w:lvlText w:val="•"/>
      <w:lvlJc w:val="left"/>
      <w:pPr>
        <w:ind w:left="2395" w:hanging="360"/>
      </w:pPr>
      <w:rPr>
        <w:rFonts w:hint="default"/>
      </w:rPr>
    </w:lvl>
    <w:lvl w:ilvl="8" w:tplc="CE924FBE">
      <w:numFmt w:val="bullet"/>
      <w:lvlText w:val="•"/>
      <w:lvlJc w:val="left"/>
      <w:pPr>
        <w:ind w:left="2668" w:hanging="360"/>
      </w:pPr>
      <w:rPr>
        <w:rFonts w:hint="default"/>
      </w:rPr>
    </w:lvl>
  </w:abstractNum>
  <w:abstractNum w:abstractNumId="27" w15:restartNumberingAfterBreak="0">
    <w:nsid w:val="505D50B2"/>
    <w:multiLevelType w:val="hybridMultilevel"/>
    <w:tmpl w:val="6868F1AC"/>
    <w:lvl w:ilvl="0" w:tplc="F754DB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A54818"/>
    <w:multiLevelType w:val="hybridMultilevel"/>
    <w:tmpl w:val="11DA357C"/>
    <w:lvl w:ilvl="0" w:tplc="99AABB76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61A5CDE"/>
    <w:multiLevelType w:val="hybridMultilevel"/>
    <w:tmpl w:val="9D5C8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63294C"/>
    <w:multiLevelType w:val="hybridMultilevel"/>
    <w:tmpl w:val="DBC6BD86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9F5FB4"/>
    <w:multiLevelType w:val="multilevel"/>
    <w:tmpl w:val="84A2D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E6A55B1"/>
    <w:multiLevelType w:val="hybridMultilevel"/>
    <w:tmpl w:val="53A0BA12"/>
    <w:lvl w:ilvl="0" w:tplc="E4DA2CA6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1"/>
        <w:sz w:val="19"/>
        <w:szCs w:val="19"/>
      </w:rPr>
    </w:lvl>
    <w:lvl w:ilvl="1" w:tplc="4D9A730C">
      <w:numFmt w:val="bullet"/>
      <w:lvlText w:val="•"/>
      <w:lvlJc w:val="left"/>
      <w:pPr>
        <w:ind w:left="753" w:hanging="360"/>
      </w:pPr>
      <w:rPr>
        <w:rFonts w:hint="default"/>
      </w:rPr>
    </w:lvl>
    <w:lvl w:ilvl="2" w:tplc="22F430D0">
      <w:numFmt w:val="bullet"/>
      <w:lvlText w:val="•"/>
      <w:lvlJc w:val="left"/>
      <w:pPr>
        <w:ind w:left="1027" w:hanging="360"/>
      </w:pPr>
      <w:rPr>
        <w:rFonts w:hint="default"/>
      </w:rPr>
    </w:lvl>
    <w:lvl w:ilvl="3" w:tplc="E2EAE59E">
      <w:numFmt w:val="bullet"/>
      <w:lvlText w:val="•"/>
      <w:lvlJc w:val="left"/>
      <w:pPr>
        <w:ind w:left="1300" w:hanging="360"/>
      </w:pPr>
      <w:rPr>
        <w:rFonts w:hint="default"/>
      </w:rPr>
    </w:lvl>
    <w:lvl w:ilvl="4" w:tplc="91E0B2BA">
      <w:numFmt w:val="bullet"/>
      <w:lvlText w:val="•"/>
      <w:lvlJc w:val="left"/>
      <w:pPr>
        <w:ind w:left="1574" w:hanging="360"/>
      </w:pPr>
      <w:rPr>
        <w:rFonts w:hint="default"/>
      </w:rPr>
    </w:lvl>
    <w:lvl w:ilvl="5" w:tplc="07C8CDB4">
      <w:numFmt w:val="bullet"/>
      <w:lvlText w:val="•"/>
      <w:lvlJc w:val="left"/>
      <w:pPr>
        <w:ind w:left="1848" w:hanging="360"/>
      </w:pPr>
      <w:rPr>
        <w:rFonts w:hint="default"/>
      </w:rPr>
    </w:lvl>
    <w:lvl w:ilvl="6" w:tplc="E9E0D9DC">
      <w:numFmt w:val="bullet"/>
      <w:lvlText w:val="•"/>
      <w:lvlJc w:val="left"/>
      <w:pPr>
        <w:ind w:left="2121" w:hanging="360"/>
      </w:pPr>
      <w:rPr>
        <w:rFonts w:hint="default"/>
      </w:rPr>
    </w:lvl>
    <w:lvl w:ilvl="7" w:tplc="8352425C">
      <w:numFmt w:val="bullet"/>
      <w:lvlText w:val="•"/>
      <w:lvlJc w:val="left"/>
      <w:pPr>
        <w:ind w:left="2395" w:hanging="360"/>
      </w:pPr>
      <w:rPr>
        <w:rFonts w:hint="default"/>
      </w:rPr>
    </w:lvl>
    <w:lvl w:ilvl="8" w:tplc="13A01DF4">
      <w:numFmt w:val="bullet"/>
      <w:lvlText w:val="•"/>
      <w:lvlJc w:val="left"/>
      <w:pPr>
        <w:ind w:left="2668" w:hanging="360"/>
      </w:pPr>
      <w:rPr>
        <w:rFonts w:hint="default"/>
      </w:rPr>
    </w:lvl>
  </w:abstractNum>
  <w:abstractNum w:abstractNumId="33" w15:restartNumberingAfterBreak="0">
    <w:nsid w:val="629F4906"/>
    <w:multiLevelType w:val="hybridMultilevel"/>
    <w:tmpl w:val="5ECA0728"/>
    <w:lvl w:ilvl="0" w:tplc="FBF81A2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516DFC"/>
    <w:multiLevelType w:val="hybridMultilevel"/>
    <w:tmpl w:val="28D61C7E"/>
    <w:lvl w:ilvl="0" w:tplc="C64C0C9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5AA78A0"/>
    <w:multiLevelType w:val="hybridMultilevel"/>
    <w:tmpl w:val="F2A2B0FA"/>
    <w:lvl w:ilvl="0" w:tplc="3B34A1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6E23A1B"/>
    <w:multiLevelType w:val="hybridMultilevel"/>
    <w:tmpl w:val="E42C2972"/>
    <w:lvl w:ilvl="0" w:tplc="259E9B9A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B9A47DD"/>
    <w:multiLevelType w:val="hybridMultilevel"/>
    <w:tmpl w:val="905EFA1C"/>
    <w:lvl w:ilvl="0" w:tplc="943E85A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354CA6"/>
    <w:multiLevelType w:val="hybridMultilevel"/>
    <w:tmpl w:val="86F04CDE"/>
    <w:lvl w:ilvl="0" w:tplc="504A7C64">
      <w:start w:val="55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BE71BD6"/>
    <w:multiLevelType w:val="hybridMultilevel"/>
    <w:tmpl w:val="3C26D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6E5DEC"/>
    <w:multiLevelType w:val="hybridMultilevel"/>
    <w:tmpl w:val="CD1A0108"/>
    <w:lvl w:ilvl="0" w:tplc="8262792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88298386">
    <w:abstractNumId w:val="9"/>
  </w:num>
  <w:num w:numId="2" w16cid:durableId="400910651">
    <w:abstractNumId w:val="10"/>
  </w:num>
  <w:num w:numId="3" w16cid:durableId="157428649">
    <w:abstractNumId w:val="34"/>
  </w:num>
  <w:num w:numId="4" w16cid:durableId="1829175765">
    <w:abstractNumId w:val="11"/>
  </w:num>
  <w:num w:numId="5" w16cid:durableId="1986858671">
    <w:abstractNumId w:val="22"/>
  </w:num>
  <w:num w:numId="6" w16cid:durableId="1921331436">
    <w:abstractNumId w:val="27"/>
  </w:num>
  <w:num w:numId="7" w16cid:durableId="158620113">
    <w:abstractNumId w:val="40"/>
  </w:num>
  <w:num w:numId="8" w16cid:durableId="1329360230">
    <w:abstractNumId w:val="28"/>
  </w:num>
  <w:num w:numId="9" w16cid:durableId="403255">
    <w:abstractNumId w:val="20"/>
  </w:num>
  <w:num w:numId="10" w16cid:durableId="2084645304">
    <w:abstractNumId w:val="35"/>
  </w:num>
  <w:num w:numId="11" w16cid:durableId="992220276">
    <w:abstractNumId w:val="37"/>
  </w:num>
  <w:num w:numId="12" w16cid:durableId="935357651">
    <w:abstractNumId w:val="33"/>
  </w:num>
  <w:num w:numId="13" w16cid:durableId="1512719976">
    <w:abstractNumId w:val="15"/>
  </w:num>
  <w:num w:numId="14" w16cid:durableId="1710639236">
    <w:abstractNumId w:val="30"/>
  </w:num>
  <w:num w:numId="15" w16cid:durableId="901064266">
    <w:abstractNumId w:val="25"/>
  </w:num>
  <w:num w:numId="16" w16cid:durableId="388263070">
    <w:abstractNumId w:val="17"/>
  </w:num>
  <w:num w:numId="17" w16cid:durableId="1206983030">
    <w:abstractNumId w:val="39"/>
  </w:num>
  <w:num w:numId="18" w16cid:durableId="1190222290">
    <w:abstractNumId w:val="36"/>
  </w:num>
  <w:num w:numId="19" w16cid:durableId="608124398">
    <w:abstractNumId w:val="16"/>
  </w:num>
  <w:num w:numId="20" w16cid:durableId="66465716">
    <w:abstractNumId w:val="23"/>
  </w:num>
  <w:num w:numId="21" w16cid:durableId="1867713525">
    <w:abstractNumId w:val="29"/>
  </w:num>
  <w:num w:numId="22" w16cid:durableId="1748578545">
    <w:abstractNumId w:val="18"/>
  </w:num>
  <w:num w:numId="23" w16cid:durableId="725178736">
    <w:abstractNumId w:val="38"/>
  </w:num>
  <w:num w:numId="24" w16cid:durableId="606734281">
    <w:abstractNumId w:val="31"/>
  </w:num>
  <w:num w:numId="25" w16cid:durableId="343434218">
    <w:abstractNumId w:val="24"/>
  </w:num>
  <w:num w:numId="26" w16cid:durableId="1247302357">
    <w:abstractNumId w:val="12"/>
  </w:num>
  <w:num w:numId="27" w16cid:durableId="2043284873">
    <w:abstractNumId w:val="19"/>
  </w:num>
  <w:num w:numId="28" w16cid:durableId="1811510221">
    <w:abstractNumId w:val="14"/>
  </w:num>
  <w:num w:numId="29" w16cid:durableId="1650941854">
    <w:abstractNumId w:val="21"/>
  </w:num>
  <w:num w:numId="30" w16cid:durableId="1269318169">
    <w:abstractNumId w:val="32"/>
  </w:num>
  <w:num w:numId="31" w16cid:durableId="1894152427">
    <w:abstractNumId w:val="26"/>
  </w:num>
  <w:num w:numId="32" w16cid:durableId="1563909781">
    <w:abstractNumId w:val="8"/>
  </w:num>
  <w:num w:numId="33" w16cid:durableId="942342789">
    <w:abstractNumId w:val="6"/>
  </w:num>
  <w:num w:numId="34" w16cid:durableId="1863546473">
    <w:abstractNumId w:val="5"/>
  </w:num>
  <w:num w:numId="35" w16cid:durableId="680743658">
    <w:abstractNumId w:val="4"/>
  </w:num>
  <w:num w:numId="36" w16cid:durableId="175658675">
    <w:abstractNumId w:val="7"/>
  </w:num>
  <w:num w:numId="37" w16cid:durableId="1893619093">
    <w:abstractNumId w:val="3"/>
  </w:num>
  <w:num w:numId="38" w16cid:durableId="16582175">
    <w:abstractNumId w:val="2"/>
  </w:num>
  <w:num w:numId="39" w16cid:durableId="1667896183">
    <w:abstractNumId w:val="1"/>
  </w:num>
  <w:num w:numId="40" w16cid:durableId="842936293">
    <w:abstractNumId w:val="0"/>
  </w:num>
  <w:num w:numId="41" w16cid:durableId="7562469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850"/>
    <w:rsid w:val="00004F58"/>
    <w:rsid w:val="00051DA9"/>
    <w:rsid w:val="00053580"/>
    <w:rsid w:val="00080348"/>
    <w:rsid w:val="000B1116"/>
    <w:rsid w:val="000B2688"/>
    <w:rsid w:val="000C2513"/>
    <w:rsid w:val="000E5A18"/>
    <w:rsid w:val="001064D9"/>
    <w:rsid w:val="00124371"/>
    <w:rsid w:val="00161595"/>
    <w:rsid w:val="00162EA2"/>
    <w:rsid w:val="00165F13"/>
    <w:rsid w:val="00171346"/>
    <w:rsid w:val="001C11D7"/>
    <w:rsid w:val="001F1916"/>
    <w:rsid w:val="002253A8"/>
    <w:rsid w:val="00250F8B"/>
    <w:rsid w:val="00251F74"/>
    <w:rsid w:val="00281B91"/>
    <w:rsid w:val="00284CF1"/>
    <w:rsid w:val="002C331D"/>
    <w:rsid w:val="002F0E89"/>
    <w:rsid w:val="002F1148"/>
    <w:rsid w:val="002F3FCD"/>
    <w:rsid w:val="003078E8"/>
    <w:rsid w:val="0031676A"/>
    <w:rsid w:val="00331976"/>
    <w:rsid w:val="003559CB"/>
    <w:rsid w:val="00360422"/>
    <w:rsid w:val="003971F9"/>
    <w:rsid w:val="003A376E"/>
    <w:rsid w:val="003B7632"/>
    <w:rsid w:val="004004FD"/>
    <w:rsid w:val="00403BC5"/>
    <w:rsid w:val="00423B95"/>
    <w:rsid w:val="0043485A"/>
    <w:rsid w:val="00444938"/>
    <w:rsid w:val="00473796"/>
    <w:rsid w:val="00481894"/>
    <w:rsid w:val="00494D7A"/>
    <w:rsid w:val="004C6DCB"/>
    <w:rsid w:val="00506082"/>
    <w:rsid w:val="00514664"/>
    <w:rsid w:val="00545489"/>
    <w:rsid w:val="00551271"/>
    <w:rsid w:val="00564FB2"/>
    <w:rsid w:val="005A4AB4"/>
    <w:rsid w:val="005C240A"/>
    <w:rsid w:val="005C6AB7"/>
    <w:rsid w:val="005C7A01"/>
    <w:rsid w:val="005F30D7"/>
    <w:rsid w:val="00614C3A"/>
    <w:rsid w:val="00615149"/>
    <w:rsid w:val="006174B2"/>
    <w:rsid w:val="006374EA"/>
    <w:rsid w:val="0064218D"/>
    <w:rsid w:val="00653854"/>
    <w:rsid w:val="006612A1"/>
    <w:rsid w:val="006614FC"/>
    <w:rsid w:val="00684D3D"/>
    <w:rsid w:val="00696F98"/>
    <w:rsid w:val="006C75B9"/>
    <w:rsid w:val="006D3664"/>
    <w:rsid w:val="006E2EF3"/>
    <w:rsid w:val="007100E7"/>
    <w:rsid w:val="007117C5"/>
    <w:rsid w:val="00757248"/>
    <w:rsid w:val="00761445"/>
    <w:rsid w:val="00774CEE"/>
    <w:rsid w:val="007852D9"/>
    <w:rsid w:val="0079208B"/>
    <w:rsid w:val="007A2909"/>
    <w:rsid w:val="007A314D"/>
    <w:rsid w:val="007A4E0B"/>
    <w:rsid w:val="007B02F7"/>
    <w:rsid w:val="007B5820"/>
    <w:rsid w:val="007E13A0"/>
    <w:rsid w:val="008279FA"/>
    <w:rsid w:val="00833D81"/>
    <w:rsid w:val="0084119D"/>
    <w:rsid w:val="008A1E9A"/>
    <w:rsid w:val="008B4F5F"/>
    <w:rsid w:val="008B5C43"/>
    <w:rsid w:val="008C273C"/>
    <w:rsid w:val="009131F4"/>
    <w:rsid w:val="009270C1"/>
    <w:rsid w:val="009407B2"/>
    <w:rsid w:val="00940B44"/>
    <w:rsid w:val="00942C1F"/>
    <w:rsid w:val="009461BC"/>
    <w:rsid w:val="00950010"/>
    <w:rsid w:val="009573E8"/>
    <w:rsid w:val="00986E0A"/>
    <w:rsid w:val="00987C28"/>
    <w:rsid w:val="00991F3B"/>
    <w:rsid w:val="009B5A8F"/>
    <w:rsid w:val="009B5B95"/>
    <w:rsid w:val="009E0A6C"/>
    <w:rsid w:val="009E2467"/>
    <w:rsid w:val="009E5AF2"/>
    <w:rsid w:val="00A17B77"/>
    <w:rsid w:val="00A22AEF"/>
    <w:rsid w:val="00A36086"/>
    <w:rsid w:val="00A44085"/>
    <w:rsid w:val="00A70D26"/>
    <w:rsid w:val="00A91C03"/>
    <w:rsid w:val="00AD594D"/>
    <w:rsid w:val="00AE7610"/>
    <w:rsid w:val="00AF193F"/>
    <w:rsid w:val="00B10CB6"/>
    <w:rsid w:val="00B21D70"/>
    <w:rsid w:val="00B22A78"/>
    <w:rsid w:val="00B317F3"/>
    <w:rsid w:val="00B81EA8"/>
    <w:rsid w:val="00B84DF3"/>
    <w:rsid w:val="00BB4510"/>
    <w:rsid w:val="00BC348C"/>
    <w:rsid w:val="00C10EFB"/>
    <w:rsid w:val="00C34C89"/>
    <w:rsid w:val="00C518B2"/>
    <w:rsid w:val="00C669AC"/>
    <w:rsid w:val="00C74D4B"/>
    <w:rsid w:val="00C82674"/>
    <w:rsid w:val="00C83B59"/>
    <w:rsid w:val="00C859C1"/>
    <w:rsid w:val="00C93679"/>
    <w:rsid w:val="00CC0C14"/>
    <w:rsid w:val="00CD7605"/>
    <w:rsid w:val="00CE49D5"/>
    <w:rsid w:val="00CE75C3"/>
    <w:rsid w:val="00CF1C1F"/>
    <w:rsid w:val="00CF4368"/>
    <w:rsid w:val="00D07F7E"/>
    <w:rsid w:val="00D11D51"/>
    <w:rsid w:val="00D54DFF"/>
    <w:rsid w:val="00D8244C"/>
    <w:rsid w:val="00D90225"/>
    <w:rsid w:val="00DA1850"/>
    <w:rsid w:val="00DD159E"/>
    <w:rsid w:val="00E15F08"/>
    <w:rsid w:val="00E25BFB"/>
    <w:rsid w:val="00E411AD"/>
    <w:rsid w:val="00E47162"/>
    <w:rsid w:val="00E673CB"/>
    <w:rsid w:val="00EB7AC1"/>
    <w:rsid w:val="00EC6020"/>
    <w:rsid w:val="00F174F1"/>
    <w:rsid w:val="00F73241"/>
    <w:rsid w:val="00F81ADA"/>
    <w:rsid w:val="00F91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72C6CBF"/>
  <w15:chartTrackingRefBased/>
  <w15:docId w15:val="{B7FE4D5B-E462-4102-A9E2-7C163272C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numPr>
        <w:numId w:val="2"/>
      </w:numPr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tabs>
        <w:tab w:val="num" w:pos="0"/>
      </w:tabs>
      <w:ind w:left="432" w:hanging="432"/>
      <w:jc w:val="both"/>
      <w:outlineLvl w:val="1"/>
    </w:pPr>
    <w:rPr>
      <w:b/>
      <w:sz w:val="24"/>
      <w:lang w:val="ro-RO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81B9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2513"/>
    <w:pPr>
      <w:keepNext/>
      <w:keepLines/>
      <w:suppressAutoHyphens w:val="0"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15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2513"/>
    <w:pPr>
      <w:keepNext/>
      <w:keepLines/>
      <w:suppressAutoHyphens w:val="0"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  <w:sz w:val="15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2513"/>
    <w:pPr>
      <w:keepNext/>
      <w:keepLines/>
      <w:suppressAutoHyphens w:val="0"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15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2513"/>
    <w:pPr>
      <w:keepNext/>
      <w:keepLines/>
      <w:suppressAutoHyphens w:val="0"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5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2513"/>
    <w:pPr>
      <w:keepNext/>
      <w:keepLines/>
      <w:suppressAutoHyphens w:val="0"/>
      <w:spacing w:before="200"/>
      <w:outlineLvl w:val="7"/>
    </w:pPr>
    <w:rPr>
      <w:rFonts w:asciiTheme="majorHAnsi" w:eastAsiaTheme="majorEastAsia" w:hAnsiTheme="majorHAnsi" w:cstheme="majorBidi"/>
      <w:color w:val="5B9BD5" w:themeColor="accent1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2513"/>
    <w:pPr>
      <w:keepNext/>
      <w:keepLines/>
      <w:suppressAutoHyphens w:val="0"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Fontdeparagrafimplicit1">
    <w:name w:val="Font de paragraf implicit1"/>
  </w:style>
  <w:style w:type="character" w:styleId="Hyperlink">
    <w:name w:val="Hyperlink"/>
    <w:rPr>
      <w:strike w:val="0"/>
      <w:dstrike w:val="0"/>
      <w:color w:val="336390"/>
      <w:u w:val="none"/>
    </w:rPr>
  </w:style>
  <w:style w:type="character" w:styleId="Strong">
    <w:name w:val="Strong"/>
    <w:uiPriority w:val="22"/>
    <w:qFormat/>
    <w:rPr>
      <w:b/>
      <w:bCs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BodyText">
    <w:name w:val="Body Text"/>
    <w:basedOn w:val="Normal"/>
    <w:link w:val="BodyTextChar"/>
    <w:uiPriority w:val="99"/>
    <w:pPr>
      <w:spacing w:after="120"/>
    </w:pPr>
  </w:style>
  <w:style w:type="paragraph" w:styleId="List">
    <w:name w:val="List"/>
    <w:basedOn w:val="BodyText"/>
    <w:uiPriority w:val="99"/>
    <w:rPr>
      <w:rFonts w:cs="Mangal"/>
    </w:rPr>
  </w:style>
  <w:style w:type="paragraph" w:styleId="Caption">
    <w:name w:val="caption"/>
    <w:basedOn w:val="Normal"/>
    <w:uiPriority w:val="35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Legend1">
    <w:name w:val="Legendă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BodyTextIndent">
    <w:name w:val="Body Text Indent"/>
    <w:basedOn w:val="Normal"/>
    <w:pPr>
      <w:ind w:firstLine="720"/>
      <w:jc w:val="both"/>
    </w:pPr>
    <w:rPr>
      <w:b/>
      <w:i/>
      <w:sz w:val="28"/>
      <w:lang w:val="ro-RO"/>
    </w:rPr>
  </w:style>
  <w:style w:type="paragraph" w:styleId="BodyTextIndent2">
    <w:name w:val="Body Text Indent 2"/>
    <w:basedOn w:val="Normal"/>
    <w:pPr>
      <w:ind w:firstLine="720"/>
      <w:jc w:val="both"/>
    </w:pPr>
    <w:rPr>
      <w:sz w:val="28"/>
      <w:lang w:val="ro-RO"/>
    </w:rPr>
  </w:style>
  <w:style w:type="paragraph" w:customStyle="1" w:styleId="pj">
    <w:name w:val="pj"/>
    <w:basedOn w:val="Normal"/>
    <w:pPr>
      <w:suppressAutoHyphens w:val="0"/>
      <w:spacing w:before="45" w:after="45" w:line="360" w:lineRule="atLeast"/>
      <w:ind w:left="45" w:right="45" w:firstLine="750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</w:style>
  <w:style w:type="paragraph" w:customStyle="1" w:styleId="FrameContents">
    <w:name w:val="Frame Contents"/>
    <w:basedOn w:val="Normal"/>
  </w:style>
  <w:style w:type="paragraph" w:styleId="BalloonText">
    <w:name w:val="Balloon Text"/>
    <w:basedOn w:val="Normal"/>
    <w:link w:val="BalloonTextChar"/>
    <w:uiPriority w:val="99"/>
    <w:semiHidden/>
    <w:unhideWhenUsed/>
    <w:rsid w:val="004004F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04FD"/>
    <w:rPr>
      <w:rFonts w:ascii="Segoe UI" w:hAnsi="Segoe UI" w:cs="Segoe UI"/>
      <w:sz w:val="18"/>
      <w:szCs w:val="18"/>
      <w:lang w:eastAsia="zh-CN"/>
    </w:rPr>
  </w:style>
  <w:style w:type="table" w:styleId="TableGrid">
    <w:name w:val="Table Grid"/>
    <w:basedOn w:val="TableNormal"/>
    <w:uiPriority w:val="59"/>
    <w:rsid w:val="00A91C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semiHidden/>
    <w:unhideWhenUsed/>
    <w:rsid w:val="00514664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494D7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94D7A"/>
    <w:rPr>
      <w:lang w:eastAsia="zh-CN"/>
    </w:rPr>
  </w:style>
  <w:style w:type="character" w:customStyle="1" w:styleId="HeaderChar">
    <w:name w:val="Header Char"/>
    <w:link w:val="Header"/>
    <w:uiPriority w:val="99"/>
    <w:rsid w:val="00494D7A"/>
    <w:rPr>
      <w:lang w:eastAsia="zh-CN"/>
    </w:rPr>
  </w:style>
  <w:style w:type="paragraph" w:styleId="ListParagraph">
    <w:name w:val="List Paragraph"/>
    <w:basedOn w:val="Normal"/>
    <w:uiPriority w:val="34"/>
    <w:qFormat/>
    <w:rsid w:val="00940B44"/>
    <w:pPr>
      <w:suppressAutoHyphens w:val="0"/>
      <w:ind w:left="720"/>
    </w:pPr>
    <w:rPr>
      <w:rFonts w:ascii="Calibri" w:hAnsi="Calibri"/>
      <w:sz w:val="24"/>
      <w:szCs w:val="24"/>
      <w:lang w:val="ro-RO" w:eastAsia="en-US"/>
    </w:rPr>
  </w:style>
  <w:style w:type="paragraph" w:styleId="Title">
    <w:name w:val="Title"/>
    <w:basedOn w:val="Normal"/>
    <w:link w:val="TitleChar"/>
    <w:uiPriority w:val="10"/>
    <w:qFormat/>
    <w:rsid w:val="00051DA9"/>
    <w:pPr>
      <w:widowControl w:val="0"/>
      <w:suppressAutoHyphens w:val="0"/>
      <w:autoSpaceDE w:val="0"/>
      <w:autoSpaceDN w:val="0"/>
      <w:spacing w:before="1"/>
      <w:ind w:left="1346" w:right="1567"/>
      <w:jc w:val="center"/>
    </w:pPr>
    <w:rPr>
      <w:rFonts w:ascii="Arial" w:eastAsia="Arial" w:hAnsi="Arial" w:cs="Arial"/>
      <w:b/>
      <w:bCs/>
      <w:sz w:val="40"/>
      <w:szCs w:val="40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051DA9"/>
    <w:rPr>
      <w:rFonts w:ascii="Arial" w:eastAsia="Arial" w:hAnsi="Arial" w:cs="Arial"/>
      <w:b/>
      <w:bCs/>
      <w:sz w:val="40"/>
      <w:szCs w:val="40"/>
      <w:lang w:val="en-US" w:eastAsia="en-US"/>
    </w:rPr>
  </w:style>
  <w:style w:type="character" w:customStyle="1" w:styleId="paragraf1">
    <w:name w:val="paragraf1"/>
    <w:rsid w:val="008279FA"/>
    <w:rPr>
      <w:shd w:val="clear" w:color="auto" w:fill="auto"/>
    </w:rPr>
  </w:style>
  <w:style w:type="character" w:customStyle="1" w:styleId="linie1">
    <w:name w:val="linie1"/>
    <w:rsid w:val="008279FA"/>
    <w:rPr>
      <w:b/>
      <w:bCs/>
      <w:color w:val="000000"/>
    </w:rPr>
  </w:style>
  <w:style w:type="character" w:customStyle="1" w:styleId="tabel1">
    <w:name w:val="tabel1"/>
    <w:rsid w:val="008279FA"/>
    <w:rPr>
      <w:rFonts w:ascii="Courier New" w:hAnsi="Courier New" w:cs="Courier New" w:hint="default"/>
      <w:color w:val="000000"/>
      <w:sz w:val="20"/>
      <w:szCs w:val="20"/>
      <w:shd w:val="clear" w:color="auto" w:fill="auto"/>
    </w:rPr>
  </w:style>
  <w:style w:type="paragraph" w:styleId="HTMLPreformatted">
    <w:name w:val="HTML Preformatted"/>
    <w:basedOn w:val="Normal"/>
    <w:link w:val="HTMLPreformattedChar"/>
    <w:rsid w:val="008279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rsid w:val="008279FA"/>
    <w:rPr>
      <w:rFonts w:ascii="Courier New" w:hAnsi="Courier New" w:cs="Courier New"/>
      <w:lang w:val="en-US" w:eastAsia="en-US"/>
    </w:rPr>
  </w:style>
  <w:style w:type="character" w:customStyle="1" w:styleId="nota1">
    <w:name w:val="nota1"/>
    <w:rsid w:val="008279FA"/>
    <w:rPr>
      <w:b/>
      <w:bCs/>
      <w:color w:val="000000"/>
    </w:rPr>
  </w:style>
  <w:style w:type="character" w:customStyle="1" w:styleId="Heading3Char">
    <w:name w:val="Heading 3 Char"/>
    <w:basedOn w:val="DefaultParagraphFont"/>
    <w:link w:val="Heading3"/>
    <w:uiPriority w:val="9"/>
    <w:rsid w:val="00281B9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zh-CN"/>
    </w:rPr>
  </w:style>
  <w:style w:type="table" w:customStyle="1" w:styleId="TableNormal1">
    <w:name w:val="Table Normal1"/>
    <w:uiPriority w:val="2"/>
    <w:semiHidden/>
    <w:unhideWhenUsed/>
    <w:qFormat/>
    <w:rsid w:val="00281B9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81B91"/>
    <w:pPr>
      <w:widowControl w:val="0"/>
      <w:suppressAutoHyphens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  <w:style w:type="paragraph" w:styleId="NoSpacing">
    <w:name w:val="No Spacing"/>
    <w:uiPriority w:val="1"/>
    <w:qFormat/>
    <w:rsid w:val="00A70D26"/>
    <w:pPr>
      <w:suppressAutoHyphens/>
    </w:pPr>
    <w:rPr>
      <w:lang w:val="en-US" w:eastAsia="zh-CN"/>
    </w:rPr>
  </w:style>
  <w:style w:type="character" w:customStyle="1" w:styleId="tpa1">
    <w:name w:val="tpa1"/>
    <w:basedOn w:val="DefaultParagraphFont"/>
    <w:rsid w:val="00EB7AC1"/>
  </w:style>
  <w:style w:type="character" w:customStyle="1" w:styleId="li1">
    <w:name w:val="li1"/>
    <w:rsid w:val="00EB7AC1"/>
    <w:rPr>
      <w:b/>
      <w:bCs/>
      <w:color w:val="8F0000"/>
    </w:rPr>
  </w:style>
  <w:style w:type="character" w:customStyle="1" w:styleId="tli1">
    <w:name w:val="tli1"/>
    <w:basedOn w:val="DefaultParagraphFont"/>
    <w:rsid w:val="00EB7AC1"/>
  </w:style>
  <w:style w:type="character" w:customStyle="1" w:styleId="Heading4Char">
    <w:name w:val="Heading 4 Char"/>
    <w:basedOn w:val="DefaultParagraphFont"/>
    <w:link w:val="Heading4"/>
    <w:uiPriority w:val="9"/>
    <w:semiHidden/>
    <w:rsid w:val="000C2513"/>
    <w:rPr>
      <w:rFonts w:asciiTheme="majorHAnsi" w:eastAsiaTheme="majorEastAsia" w:hAnsiTheme="majorHAnsi" w:cstheme="majorBidi"/>
      <w:b/>
      <w:bCs/>
      <w:i/>
      <w:iCs/>
      <w:color w:val="5B9BD5" w:themeColor="accent1"/>
      <w:sz w:val="15"/>
      <w:szCs w:val="22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2513"/>
    <w:rPr>
      <w:rFonts w:asciiTheme="majorHAnsi" w:eastAsiaTheme="majorEastAsia" w:hAnsiTheme="majorHAnsi" w:cstheme="majorBidi"/>
      <w:color w:val="1F4D78" w:themeColor="accent1" w:themeShade="7F"/>
      <w:sz w:val="15"/>
      <w:szCs w:val="22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2513"/>
    <w:rPr>
      <w:rFonts w:asciiTheme="majorHAnsi" w:eastAsiaTheme="majorEastAsia" w:hAnsiTheme="majorHAnsi" w:cstheme="majorBidi"/>
      <w:i/>
      <w:iCs/>
      <w:color w:val="1F4D78" w:themeColor="accent1" w:themeShade="7F"/>
      <w:sz w:val="15"/>
      <w:szCs w:val="22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2513"/>
    <w:rPr>
      <w:rFonts w:asciiTheme="majorHAnsi" w:eastAsiaTheme="majorEastAsia" w:hAnsiTheme="majorHAnsi" w:cstheme="majorBidi"/>
      <w:i/>
      <w:iCs/>
      <w:color w:val="404040" w:themeColor="text1" w:themeTint="BF"/>
      <w:sz w:val="15"/>
      <w:szCs w:val="22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2513"/>
    <w:rPr>
      <w:rFonts w:asciiTheme="majorHAnsi" w:eastAsiaTheme="majorEastAsia" w:hAnsiTheme="majorHAnsi" w:cstheme="majorBidi"/>
      <w:color w:val="5B9BD5" w:themeColor="accent1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2513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C2513"/>
    <w:rPr>
      <w:b/>
      <w:sz w:val="28"/>
      <w:lang w:val="en-US"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0C2513"/>
    <w:rPr>
      <w:b/>
      <w:sz w:val="24"/>
      <w:lang w:eastAsia="zh-CN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2513"/>
    <w:pPr>
      <w:numPr>
        <w:ilvl w:val="1"/>
      </w:numPr>
      <w:suppressAutoHyphens w:val="0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0C2513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0C2513"/>
    <w:rPr>
      <w:lang w:val="en-US" w:eastAsia="zh-CN"/>
    </w:rPr>
  </w:style>
  <w:style w:type="paragraph" w:styleId="BodyText2">
    <w:name w:val="Body Text 2"/>
    <w:basedOn w:val="Normal"/>
    <w:link w:val="BodyText2Char"/>
    <w:uiPriority w:val="99"/>
    <w:unhideWhenUsed/>
    <w:rsid w:val="000C2513"/>
    <w:pPr>
      <w:suppressAutoHyphens w:val="0"/>
      <w:spacing w:after="120" w:line="480" w:lineRule="auto"/>
    </w:pPr>
    <w:rPr>
      <w:rFonts w:eastAsiaTheme="minorEastAsia" w:cstheme="minorBidi"/>
      <w:sz w:val="15"/>
      <w:szCs w:val="22"/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0C2513"/>
    <w:rPr>
      <w:rFonts w:eastAsiaTheme="minorEastAsia" w:cstheme="minorBidi"/>
      <w:sz w:val="15"/>
      <w:szCs w:val="22"/>
      <w:lang w:val="en-US" w:eastAsia="en-US"/>
    </w:rPr>
  </w:style>
  <w:style w:type="paragraph" w:styleId="BodyText3">
    <w:name w:val="Body Text 3"/>
    <w:basedOn w:val="Normal"/>
    <w:link w:val="BodyText3Char"/>
    <w:uiPriority w:val="99"/>
    <w:unhideWhenUsed/>
    <w:rsid w:val="000C2513"/>
    <w:pPr>
      <w:suppressAutoHyphens w:val="0"/>
      <w:spacing w:after="120"/>
    </w:pPr>
    <w:rPr>
      <w:rFonts w:eastAsiaTheme="minorEastAsia" w:cstheme="minorBidi"/>
      <w:sz w:val="16"/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0C2513"/>
    <w:rPr>
      <w:rFonts w:eastAsiaTheme="minorEastAsia" w:cstheme="minorBidi"/>
      <w:sz w:val="16"/>
      <w:szCs w:val="16"/>
      <w:lang w:val="en-US" w:eastAsia="en-US"/>
    </w:rPr>
  </w:style>
  <w:style w:type="paragraph" w:styleId="List2">
    <w:name w:val="List 2"/>
    <w:basedOn w:val="Normal"/>
    <w:uiPriority w:val="99"/>
    <w:unhideWhenUsed/>
    <w:rsid w:val="000C2513"/>
    <w:pPr>
      <w:suppressAutoHyphens w:val="0"/>
      <w:ind w:left="720" w:hanging="36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3">
    <w:name w:val="List 3"/>
    <w:basedOn w:val="Normal"/>
    <w:uiPriority w:val="99"/>
    <w:unhideWhenUsed/>
    <w:rsid w:val="000C2513"/>
    <w:pPr>
      <w:suppressAutoHyphens w:val="0"/>
      <w:ind w:left="1080" w:hanging="36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0C2513"/>
    <w:pPr>
      <w:numPr>
        <w:numId w:val="32"/>
      </w:numPr>
      <w:tabs>
        <w:tab w:val="clear" w:pos="360"/>
      </w:tabs>
      <w:suppressAutoHyphens w:val="0"/>
      <w:ind w:left="0" w:firstLine="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0C2513"/>
    <w:pPr>
      <w:numPr>
        <w:numId w:val="33"/>
      </w:numPr>
      <w:tabs>
        <w:tab w:val="clear" w:pos="720"/>
      </w:tabs>
      <w:suppressAutoHyphens w:val="0"/>
      <w:ind w:left="0" w:firstLine="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0C2513"/>
    <w:pPr>
      <w:numPr>
        <w:numId w:val="34"/>
      </w:numPr>
      <w:tabs>
        <w:tab w:val="clear" w:pos="1080"/>
      </w:tabs>
      <w:suppressAutoHyphens w:val="0"/>
      <w:ind w:left="0" w:firstLine="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0C2513"/>
    <w:pPr>
      <w:numPr>
        <w:numId w:val="36"/>
      </w:numPr>
      <w:tabs>
        <w:tab w:val="clear" w:pos="360"/>
      </w:tabs>
      <w:suppressAutoHyphens w:val="0"/>
      <w:ind w:left="0" w:firstLine="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0C2513"/>
    <w:pPr>
      <w:numPr>
        <w:numId w:val="37"/>
      </w:numPr>
      <w:tabs>
        <w:tab w:val="clear" w:pos="720"/>
      </w:tabs>
      <w:suppressAutoHyphens w:val="0"/>
      <w:ind w:left="0" w:firstLine="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0C2513"/>
    <w:pPr>
      <w:numPr>
        <w:numId w:val="38"/>
      </w:numPr>
      <w:tabs>
        <w:tab w:val="clear" w:pos="1080"/>
      </w:tabs>
      <w:suppressAutoHyphens w:val="0"/>
      <w:ind w:left="0" w:firstLine="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Continue">
    <w:name w:val="List Continue"/>
    <w:basedOn w:val="Normal"/>
    <w:uiPriority w:val="99"/>
    <w:unhideWhenUsed/>
    <w:rsid w:val="000C2513"/>
    <w:pPr>
      <w:suppressAutoHyphens w:val="0"/>
      <w:spacing w:after="120"/>
      <w:ind w:left="36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Continue2">
    <w:name w:val="List Continue 2"/>
    <w:basedOn w:val="Normal"/>
    <w:uiPriority w:val="99"/>
    <w:unhideWhenUsed/>
    <w:rsid w:val="000C2513"/>
    <w:pPr>
      <w:suppressAutoHyphens w:val="0"/>
      <w:spacing w:after="120"/>
      <w:ind w:left="72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Continue3">
    <w:name w:val="List Continue 3"/>
    <w:basedOn w:val="Normal"/>
    <w:uiPriority w:val="99"/>
    <w:unhideWhenUsed/>
    <w:rsid w:val="000C2513"/>
    <w:pPr>
      <w:suppressAutoHyphens w:val="0"/>
      <w:spacing w:after="120"/>
      <w:ind w:left="108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MacroText">
    <w:name w:val="macro"/>
    <w:link w:val="MacroTextChar"/>
    <w:uiPriority w:val="99"/>
    <w:unhideWhenUsed/>
    <w:rsid w:val="000C2513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 w:cstheme="minorBidi"/>
      <w:lang w:val="en-US" w:eastAsia="en-US"/>
    </w:rPr>
  </w:style>
  <w:style w:type="character" w:customStyle="1" w:styleId="MacroTextChar">
    <w:name w:val="Macro Text Char"/>
    <w:basedOn w:val="DefaultParagraphFont"/>
    <w:link w:val="MacroText"/>
    <w:uiPriority w:val="99"/>
    <w:rsid w:val="000C2513"/>
    <w:rPr>
      <w:rFonts w:ascii="Courier" w:eastAsiaTheme="minorEastAsia" w:hAnsi="Courier" w:cstheme="minorBidi"/>
      <w:lang w:val="en-US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0C2513"/>
    <w:pPr>
      <w:suppressAutoHyphens w:val="0"/>
    </w:pPr>
    <w:rPr>
      <w:rFonts w:eastAsiaTheme="minorEastAsia" w:cstheme="minorBidi"/>
      <w:i/>
      <w:iCs/>
      <w:color w:val="000000" w:themeColor="text1"/>
      <w:sz w:val="15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0C2513"/>
    <w:rPr>
      <w:rFonts w:eastAsiaTheme="minorEastAsia" w:cstheme="minorBidi"/>
      <w:i/>
      <w:iCs/>
      <w:color w:val="000000" w:themeColor="text1"/>
      <w:sz w:val="15"/>
      <w:szCs w:val="22"/>
      <w:lang w:val="en-US" w:eastAsia="en-US"/>
    </w:rPr>
  </w:style>
  <w:style w:type="character" w:styleId="Emphasis">
    <w:name w:val="Emphasis"/>
    <w:basedOn w:val="DefaultParagraphFont"/>
    <w:uiPriority w:val="20"/>
    <w:qFormat/>
    <w:rsid w:val="000C2513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2513"/>
    <w:pPr>
      <w:pBdr>
        <w:bottom w:val="single" w:sz="4" w:space="4" w:color="5B9BD5" w:themeColor="accent1"/>
      </w:pBdr>
      <w:suppressAutoHyphens w:val="0"/>
      <w:spacing w:before="200" w:after="280"/>
      <w:ind w:left="936" w:right="936"/>
    </w:pPr>
    <w:rPr>
      <w:rFonts w:eastAsiaTheme="minorEastAsia" w:cstheme="minorBidi"/>
      <w:b/>
      <w:bCs/>
      <w:i/>
      <w:iCs/>
      <w:color w:val="5B9BD5" w:themeColor="accent1"/>
      <w:sz w:val="15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2513"/>
    <w:rPr>
      <w:rFonts w:eastAsiaTheme="minorEastAsia" w:cstheme="minorBidi"/>
      <w:b/>
      <w:bCs/>
      <w:i/>
      <w:iCs/>
      <w:color w:val="5B9BD5" w:themeColor="accent1"/>
      <w:sz w:val="15"/>
      <w:szCs w:val="22"/>
      <w:lang w:val="en-US" w:eastAsia="en-US"/>
    </w:rPr>
  </w:style>
  <w:style w:type="character" w:styleId="SubtleEmphasis">
    <w:name w:val="Subtle Emphasis"/>
    <w:basedOn w:val="DefaultParagraphFont"/>
    <w:uiPriority w:val="19"/>
    <w:qFormat/>
    <w:rsid w:val="000C2513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C2513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0C2513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C2513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C2513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C2513"/>
    <w:pPr>
      <w:keepLines/>
      <w:numPr>
        <w:numId w:val="0"/>
      </w:numPr>
      <w:suppressAutoHyphens w:val="0"/>
      <w:spacing w:before="480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szCs w:val="28"/>
      <w:lang w:eastAsia="en-US"/>
    </w:rPr>
  </w:style>
  <w:style w:type="table" w:styleId="LightShading">
    <w:name w:val="Light Shading"/>
    <w:basedOn w:val="TableNormal"/>
    <w:uiPriority w:val="60"/>
    <w:rsid w:val="000C2513"/>
    <w:rPr>
      <w:rFonts w:asciiTheme="minorHAnsi" w:eastAsiaTheme="minorEastAsia" w:hAnsiTheme="minorHAnsi" w:cstheme="minorBidi"/>
      <w:color w:val="000000" w:themeColor="text1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0C2513"/>
    <w:rPr>
      <w:rFonts w:asciiTheme="minorHAnsi" w:eastAsiaTheme="minorEastAsia" w:hAnsiTheme="minorHAnsi" w:cstheme="minorBidi"/>
      <w:color w:val="2E74B5" w:themeColor="accent1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0C2513"/>
    <w:rPr>
      <w:rFonts w:asciiTheme="minorHAnsi" w:eastAsiaTheme="minorEastAsia" w:hAnsiTheme="minorHAnsi" w:cstheme="minorBidi"/>
      <w:color w:val="C45911" w:themeColor="accent2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0C2513"/>
    <w:rPr>
      <w:rFonts w:asciiTheme="minorHAnsi" w:eastAsiaTheme="minorEastAsia" w:hAnsiTheme="minorHAnsi" w:cstheme="minorBidi"/>
      <w:color w:val="7B7B7B" w:themeColor="accent3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0C2513"/>
    <w:rPr>
      <w:rFonts w:asciiTheme="minorHAnsi" w:eastAsiaTheme="minorEastAsia" w:hAnsiTheme="minorHAnsi" w:cstheme="minorBidi"/>
      <w:color w:val="BF8F00" w:themeColor="accent4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C2513"/>
    <w:rPr>
      <w:rFonts w:asciiTheme="minorHAnsi" w:eastAsiaTheme="minorEastAsia" w:hAnsiTheme="minorHAnsi" w:cstheme="minorBidi"/>
      <w:color w:val="2F5496" w:themeColor="accent5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C2513"/>
    <w:rPr>
      <w:rFonts w:asciiTheme="minorHAnsi" w:eastAsiaTheme="minorEastAsia" w:hAnsiTheme="minorHAnsi" w:cstheme="minorBidi"/>
      <w:color w:val="538135" w:themeColor="accent6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0C2513"/>
    <w:rPr>
      <w:rFonts w:asciiTheme="minorHAnsi" w:eastAsiaTheme="minorEastAsia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0C2513"/>
    <w:rPr>
      <w:rFonts w:asciiTheme="minorHAnsi" w:eastAsiaTheme="minorEastAsia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0C2513"/>
    <w:rPr>
      <w:rFonts w:asciiTheme="minorHAnsi" w:eastAsiaTheme="minorEastAsia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0C2513"/>
    <w:rPr>
      <w:rFonts w:asciiTheme="minorHAnsi" w:eastAsiaTheme="minorEastAsia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0C2513"/>
    <w:rPr>
      <w:rFonts w:asciiTheme="minorHAnsi" w:eastAsiaTheme="minorEastAsia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0C2513"/>
    <w:rPr>
      <w:rFonts w:asciiTheme="minorHAnsi" w:eastAsiaTheme="minorEastAsia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0C2513"/>
    <w:rPr>
      <w:rFonts w:asciiTheme="minorHAnsi" w:eastAsiaTheme="minorEastAsia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">
    <w:name w:val="Colorful Grid"/>
    <w:basedOn w:val="TableNormal"/>
    <w:uiPriority w:val="73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5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26A3D-9643-40AC-BD09-3B1648615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278</Words>
  <Characters>1589</Characters>
  <Application>Microsoft Office Word</Application>
  <DocSecurity>0</DocSecurity>
  <Lines>13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/>
  <LinksUpToDate>false</LinksUpToDate>
  <CharactersWithSpaces>1864</CharactersWithSpaces>
  <SharedDoc>false</SharedDoc>
  <HLinks>
    <vt:vector size="6" baseType="variant">
      <vt:variant>
        <vt:i4>1179696</vt:i4>
      </vt:variant>
      <vt:variant>
        <vt:i4>0</vt:i4>
      </vt:variant>
      <vt:variant>
        <vt:i4>0</vt:i4>
      </vt:variant>
      <vt:variant>
        <vt:i4>5</vt:i4>
      </vt:variant>
      <vt:variant>
        <vt:lpwstr>mailto:contact@primariavatradornei.ro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subject/>
  <dc:creator>ccc</dc:creator>
  <cp:keywords/>
  <cp:lastModifiedBy>Primaria  Vatra Dornej</cp:lastModifiedBy>
  <cp:revision>3</cp:revision>
  <cp:lastPrinted>2026-02-25T08:53:00Z</cp:lastPrinted>
  <dcterms:created xsi:type="dcterms:W3CDTF">2026-09-29T09:32:00Z</dcterms:created>
  <dcterms:modified xsi:type="dcterms:W3CDTF">2026-09-29T09:34:00Z</dcterms:modified>
</cp:coreProperties>
</file>