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FB27C" w14:textId="77777777" w:rsidR="00A53D19" w:rsidRDefault="00A53D19" w:rsidP="003E706D">
      <w:pPr>
        <w:spacing w:before="140" w:after="40"/>
        <w:jc w:val="center"/>
        <w:rPr>
          <w:b/>
          <w:sz w:val="28"/>
          <w:szCs w:val="28"/>
          <w:lang w:val="fr-FR"/>
        </w:rPr>
      </w:pPr>
    </w:p>
    <w:p w14:paraId="73914CC9" w14:textId="77777777" w:rsidR="00A53D19" w:rsidRDefault="00A53D19" w:rsidP="003E706D">
      <w:pPr>
        <w:spacing w:before="140" w:after="40"/>
        <w:jc w:val="center"/>
        <w:rPr>
          <w:b/>
          <w:sz w:val="28"/>
          <w:szCs w:val="28"/>
          <w:lang w:val="fr-FR"/>
        </w:rPr>
      </w:pPr>
    </w:p>
    <w:p w14:paraId="0E0F6F3E" w14:textId="780F0720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r>
              <w:rPr>
                <w:b/>
                <w:color w:val="0D5F78"/>
              </w:rPr>
              <w:t xml:space="preserve">Termen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 xml:space="preserve">a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6502C" w14:textId="77777777" w:rsidR="00CB0BD5" w:rsidRDefault="00CB0BD5">
      <w:r>
        <w:separator/>
      </w:r>
    </w:p>
  </w:endnote>
  <w:endnote w:type="continuationSeparator" w:id="0">
    <w:p w14:paraId="11065492" w14:textId="77777777" w:rsidR="00CB0BD5" w:rsidRDefault="00CB0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B2CC" w14:textId="5218AA4D" w:rsidR="00A53D19" w:rsidRDefault="00A53D19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9ADCA9C" wp14:editId="72D3708B">
          <wp:simplePos x="0" y="0"/>
          <wp:positionH relativeFrom="margin">
            <wp:posOffset>-190500</wp:posOffset>
          </wp:positionH>
          <wp:positionV relativeFrom="page">
            <wp:posOffset>10319385</wp:posOffset>
          </wp:positionV>
          <wp:extent cx="6731779" cy="292714"/>
          <wp:effectExtent l="0" t="0" r="0" b="0"/>
          <wp:wrapNone/>
          <wp:docPr id="92757970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DAA1A2" w14:textId="77777777" w:rsidR="00A53D19" w:rsidRDefault="00A53D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5E71E" w14:textId="77777777" w:rsidR="00CB0BD5" w:rsidRDefault="00CB0BD5">
      <w:r>
        <w:separator/>
      </w:r>
    </w:p>
  </w:footnote>
  <w:footnote w:type="continuationSeparator" w:id="0">
    <w:p w14:paraId="176713A6" w14:textId="77777777" w:rsidR="00CB0BD5" w:rsidRDefault="00CB0B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FFED" w14:textId="66010B3A" w:rsidR="00A53D19" w:rsidRDefault="00A53D19">
    <w:pPr>
      <w:pStyle w:val="Header"/>
    </w:pPr>
    <w:r>
      <w:rPr>
        <w:noProof/>
      </w:rPr>
      <w:drawing>
        <wp:anchor distT="0" distB="0" distL="114300" distR="114300" simplePos="0" relativeHeight="251654144" behindDoc="1" locked="0" layoutInCell="1" allowOverlap="1" wp14:anchorId="29656564" wp14:editId="6FFC3030">
          <wp:simplePos x="0" y="0"/>
          <wp:positionH relativeFrom="margin">
            <wp:posOffset>2503805</wp:posOffset>
          </wp:positionH>
          <wp:positionV relativeFrom="page">
            <wp:posOffset>352425</wp:posOffset>
          </wp:positionV>
          <wp:extent cx="1474442" cy="595630"/>
          <wp:effectExtent l="0" t="0" r="0" b="0"/>
          <wp:wrapNone/>
          <wp:docPr id="14063372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33726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4442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6C81A8" w14:textId="217AE1E8" w:rsidR="00A53D19" w:rsidRDefault="00A53D1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38FB4C" wp14:editId="6052AB39">
          <wp:simplePos x="0" y="0"/>
          <wp:positionH relativeFrom="margin">
            <wp:posOffset>0</wp:posOffset>
          </wp:positionH>
          <wp:positionV relativeFrom="page">
            <wp:posOffset>648335</wp:posOffset>
          </wp:positionV>
          <wp:extent cx="2287905" cy="76200"/>
          <wp:effectExtent l="0" t="0" r="0" b="0"/>
          <wp:wrapNone/>
          <wp:docPr id="111079362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22870E0" wp14:editId="495F1919">
          <wp:simplePos x="0" y="0"/>
          <wp:positionH relativeFrom="margin">
            <wp:posOffset>4192905</wp:posOffset>
          </wp:positionH>
          <wp:positionV relativeFrom="page">
            <wp:posOffset>657860</wp:posOffset>
          </wp:positionV>
          <wp:extent cx="2287905" cy="76200"/>
          <wp:effectExtent l="0" t="0" r="0" b="0"/>
          <wp:wrapNone/>
          <wp:docPr id="108860429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0969706">
    <w:abstractNumId w:val="8"/>
  </w:num>
  <w:num w:numId="2" w16cid:durableId="1922055733">
    <w:abstractNumId w:val="6"/>
  </w:num>
  <w:num w:numId="3" w16cid:durableId="885218614">
    <w:abstractNumId w:val="5"/>
  </w:num>
  <w:num w:numId="4" w16cid:durableId="248658479">
    <w:abstractNumId w:val="4"/>
  </w:num>
  <w:num w:numId="5" w16cid:durableId="797140496">
    <w:abstractNumId w:val="7"/>
  </w:num>
  <w:num w:numId="6" w16cid:durableId="1473986255">
    <w:abstractNumId w:val="3"/>
  </w:num>
  <w:num w:numId="7" w16cid:durableId="407534026">
    <w:abstractNumId w:val="2"/>
  </w:num>
  <w:num w:numId="8" w16cid:durableId="1488548469">
    <w:abstractNumId w:val="1"/>
  </w:num>
  <w:num w:numId="9" w16cid:durableId="1532573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7852D9"/>
    <w:rsid w:val="00945CC5"/>
    <w:rsid w:val="00A53D19"/>
    <w:rsid w:val="00A71320"/>
    <w:rsid w:val="00AA1D8D"/>
    <w:rsid w:val="00B47730"/>
    <w:rsid w:val="00CB0664"/>
    <w:rsid w:val="00CB0BD5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Primaria  Vatra Dornej</cp:lastModifiedBy>
  <cp:revision>2</cp:revision>
  <dcterms:created xsi:type="dcterms:W3CDTF">2026-09-29T11:07:00Z</dcterms:created>
  <dcterms:modified xsi:type="dcterms:W3CDTF">2026-09-29T11:07:00Z</dcterms:modified>
  <cp:category/>
</cp:coreProperties>
</file>