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B27C" w14:textId="77777777" w:rsidR="00A53D19" w:rsidRDefault="00A53D19" w:rsidP="003E706D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73914CC9" w14:textId="77777777" w:rsidR="00A53D19" w:rsidRDefault="00A53D19" w:rsidP="003E706D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2353985E" w14:textId="77777777" w:rsidR="00A53C38" w:rsidRDefault="00A53C38" w:rsidP="00A53C38">
      <w:pPr>
        <w:spacing w:before="140" w:after="40"/>
        <w:jc w:val="center"/>
      </w:pPr>
      <w:r>
        <w:rPr>
          <w:b/>
          <w:sz w:val="34"/>
        </w:rPr>
        <w:t>CERERE</w:t>
      </w:r>
    </w:p>
    <w:p w14:paraId="590917F4" w14:textId="77777777" w:rsidR="00A53C38" w:rsidRDefault="00A53C38" w:rsidP="00A53C38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53C38" w14:paraId="187136EB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4CE8C242" w14:textId="77777777" w:rsidR="00A53C38" w:rsidRDefault="00A53C38" w:rsidP="00F4471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53C38" w:rsidRPr="00505208" w14:paraId="4D4DDEE6" w14:textId="77777777" w:rsidTr="00F4471E">
        <w:trPr>
          <w:cantSplit/>
          <w:trHeight w:val="510"/>
        </w:trPr>
        <w:tc>
          <w:tcPr>
            <w:tcW w:w="9636" w:type="dxa"/>
          </w:tcPr>
          <w:p w14:paraId="4A54A026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B90B649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69ADD83F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</w:tr>
      <w:tr w:rsidR="00A53C38" w:rsidRPr="00505208" w14:paraId="52D749CD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3F6CFA9E" w14:textId="77777777" w:rsidR="00A53C38" w:rsidRPr="00243AD6" w:rsidRDefault="00A53C38" w:rsidP="00F4471E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837257A" w14:textId="77777777" w:rsidR="00A53C38" w:rsidRPr="00243AD6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53C38" w14:paraId="73F81805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A5714A" w14:textId="77777777" w:rsidR="00A53C38" w:rsidRDefault="00A53C38" w:rsidP="00F4471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53C38" w14:paraId="0C85C1A4" w14:textId="77777777" w:rsidTr="00F4471E">
        <w:trPr>
          <w:cantSplit/>
          <w:trHeight w:val="510"/>
        </w:trPr>
        <w:tc>
          <w:tcPr>
            <w:tcW w:w="5621" w:type="dxa"/>
            <w:gridSpan w:val="5"/>
          </w:tcPr>
          <w:p w14:paraId="0FBE667D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66E87D4" w14:textId="77777777" w:rsidR="00A53C38" w:rsidRDefault="00A53C38" w:rsidP="00F4471E">
            <w:pPr>
              <w:keepNext/>
            </w:pPr>
          </w:p>
        </w:tc>
        <w:tc>
          <w:tcPr>
            <w:tcW w:w="4015" w:type="dxa"/>
            <w:gridSpan w:val="3"/>
          </w:tcPr>
          <w:p w14:paraId="295D8F42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54D9625" w14:textId="77777777" w:rsidR="00A53C38" w:rsidRDefault="00A53C38" w:rsidP="00F4471E">
            <w:pPr>
              <w:keepNext/>
            </w:pPr>
          </w:p>
        </w:tc>
      </w:tr>
      <w:tr w:rsidR="00A53C38" w14:paraId="14F86F80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626CE6" w14:textId="77777777" w:rsidR="00A53C38" w:rsidRDefault="00A53C38" w:rsidP="00F4471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53C38" w14:paraId="5AF61320" w14:textId="77777777" w:rsidTr="00F4471E">
        <w:trPr>
          <w:cantSplit/>
          <w:trHeight w:val="510"/>
        </w:trPr>
        <w:tc>
          <w:tcPr>
            <w:tcW w:w="1606" w:type="dxa"/>
          </w:tcPr>
          <w:p w14:paraId="19DA40F8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4FB2ECD" w14:textId="77777777" w:rsidR="00A53C38" w:rsidRDefault="00A53C38" w:rsidP="00F4471E">
            <w:pPr>
              <w:keepNext/>
            </w:pPr>
          </w:p>
        </w:tc>
        <w:tc>
          <w:tcPr>
            <w:tcW w:w="1606" w:type="dxa"/>
          </w:tcPr>
          <w:p w14:paraId="133F5DF8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104B15D" w14:textId="77777777" w:rsidR="00A53C38" w:rsidRDefault="00A53C38" w:rsidP="00F4471E">
            <w:pPr>
              <w:keepNext/>
            </w:pPr>
          </w:p>
        </w:tc>
        <w:tc>
          <w:tcPr>
            <w:tcW w:w="4818" w:type="dxa"/>
            <w:gridSpan w:val="5"/>
          </w:tcPr>
          <w:p w14:paraId="2C14EE17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9FEAFC4" w14:textId="77777777" w:rsidR="00A53C38" w:rsidRDefault="00A53C38" w:rsidP="00F4471E">
            <w:pPr>
              <w:keepNext/>
            </w:pPr>
          </w:p>
        </w:tc>
        <w:tc>
          <w:tcPr>
            <w:tcW w:w="1606" w:type="dxa"/>
          </w:tcPr>
          <w:p w14:paraId="7AA9B526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5B976B23" w14:textId="77777777" w:rsidR="00A53C38" w:rsidRDefault="00A53C38" w:rsidP="00F4471E">
            <w:pPr>
              <w:keepNext/>
            </w:pPr>
          </w:p>
        </w:tc>
      </w:tr>
      <w:tr w:rsidR="00A53C38" w14:paraId="56E1F921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48A4AB" w14:textId="77777777" w:rsidR="00A53C38" w:rsidRDefault="00A53C38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53C38" w14:paraId="1AC473F7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361F4BFE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9B3236A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  <w:gridSpan w:val="4"/>
          </w:tcPr>
          <w:p w14:paraId="1862990A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995CDF5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230AE1C2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3839A54" w14:textId="77777777" w:rsidR="00A53C38" w:rsidRDefault="00A53C38" w:rsidP="00F4471E">
            <w:pPr>
              <w:keepNext/>
            </w:pPr>
          </w:p>
        </w:tc>
      </w:tr>
      <w:tr w:rsidR="00A53C38" w14:paraId="6757727C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7DA1907C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A30E95F" w14:textId="77777777" w:rsidR="00A53C38" w:rsidRDefault="00A53C38" w:rsidP="00F4471E">
            <w:pPr>
              <w:keepNext/>
            </w:pPr>
          </w:p>
        </w:tc>
        <w:tc>
          <w:tcPr>
            <w:tcW w:w="803" w:type="dxa"/>
          </w:tcPr>
          <w:p w14:paraId="0175B2F7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B5F4BDB" w14:textId="77777777" w:rsidR="00A53C38" w:rsidRDefault="00A53C38" w:rsidP="00F4471E">
            <w:pPr>
              <w:keepNext/>
            </w:pPr>
          </w:p>
        </w:tc>
        <w:tc>
          <w:tcPr>
            <w:tcW w:w="803" w:type="dxa"/>
          </w:tcPr>
          <w:p w14:paraId="31EDC4C9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9A32927" w14:textId="77777777" w:rsidR="00A53C38" w:rsidRDefault="00A53C38" w:rsidP="00F4471E">
            <w:pPr>
              <w:keepNext/>
            </w:pPr>
          </w:p>
        </w:tc>
        <w:tc>
          <w:tcPr>
            <w:tcW w:w="803" w:type="dxa"/>
          </w:tcPr>
          <w:p w14:paraId="536E7BFF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097B805" w14:textId="77777777" w:rsidR="00A53C38" w:rsidRDefault="00A53C38" w:rsidP="00F4471E">
            <w:pPr>
              <w:keepNext/>
            </w:pPr>
          </w:p>
        </w:tc>
        <w:tc>
          <w:tcPr>
            <w:tcW w:w="803" w:type="dxa"/>
          </w:tcPr>
          <w:p w14:paraId="677B79D2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D5D9C" w14:textId="77777777" w:rsidR="00A53C38" w:rsidRDefault="00A53C38" w:rsidP="00F4471E">
            <w:pPr>
              <w:keepNext/>
            </w:pPr>
          </w:p>
        </w:tc>
        <w:tc>
          <w:tcPr>
            <w:tcW w:w="1606" w:type="dxa"/>
          </w:tcPr>
          <w:p w14:paraId="40FCE7DD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157D9FC" w14:textId="77777777" w:rsidR="00A53C38" w:rsidRDefault="00A53C38" w:rsidP="00F4471E">
            <w:pPr>
              <w:keepNext/>
            </w:pPr>
          </w:p>
        </w:tc>
        <w:tc>
          <w:tcPr>
            <w:tcW w:w="1606" w:type="dxa"/>
          </w:tcPr>
          <w:p w14:paraId="62526413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DD60A57" w14:textId="77777777" w:rsidR="00A53C38" w:rsidRDefault="00A53C38" w:rsidP="00F4471E">
            <w:pPr>
              <w:keepNext/>
            </w:pPr>
          </w:p>
        </w:tc>
      </w:tr>
      <w:tr w:rsidR="00A53C38" w14:paraId="6588D70B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0CFF8CF" w14:textId="77777777" w:rsidR="00A53C38" w:rsidRDefault="00A53C38" w:rsidP="00F4471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53C38" w14:paraId="22CE6837" w14:textId="77777777" w:rsidTr="00F4471E">
        <w:trPr>
          <w:cantSplit/>
          <w:trHeight w:val="510"/>
        </w:trPr>
        <w:tc>
          <w:tcPr>
            <w:tcW w:w="4015" w:type="dxa"/>
            <w:gridSpan w:val="3"/>
          </w:tcPr>
          <w:p w14:paraId="4DAEA387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FC4466A" w14:textId="77777777" w:rsidR="00A53C38" w:rsidRDefault="00A53C38" w:rsidP="00F4471E">
            <w:pPr>
              <w:keepNext/>
            </w:pPr>
          </w:p>
        </w:tc>
        <w:tc>
          <w:tcPr>
            <w:tcW w:w="5621" w:type="dxa"/>
            <w:gridSpan w:val="5"/>
          </w:tcPr>
          <w:p w14:paraId="67CE1836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6883C94C" w14:textId="77777777" w:rsidR="00A53C38" w:rsidRDefault="00A53C38" w:rsidP="00F4471E">
            <w:pPr>
              <w:keepNext/>
            </w:pPr>
          </w:p>
        </w:tc>
      </w:tr>
      <w:tr w:rsidR="00A53C38" w14:paraId="5E43190F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80C644" w14:textId="77777777" w:rsidR="00A53C38" w:rsidRDefault="00A53C38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A53C38" w14:paraId="46B98F29" w14:textId="77777777" w:rsidTr="00F4471E">
        <w:trPr>
          <w:cantSplit/>
          <w:trHeight w:val="510"/>
        </w:trPr>
        <w:tc>
          <w:tcPr>
            <w:tcW w:w="6424" w:type="dxa"/>
            <w:gridSpan w:val="6"/>
          </w:tcPr>
          <w:p w14:paraId="4F25460A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3FCD58E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7599A650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228E4353" w14:textId="77777777" w:rsidR="00A53C38" w:rsidRDefault="00A53C38" w:rsidP="00F4471E">
            <w:pPr>
              <w:keepNext/>
            </w:pPr>
          </w:p>
        </w:tc>
      </w:tr>
      <w:tr w:rsidR="00A53C38" w:rsidRPr="00505208" w14:paraId="777B0853" w14:textId="77777777" w:rsidTr="00F4471E">
        <w:trPr>
          <w:cantSplit/>
        </w:trPr>
        <w:tc>
          <w:tcPr>
            <w:tcW w:w="9636" w:type="dxa"/>
            <w:gridSpan w:val="8"/>
          </w:tcPr>
          <w:p w14:paraId="57B5E0B9" w14:textId="77777777" w:rsidR="00A53C38" w:rsidRPr="00243AD6" w:rsidRDefault="00A53C38" w:rsidP="00F4471E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45FB404D" w14:textId="77777777" w:rsidR="00A53C38" w:rsidRPr="00243AD6" w:rsidRDefault="00A53C38" w:rsidP="00A53C38">
      <w:pPr>
        <w:spacing w:line="168" w:lineRule="auto"/>
        <w:rPr>
          <w:lang w:val="fr-FR"/>
        </w:rPr>
      </w:pPr>
    </w:p>
    <w:p w14:paraId="52DEB665" w14:textId="77777777" w:rsidR="00A53C38" w:rsidRPr="00243AD6" w:rsidRDefault="00A53C38" w:rsidP="00A53C38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45081429" w14:textId="77777777" w:rsidR="00A53C38" w:rsidRDefault="00A53C38" w:rsidP="00A53C38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53C38" w14:paraId="5ADEA0F3" w14:textId="77777777" w:rsidTr="00F4471E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1FA5012" w14:textId="77777777" w:rsidR="00A53C38" w:rsidRDefault="00A53C38" w:rsidP="00F4471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53C38" w14:paraId="60372D5D" w14:textId="77777777" w:rsidTr="00F4471E">
        <w:trPr>
          <w:cantSplit/>
        </w:trPr>
        <w:tc>
          <w:tcPr>
            <w:tcW w:w="9636" w:type="dxa"/>
            <w:gridSpan w:val="6"/>
          </w:tcPr>
          <w:p w14:paraId="29D15F06" w14:textId="77777777" w:rsidR="00A53C38" w:rsidRDefault="00A53C38" w:rsidP="00F4471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53C38" w14:paraId="5EF5010A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3FD42DDD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49F05266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2395E81A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F5E724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1CB124AD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2D8B718" w14:textId="77777777" w:rsidR="00A53C38" w:rsidRDefault="00A53C38" w:rsidP="00F4471E">
            <w:pPr>
              <w:keepNext/>
            </w:pPr>
          </w:p>
        </w:tc>
      </w:tr>
      <w:tr w:rsidR="00A53C38" w14:paraId="1678A744" w14:textId="77777777" w:rsidTr="00F4471E">
        <w:trPr>
          <w:cantSplit/>
          <w:trHeight w:val="510"/>
        </w:trPr>
        <w:tc>
          <w:tcPr>
            <w:tcW w:w="1606" w:type="dxa"/>
          </w:tcPr>
          <w:p w14:paraId="7835B6FE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FBA30B9" w14:textId="77777777" w:rsidR="00A53C38" w:rsidRDefault="00A53C38" w:rsidP="00F4471E">
            <w:pPr>
              <w:keepNext/>
            </w:pPr>
          </w:p>
        </w:tc>
        <w:tc>
          <w:tcPr>
            <w:tcW w:w="4818" w:type="dxa"/>
            <w:gridSpan w:val="3"/>
          </w:tcPr>
          <w:p w14:paraId="64EC0C2F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E9C6541" w14:textId="77777777" w:rsidR="00A53C38" w:rsidRDefault="00A53C38" w:rsidP="00F4471E">
            <w:pPr>
              <w:keepNext/>
            </w:pPr>
          </w:p>
        </w:tc>
        <w:tc>
          <w:tcPr>
            <w:tcW w:w="803" w:type="dxa"/>
          </w:tcPr>
          <w:p w14:paraId="60E543F4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66CE392" w14:textId="77777777" w:rsidR="00A53C38" w:rsidRDefault="00A53C38" w:rsidP="00F4471E">
            <w:pPr>
              <w:keepNext/>
            </w:pPr>
          </w:p>
        </w:tc>
        <w:tc>
          <w:tcPr>
            <w:tcW w:w="2409" w:type="dxa"/>
          </w:tcPr>
          <w:p w14:paraId="2A634284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CFB79B3" w14:textId="77777777" w:rsidR="00A53C38" w:rsidRDefault="00A53C38" w:rsidP="00F4471E">
            <w:pPr>
              <w:keepNext/>
            </w:pPr>
          </w:p>
        </w:tc>
      </w:tr>
      <w:tr w:rsidR="00A53C38" w14:paraId="7F4B420B" w14:textId="77777777" w:rsidTr="00F4471E">
        <w:trPr>
          <w:cantSplit/>
          <w:trHeight w:val="510"/>
        </w:trPr>
        <w:tc>
          <w:tcPr>
            <w:tcW w:w="5621" w:type="dxa"/>
            <w:gridSpan w:val="3"/>
          </w:tcPr>
          <w:p w14:paraId="2DB58A03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287C524F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446E6389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9ED5982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18FA8CC" w14:textId="77777777" w:rsidR="00A53C38" w:rsidRDefault="00A53C38" w:rsidP="00F4471E">
            <w:pPr>
              <w:keepNext/>
            </w:pPr>
          </w:p>
        </w:tc>
      </w:tr>
      <w:tr w:rsidR="00A53C38" w14:paraId="5ACA8E06" w14:textId="77777777" w:rsidTr="00F4471E">
        <w:trPr>
          <w:cantSplit/>
        </w:trPr>
        <w:tc>
          <w:tcPr>
            <w:tcW w:w="9636" w:type="dxa"/>
            <w:gridSpan w:val="6"/>
          </w:tcPr>
          <w:p w14:paraId="05319916" w14:textId="77777777" w:rsidR="00A53C38" w:rsidRDefault="00A53C38" w:rsidP="00F4471E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7B75C64" w14:textId="77777777" w:rsidR="00A53C38" w:rsidRDefault="00A53C38" w:rsidP="00A53C38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53C38" w14:paraId="4364F082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4060247F" w14:textId="77777777" w:rsidR="00A53C38" w:rsidRDefault="00A53C38" w:rsidP="00F4471E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A53C38" w:rsidRPr="00505208" w14:paraId="3F250E25" w14:textId="77777777" w:rsidTr="00F4471E">
        <w:trPr>
          <w:cantSplit/>
        </w:trPr>
        <w:tc>
          <w:tcPr>
            <w:tcW w:w="9636" w:type="dxa"/>
          </w:tcPr>
          <w:p w14:paraId="126B72F0" w14:textId="77777777" w:rsidR="00A53C38" w:rsidRPr="00243AD6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A53C38" w:rsidRPr="00505208" w14:paraId="32816263" w14:textId="77777777" w:rsidTr="00F4471E">
        <w:trPr>
          <w:cantSplit/>
          <w:trHeight w:val="510"/>
        </w:trPr>
        <w:tc>
          <w:tcPr>
            <w:tcW w:w="9636" w:type="dxa"/>
          </w:tcPr>
          <w:p w14:paraId="0B9C7AAF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D1B4BDE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B3A3147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</w:tr>
      <w:tr w:rsidR="00A53C38" w14:paraId="5780DF69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28A83187" w14:textId="77777777" w:rsidR="00A53C38" w:rsidRDefault="00A53C38" w:rsidP="00F4471E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A53C38" w:rsidRPr="00505208" w14:paraId="19FF4B31" w14:textId="77777777" w:rsidTr="00F4471E">
        <w:trPr>
          <w:cantSplit/>
        </w:trPr>
        <w:tc>
          <w:tcPr>
            <w:tcW w:w="9636" w:type="dxa"/>
          </w:tcPr>
          <w:p w14:paraId="0607910C" w14:textId="77777777" w:rsidR="00A53C38" w:rsidRDefault="00A53C38" w:rsidP="00F4471E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6B541AED" w14:textId="77777777" w:rsidR="00A53C38" w:rsidRDefault="00A53C38" w:rsidP="00F4471E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1499DE53" w14:textId="77777777" w:rsidR="00A53C38" w:rsidRDefault="00A53C38" w:rsidP="00F4471E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DF2E31A" w14:textId="77777777" w:rsidR="00A53C38" w:rsidRPr="00243AD6" w:rsidRDefault="00A53C38" w:rsidP="00F4471E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71F45C42" w14:textId="77777777" w:rsidR="00A53C38" w:rsidRDefault="00A53C38" w:rsidP="00A53C38">
      <w:pPr>
        <w:spacing w:line="168" w:lineRule="auto"/>
        <w:rPr>
          <w:lang w:val="fr-FR"/>
        </w:rPr>
      </w:pPr>
    </w:p>
    <w:p w14:paraId="68AD27A2" w14:textId="77777777" w:rsidR="00A53C38" w:rsidRDefault="00A53C38" w:rsidP="00A53C38">
      <w:pPr>
        <w:spacing w:line="168" w:lineRule="auto"/>
        <w:rPr>
          <w:lang w:val="fr-FR"/>
        </w:rPr>
      </w:pPr>
    </w:p>
    <w:p w14:paraId="1A78A796" w14:textId="77777777" w:rsidR="00A53C38" w:rsidRDefault="00A53C38" w:rsidP="00A53C38">
      <w:pPr>
        <w:spacing w:line="168" w:lineRule="auto"/>
        <w:rPr>
          <w:lang w:val="fr-FR"/>
        </w:rPr>
      </w:pPr>
    </w:p>
    <w:p w14:paraId="25DB4630" w14:textId="77777777" w:rsidR="00A53C38" w:rsidRDefault="00A53C38" w:rsidP="00A53C38">
      <w:pPr>
        <w:spacing w:line="168" w:lineRule="auto"/>
        <w:rPr>
          <w:lang w:val="fr-FR"/>
        </w:rPr>
      </w:pPr>
    </w:p>
    <w:p w14:paraId="3F2D1DBC" w14:textId="77777777" w:rsidR="00A53C38" w:rsidRDefault="00A53C38" w:rsidP="00A53C38">
      <w:pPr>
        <w:spacing w:line="168" w:lineRule="auto"/>
        <w:rPr>
          <w:lang w:val="fr-FR"/>
        </w:rPr>
      </w:pPr>
    </w:p>
    <w:p w14:paraId="1BA963C7" w14:textId="77777777" w:rsidR="00A53C38" w:rsidRDefault="00A53C38" w:rsidP="00A53C38">
      <w:pPr>
        <w:spacing w:line="168" w:lineRule="auto"/>
        <w:rPr>
          <w:lang w:val="fr-FR"/>
        </w:rPr>
      </w:pPr>
    </w:p>
    <w:p w14:paraId="6E396EAC" w14:textId="77777777" w:rsidR="00A53C38" w:rsidRDefault="00A53C38" w:rsidP="00A53C38">
      <w:pPr>
        <w:spacing w:line="168" w:lineRule="auto"/>
        <w:rPr>
          <w:lang w:val="fr-FR"/>
        </w:rPr>
      </w:pPr>
    </w:p>
    <w:p w14:paraId="3C6763B0" w14:textId="77777777" w:rsidR="00A53C38" w:rsidRDefault="00A53C38" w:rsidP="00A53C38">
      <w:pPr>
        <w:spacing w:line="168" w:lineRule="auto"/>
        <w:rPr>
          <w:lang w:val="fr-FR"/>
        </w:rPr>
      </w:pPr>
    </w:p>
    <w:p w14:paraId="695AB181" w14:textId="77777777" w:rsidR="00A53C38" w:rsidRDefault="00A53C38" w:rsidP="00A53C38">
      <w:pPr>
        <w:spacing w:line="168" w:lineRule="auto"/>
        <w:rPr>
          <w:lang w:val="fr-FR"/>
        </w:rPr>
      </w:pPr>
    </w:p>
    <w:p w14:paraId="7E009B56" w14:textId="77777777" w:rsidR="00A53C38" w:rsidRDefault="00A53C38" w:rsidP="00A53C38">
      <w:pPr>
        <w:spacing w:line="168" w:lineRule="auto"/>
        <w:rPr>
          <w:lang w:val="fr-FR"/>
        </w:rPr>
      </w:pPr>
    </w:p>
    <w:p w14:paraId="507C389B" w14:textId="77777777" w:rsidR="00A53C38" w:rsidRDefault="00A53C38" w:rsidP="00A53C38">
      <w:pPr>
        <w:spacing w:line="168" w:lineRule="auto"/>
        <w:rPr>
          <w:lang w:val="fr-FR"/>
        </w:rPr>
      </w:pPr>
    </w:p>
    <w:p w14:paraId="03C31FED" w14:textId="77777777" w:rsidR="00A53C38" w:rsidRDefault="00A53C38" w:rsidP="00A53C38">
      <w:pPr>
        <w:spacing w:line="168" w:lineRule="auto"/>
        <w:rPr>
          <w:lang w:val="fr-FR"/>
        </w:rPr>
      </w:pPr>
    </w:p>
    <w:p w14:paraId="459F79D1" w14:textId="77777777" w:rsidR="00A53C38" w:rsidRDefault="00A53C38" w:rsidP="00A53C38">
      <w:pPr>
        <w:spacing w:line="168" w:lineRule="auto"/>
        <w:rPr>
          <w:lang w:val="fr-FR"/>
        </w:rPr>
      </w:pPr>
    </w:p>
    <w:p w14:paraId="377BC15B" w14:textId="77777777" w:rsidR="00A53C38" w:rsidRDefault="00A53C38" w:rsidP="00A53C38">
      <w:pPr>
        <w:spacing w:line="168" w:lineRule="auto"/>
        <w:rPr>
          <w:lang w:val="fr-FR"/>
        </w:rPr>
      </w:pPr>
    </w:p>
    <w:p w14:paraId="4F6D97C2" w14:textId="77777777" w:rsidR="00A53C38" w:rsidRDefault="00A53C38" w:rsidP="00A53C38">
      <w:pPr>
        <w:spacing w:line="168" w:lineRule="auto"/>
        <w:rPr>
          <w:lang w:val="fr-FR"/>
        </w:rPr>
      </w:pPr>
    </w:p>
    <w:p w14:paraId="246E973C" w14:textId="77777777" w:rsidR="00A53C38" w:rsidRDefault="00A53C38" w:rsidP="00A53C38">
      <w:pPr>
        <w:spacing w:line="168" w:lineRule="auto"/>
        <w:rPr>
          <w:lang w:val="fr-FR"/>
        </w:rPr>
      </w:pPr>
    </w:p>
    <w:p w14:paraId="13CD6842" w14:textId="77777777" w:rsidR="00A53C38" w:rsidRDefault="00A53C38" w:rsidP="00A53C38">
      <w:pPr>
        <w:spacing w:line="168" w:lineRule="auto"/>
        <w:rPr>
          <w:lang w:val="fr-FR"/>
        </w:rPr>
      </w:pPr>
    </w:p>
    <w:p w14:paraId="1A638D6E" w14:textId="77777777" w:rsidR="00A53C38" w:rsidRDefault="00A53C38" w:rsidP="00A53C38">
      <w:pPr>
        <w:spacing w:line="168" w:lineRule="auto"/>
        <w:rPr>
          <w:lang w:val="fr-FR"/>
        </w:rPr>
      </w:pPr>
    </w:p>
    <w:p w14:paraId="377AF9C0" w14:textId="77777777" w:rsidR="00A53C38" w:rsidRDefault="00A53C38" w:rsidP="00A53C38">
      <w:pPr>
        <w:spacing w:line="168" w:lineRule="auto"/>
        <w:rPr>
          <w:lang w:val="fr-FR"/>
        </w:rPr>
      </w:pPr>
    </w:p>
    <w:p w14:paraId="48BA2575" w14:textId="77777777" w:rsidR="00A53C38" w:rsidRDefault="00A53C38" w:rsidP="00A53C38">
      <w:pPr>
        <w:spacing w:line="168" w:lineRule="auto"/>
        <w:rPr>
          <w:lang w:val="fr-FR"/>
        </w:rPr>
      </w:pPr>
    </w:p>
    <w:p w14:paraId="190DF551" w14:textId="77777777" w:rsidR="00A53C38" w:rsidRDefault="00A53C38" w:rsidP="00A53C38">
      <w:pPr>
        <w:spacing w:line="168" w:lineRule="auto"/>
        <w:rPr>
          <w:lang w:val="fr-FR"/>
        </w:rPr>
      </w:pPr>
    </w:p>
    <w:p w14:paraId="6AC66872" w14:textId="77777777" w:rsidR="00A53C38" w:rsidRDefault="00A53C38" w:rsidP="00A53C38">
      <w:pPr>
        <w:spacing w:line="168" w:lineRule="auto"/>
        <w:rPr>
          <w:lang w:val="fr-FR"/>
        </w:rPr>
      </w:pPr>
    </w:p>
    <w:p w14:paraId="529DA0B7" w14:textId="77777777" w:rsidR="00A53C38" w:rsidRDefault="00A53C38" w:rsidP="00A53C38">
      <w:pPr>
        <w:spacing w:line="168" w:lineRule="auto"/>
        <w:rPr>
          <w:lang w:val="fr-FR"/>
        </w:rPr>
      </w:pPr>
    </w:p>
    <w:p w14:paraId="1356E30E" w14:textId="77777777" w:rsidR="00A53C38" w:rsidRDefault="00A53C38" w:rsidP="00A53C38">
      <w:pPr>
        <w:spacing w:line="168" w:lineRule="auto"/>
        <w:rPr>
          <w:lang w:val="fr-FR"/>
        </w:rPr>
      </w:pPr>
    </w:p>
    <w:p w14:paraId="5415576C" w14:textId="77777777" w:rsidR="00A53C38" w:rsidRDefault="00A53C38" w:rsidP="00A53C38">
      <w:pPr>
        <w:spacing w:line="168" w:lineRule="auto"/>
        <w:rPr>
          <w:lang w:val="fr-FR"/>
        </w:rPr>
      </w:pPr>
    </w:p>
    <w:p w14:paraId="750D8621" w14:textId="77777777" w:rsidR="00A53C38" w:rsidRDefault="00A53C38" w:rsidP="00A53C38">
      <w:pPr>
        <w:spacing w:line="168" w:lineRule="auto"/>
        <w:rPr>
          <w:lang w:val="fr-FR"/>
        </w:rPr>
      </w:pPr>
    </w:p>
    <w:p w14:paraId="76427E71" w14:textId="77777777" w:rsidR="00A53C38" w:rsidRDefault="00A53C38" w:rsidP="00A53C38">
      <w:pPr>
        <w:spacing w:line="168" w:lineRule="auto"/>
        <w:rPr>
          <w:lang w:val="fr-FR"/>
        </w:rPr>
      </w:pPr>
    </w:p>
    <w:p w14:paraId="57A307D8" w14:textId="77777777" w:rsidR="00A53C38" w:rsidRDefault="00A53C38" w:rsidP="00A53C38">
      <w:pPr>
        <w:spacing w:line="168" w:lineRule="auto"/>
        <w:rPr>
          <w:lang w:val="fr-FR"/>
        </w:rPr>
      </w:pPr>
    </w:p>
    <w:p w14:paraId="13D68CD3" w14:textId="77777777" w:rsidR="00A53C38" w:rsidRPr="00243AD6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A53C38" w:rsidRPr="00505208" w14:paraId="59758F87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684386D" w14:textId="4E559AF2" w:rsidR="00A53C38" w:rsidRPr="00505208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 TEHNICĂ PENTRU</w:t>
            </w:r>
            <w:r>
              <w:rPr>
                <w:b/>
                <w:color w:val="000000"/>
                <w:sz w:val="18"/>
                <w:lang w:val="fr-FR"/>
              </w:rPr>
              <w:t xml:space="preserve"> CERINȚELE FUNDAM</w:t>
            </w:r>
            <w:r>
              <w:rPr>
                <w:b/>
                <w:color w:val="000000"/>
                <w:sz w:val="18"/>
                <w:lang w:val="fr-FR"/>
              </w:rPr>
              <w:t>EN</w:t>
            </w:r>
            <w:r>
              <w:rPr>
                <w:b/>
                <w:color w:val="000000"/>
                <w:sz w:val="18"/>
                <w:lang w:val="fr-FR"/>
              </w:rPr>
              <w:t>TALE</w:t>
            </w:r>
          </w:p>
        </w:tc>
      </w:tr>
      <w:tr w:rsidR="00A53C38" w14:paraId="47FCCD4A" w14:textId="77777777" w:rsidTr="00F4471E">
        <w:trPr>
          <w:cantSplit/>
          <w:trHeight w:val="510"/>
        </w:trPr>
        <w:tc>
          <w:tcPr>
            <w:tcW w:w="2409" w:type="dxa"/>
          </w:tcPr>
          <w:p w14:paraId="0E101765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A5E4001" w14:textId="77777777" w:rsidR="00A53C38" w:rsidRDefault="00A53C38" w:rsidP="00F4471E">
            <w:pPr>
              <w:keepNext/>
            </w:pPr>
          </w:p>
        </w:tc>
        <w:tc>
          <w:tcPr>
            <w:tcW w:w="4015" w:type="dxa"/>
          </w:tcPr>
          <w:p w14:paraId="2CCA36B0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64A0CCFC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</w:tcPr>
          <w:p w14:paraId="07E4D197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704952DD" w14:textId="77777777" w:rsidR="00A53C38" w:rsidRDefault="00A53C38" w:rsidP="00F4471E">
            <w:pPr>
              <w:keepNext/>
            </w:pPr>
          </w:p>
        </w:tc>
      </w:tr>
      <w:tr w:rsidR="00A53C38" w:rsidRPr="00243AD6" w14:paraId="1B7639B6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85C6407" w14:textId="77777777" w:rsidR="00A53C38" w:rsidRPr="00243AD6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A53C38" w14:paraId="21B39F93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2190B471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76704CE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</w:tcPr>
          <w:p w14:paraId="56301DB0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EEFD463" w14:textId="77777777" w:rsidR="00A53C38" w:rsidRDefault="00A53C38" w:rsidP="00F4471E">
            <w:pPr>
              <w:keepNext/>
            </w:pPr>
          </w:p>
        </w:tc>
      </w:tr>
      <w:tr w:rsidR="00A53C38" w14:paraId="34609A46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02FD9A6E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61A2123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437617E1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47EED41" w14:textId="77777777" w:rsidR="00A53C38" w:rsidRDefault="00A53C38" w:rsidP="00F4471E">
            <w:pPr>
              <w:keepNext/>
            </w:pPr>
          </w:p>
        </w:tc>
      </w:tr>
      <w:tr w:rsidR="00A53C38" w14:paraId="77558DFA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790B4A17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264C51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</w:tcPr>
          <w:p w14:paraId="754A91EB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8CCE40C" w14:textId="77777777" w:rsidR="00A53C38" w:rsidRDefault="00A53C38" w:rsidP="00F4471E">
            <w:pPr>
              <w:keepNext/>
            </w:pPr>
          </w:p>
        </w:tc>
      </w:tr>
      <w:tr w:rsidR="00A53C38" w14:paraId="4EF32A00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2834A60F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06D35935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</w:tcPr>
          <w:p w14:paraId="7511EBDD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B928488" w14:textId="77777777" w:rsidR="00A53C38" w:rsidRDefault="00A53C38" w:rsidP="00F4471E">
            <w:pPr>
              <w:keepNext/>
            </w:pPr>
          </w:p>
        </w:tc>
      </w:tr>
      <w:tr w:rsidR="00A53C38" w14:paraId="5B0CAAE0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619F1E9C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06633FE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5BE571A3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C45564E" w14:textId="77777777" w:rsidR="00A53C38" w:rsidRDefault="00A53C38" w:rsidP="00F4471E">
            <w:pPr>
              <w:keepNext/>
            </w:pPr>
          </w:p>
        </w:tc>
      </w:tr>
      <w:tr w:rsidR="00A53C38" w14:paraId="7298223E" w14:textId="77777777" w:rsidTr="00F4471E">
        <w:trPr>
          <w:cantSplit/>
          <w:trHeight w:val="510"/>
        </w:trPr>
        <w:tc>
          <w:tcPr>
            <w:tcW w:w="6424" w:type="dxa"/>
            <w:gridSpan w:val="2"/>
          </w:tcPr>
          <w:p w14:paraId="10044A97" w14:textId="77777777" w:rsidR="00A53C38" w:rsidRPr="00243AD6" w:rsidRDefault="00A53C38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0FAE35F6" w14:textId="77777777" w:rsidR="00A53C38" w:rsidRPr="00243AD6" w:rsidRDefault="00A53C38" w:rsidP="00F4471E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958CD33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EC4E529" w14:textId="77777777" w:rsidR="00A53C38" w:rsidRDefault="00A53C38" w:rsidP="00F4471E">
            <w:pPr>
              <w:keepNext/>
            </w:pPr>
          </w:p>
        </w:tc>
      </w:tr>
    </w:tbl>
    <w:p w14:paraId="5166A83F" w14:textId="77777777" w:rsidR="00A53C38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A53C38" w:rsidRPr="00505208" w14:paraId="4EC26584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A515F50" w14:textId="77777777" w:rsidR="00A53C38" w:rsidRPr="00505208" w:rsidRDefault="00A53C38" w:rsidP="00F4471E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A53C38" w14:paraId="2EA0694F" w14:textId="77777777" w:rsidTr="00F4471E">
        <w:trPr>
          <w:cantSplit/>
          <w:trHeight w:val="510"/>
        </w:trPr>
        <w:tc>
          <w:tcPr>
            <w:tcW w:w="2409" w:type="dxa"/>
          </w:tcPr>
          <w:p w14:paraId="12BD508C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03C7CB4D" w14:textId="77777777" w:rsidR="00A53C38" w:rsidRDefault="00A53C38" w:rsidP="00F4471E">
            <w:pPr>
              <w:keepNext/>
            </w:pPr>
          </w:p>
        </w:tc>
        <w:tc>
          <w:tcPr>
            <w:tcW w:w="4015" w:type="dxa"/>
          </w:tcPr>
          <w:p w14:paraId="22CF048B" w14:textId="77777777" w:rsidR="00A53C38" w:rsidRDefault="00A53C38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AEE0B7B" w14:textId="77777777" w:rsidR="00A53C38" w:rsidRDefault="00A53C38" w:rsidP="00F4471E">
            <w:pPr>
              <w:keepNext/>
            </w:pPr>
          </w:p>
        </w:tc>
        <w:tc>
          <w:tcPr>
            <w:tcW w:w="3212" w:type="dxa"/>
          </w:tcPr>
          <w:p w14:paraId="193B565C" w14:textId="77777777" w:rsidR="00A53C38" w:rsidRDefault="00A53C38" w:rsidP="00F4471E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146CD7D3" w14:textId="77777777" w:rsidR="00A53C38" w:rsidRDefault="00A53C38" w:rsidP="00F4471E">
            <w:pPr>
              <w:keepNext/>
            </w:pPr>
          </w:p>
        </w:tc>
      </w:tr>
    </w:tbl>
    <w:p w14:paraId="5AF4C341" w14:textId="77777777" w:rsidR="00A53C38" w:rsidRDefault="00A53C38" w:rsidP="00A53C38">
      <w:pPr>
        <w:spacing w:line="168" w:lineRule="auto"/>
        <w:rPr>
          <w:lang w:val="fr-FR"/>
        </w:rPr>
      </w:pPr>
    </w:p>
    <w:p w14:paraId="7AF3805B" w14:textId="77777777" w:rsidR="00A53C38" w:rsidRPr="00243AD6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53C38" w14:paraId="37CAC5E5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6A902AE7" w14:textId="77777777" w:rsidR="00A53C38" w:rsidRDefault="00A53C38" w:rsidP="00F4471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A53C38" w:rsidRPr="00243AD6" w14:paraId="7971A27A" w14:textId="77777777" w:rsidTr="00F4471E">
        <w:trPr>
          <w:cantSplit/>
        </w:trPr>
        <w:tc>
          <w:tcPr>
            <w:tcW w:w="9636" w:type="dxa"/>
          </w:tcPr>
          <w:p w14:paraId="7916C432" w14:textId="77777777" w:rsidR="00A53C38" w:rsidRPr="00243AD6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A53C38" w:rsidRPr="00505208" w14:paraId="389E2DCE" w14:textId="77777777" w:rsidTr="00F4471E">
        <w:trPr>
          <w:cantSplit/>
        </w:trPr>
        <w:tc>
          <w:tcPr>
            <w:tcW w:w="9636" w:type="dxa"/>
          </w:tcPr>
          <w:p w14:paraId="17732D51" w14:textId="77777777" w:rsidR="00A53C38" w:rsidRPr="00243AD6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A53C38" w:rsidRPr="00505208" w14:paraId="79BCDD6E" w14:textId="77777777" w:rsidTr="00F4471E">
        <w:trPr>
          <w:cantSplit/>
        </w:trPr>
        <w:tc>
          <w:tcPr>
            <w:tcW w:w="9636" w:type="dxa"/>
          </w:tcPr>
          <w:p w14:paraId="27500636" w14:textId="77777777" w:rsidR="00A53C38" w:rsidRPr="00243AD6" w:rsidRDefault="00A53C38" w:rsidP="00F4471E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40B1F4E" w14:textId="77777777" w:rsidR="00A53C38" w:rsidRPr="00243AD6" w:rsidRDefault="00A53C38" w:rsidP="00F4471E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A53C38" w:rsidRPr="00505208" w14:paraId="3DCEA08E" w14:textId="77777777" w:rsidTr="00F4471E">
        <w:trPr>
          <w:cantSplit/>
        </w:trPr>
        <w:tc>
          <w:tcPr>
            <w:tcW w:w="9636" w:type="dxa"/>
          </w:tcPr>
          <w:p w14:paraId="5D87CCF4" w14:textId="77777777" w:rsidR="00A53C38" w:rsidRPr="00243AD6" w:rsidRDefault="00A53C38" w:rsidP="00F4471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>
              <w:rPr>
                <w:sz w:val="16"/>
                <w:lang w:val="fr-FR"/>
              </w:rPr>
              <w:t xml:space="preserve">structura de </w:t>
            </w:r>
            <w:proofErr w:type="spellStart"/>
            <w:r>
              <w:rPr>
                <w:sz w:val="16"/>
                <w:lang w:val="fr-FR"/>
              </w:rPr>
              <w:t>specialitate</w:t>
            </w:r>
            <w:proofErr w:type="spellEnd"/>
            <w:r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A53C38" w:rsidRPr="00505208" w14:paraId="45905A87" w14:textId="77777777" w:rsidTr="00F4471E">
        <w:trPr>
          <w:cantSplit/>
        </w:trPr>
        <w:tc>
          <w:tcPr>
            <w:tcW w:w="9636" w:type="dxa"/>
          </w:tcPr>
          <w:p w14:paraId="3AF2415A" w14:textId="77777777" w:rsidR="00A53C38" w:rsidRDefault="00A53C38" w:rsidP="00F4471E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7AC1E465" w14:textId="77777777" w:rsidR="00A53C38" w:rsidRDefault="00A53C38" w:rsidP="00F4471E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7B63FA90" w14:textId="77777777" w:rsidR="00A53C38" w:rsidRPr="00243AD6" w:rsidRDefault="00A53C38" w:rsidP="00F4471E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4DEDBC64" w14:textId="77777777" w:rsidR="00A53C38" w:rsidRPr="00243AD6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53C38" w:rsidRPr="00505208" w14:paraId="0F76A5A1" w14:textId="77777777" w:rsidTr="00F4471E">
        <w:trPr>
          <w:cantSplit/>
        </w:trPr>
        <w:tc>
          <w:tcPr>
            <w:tcW w:w="9636" w:type="dxa"/>
          </w:tcPr>
          <w:p w14:paraId="34612FE1" w14:textId="77777777" w:rsidR="00A53C38" w:rsidRPr="00243AD6" w:rsidRDefault="00A53C38" w:rsidP="00F4471E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5BCD1A0" w14:textId="77777777" w:rsidR="00A53C38" w:rsidRPr="00243AD6" w:rsidRDefault="00A53C38" w:rsidP="00A53C3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53C38" w14:paraId="183A7555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7C2D38C" w14:textId="77777777" w:rsidR="00A53C38" w:rsidRDefault="00A53C38" w:rsidP="00F4471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53C38" w14:paraId="7B34259F" w14:textId="77777777" w:rsidTr="00F4471E">
        <w:trPr>
          <w:cantSplit/>
          <w:trHeight w:val="510"/>
        </w:trPr>
        <w:tc>
          <w:tcPr>
            <w:tcW w:w="1606" w:type="dxa"/>
          </w:tcPr>
          <w:p w14:paraId="15B3FEB2" w14:textId="77777777" w:rsidR="00A53C38" w:rsidRDefault="00A53C38" w:rsidP="00F4471E">
            <w:r>
              <w:rPr>
                <w:b/>
                <w:color w:val="0D5F78"/>
              </w:rPr>
              <w:t>Data</w:t>
            </w:r>
          </w:p>
          <w:p w14:paraId="353EAAB6" w14:textId="77777777" w:rsidR="00A53C38" w:rsidRDefault="00A53C38" w:rsidP="00F4471E"/>
        </w:tc>
        <w:tc>
          <w:tcPr>
            <w:tcW w:w="4818" w:type="dxa"/>
          </w:tcPr>
          <w:p w14:paraId="4027DCDD" w14:textId="77777777" w:rsidR="00A53C38" w:rsidRDefault="00A53C38" w:rsidP="00F4471E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5450CE78" w14:textId="77777777" w:rsidR="00A53C38" w:rsidRDefault="00A53C38" w:rsidP="00F4471E"/>
        </w:tc>
        <w:tc>
          <w:tcPr>
            <w:tcW w:w="3212" w:type="dxa"/>
          </w:tcPr>
          <w:p w14:paraId="3B0DB6AC" w14:textId="77777777" w:rsidR="00A53C38" w:rsidRDefault="00A53C38" w:rsidP="00F4471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1825BF9A" w14:textId="77777777" w:rsidR="00A53C38" w:rsidRDefault="00A53C38" w:rsidP="00F4471E"/>
        </w:tc>
      </w:tr>
    </w:tbl>
    <w:p w14:paraId="1A944B30" w14:textId="77777777" w:rsidR="00A53C38" w:rsidRDefault="00A53C38" w:rsidP="00A53C38">
      <w:pPr>
        <w:spacing w:line="168" w:lineRule="auto"/>
      </w:pPr>
    </w:p>
    <w:p w14:paraId="276A9619" w14:textId="77777777" w:rsidR="00945CC5" w:rsidRDefault="00945CC5" w:rsidP="00A53C38">
      <w:pPr>
        <w:spacing w:before="140" w:after="40"/>
        <w:jc w:val="center"/>
      </w:pPr>
    </w:p>
    <w:sectPr w:rsidR="00945CC5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48C2" w14:textId="77777777" w:rsidR="005B2EC4" w:rsidRDefault="005B2EC4">
      <w:r>
        <w:separator/>
      </w:r>
    </w:p>
  </w:endnote>
  <w:endnote w:type="continuationSeparator" w:id="0">
    <w:p w14:paraId="4C45A4A8" w14:textId="77777777" w:rsidR="005B2EC4" w:rsidRDefault="005B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B2CC" w14:textId="5218AA4D" w:rsidR="00A53D19" w:rsidRDefault="00A53D19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9ADCA9C" wp14:editId="72D3708B">
          <wp:simplePos x="0" y="0"/>
          <wp:positionH relativeFrom="margin">
            <wp:posOffset>-190500</wp:posOffset>
          </wp:positionH>
          <wp:positionV relativeFrom="page">
            <wp:posOffset>10319385</wp:posOffset>
          </wp:positionV>
          <wp:extent cx="6731779" cy="292714"/>
          <wp:effectExtent l="0" t="0" r="0" b="0"/>
          <wp:wrapNone/>
          <wp:docPr id="92757970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DAA1A2" w14:textId="77777777" w:rsidR="00A53D19" w:rsidRDefault="00A53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5BE33" w14:textId="77777777" w:rsidR="005B2EC4" w:rsidRDefault="005B2EC4">
      <w:r>
        <w:separator/>
      </w:r>
    </w:p>
  </w:footnote>
  <w:footnote w:type="continuationSeparator" w:id="0">
    <w:p w14:paraId="6AB36CF2" w14:textId="77777777" w:rsidR="005B2EC4" w:rsidRDefault="005B2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FFED" w14:textId="66010B3A" w:rsidR="00A53D19" w:rsidRDefault="00A53D19">
    <w:pPr>
      <w:pStyle w:val="Header"/>
    </w:pPr>
    <w:r>
      <w:rPr>
        <w:noProof/>
      </w:rPr>
      <w:drawing>
        <wp:anchor distT="0" distB="0" distL="114300" distR="114300" simplePos="0" relativeHeight="251654144" behindDoc="1" locked="0" layoutInCell="1" allowOverlap="1" wp14:anchorId="29656564" wp14:editId="6FFC3030">
          <wp:simplePos x="0" y="0"/>
          <wp:positionH relativeFrom="margin">
            <wp:posOffset>2503805</wp:posOffset>
          </wp:positionH>
          <wp:positionV relativeFrom="page">
            <wp:posOffset>352425</wp:posOffset>
          </wp:positionV>
          <wp:extent cx="1474442" cy="595630"/>
          <wp:effectExtent l="0" t="0" r="0" b="0"/>
          <wp:wrapNone/>
          <wp:docPr id="1406337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372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4442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6C81A8" w14:textId="217AE1E8" w:rsidR="00A53D19" w:rsidRDefault="00A53D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38FB4C" wp14:editId="6052AB39">
          <wp:simplePos x="0" y="0"/>
          <wp:positionH relativeFrom="margin">
            <wp:posOffset>0</wp:posOffset>
          </wp:positionH>
          <wp:positionV relativeFrom="page">
            <wp:posOffset>648335</wp:posOffset>
          </wp:positionV>
          <wp:extent cx="2287905" cy="76200"/>
          <wp:effectExtent l="0" t="0" r="0" b="0"/>
          <wp:wrapNone/>
          <wp:docPr id="111079362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22870E0" wp14:editId="495F1919">
          <wp:simplePos x="0" y="0"/>
          <wp:positionH relativeFrom="margin">
            <wp:posOffset>4192905</wp:posOffset>
          </wp:positionH>
          <wp:positionV relativeFrom="page">
            <wp:posOffset>657860</wp:posOffset>
          </wp:positionV>
          <wp:extent cx="2287905" cy="76200"/>
          <wp:effectExtent l="0" t="0" r="0" b="0"/>
          <wp:wrapNone/>
          <wp:docPr id="108860429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0969706">
    <w:abstractNumId w:val="8"/>
  </w:num>
  <w:num w:numId="2" w16cid:durableId="1922055733">
    <w:abstractNumId w:val="6"/>
  </w:num>
  <w:num w:numId="3" w16cid:durableId="885218614">
    <w:abstractNumId w:val="5"/>
  </w:num>
  <w:num w:numId="4" w16cid:durableId="248658479">
    <w:abstractNumId w:val="4"/>
  </w:num>
  <w:num w:numId="5" w16cid:durableId="797140496">
    <w:abstractNumId w:val="7"/>
  </w:num>
  <w:num w:numId="6" w16cid:durableId="1473986255">
    <w:abstractNumId w:val="3"/>
  </w:num>
  <w:num w:numId="7" w16cid:durableId="407534026">
    <w:abstractNumId w:val="2"/>
  </w:num>
  <w:num w:numId="8" w16cid:durableId="1488548469">
    <w:abstractNumId w:val="1"/>
  </w:num>
  <w:num w:numId="9" w16cid:durableId="153257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5B2EC4"/>
    <w:rsid w:val="006C103E"/>
    <w:rsid w:val="007852D9"/>
    <w:rsid w:val="00945CC5"/>
    <w:rsid w:val="00A53C38"/>
    <w:rsid w:val="00A53D19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Primaria  Vatra Dornej</cp:lastModifiedBy>
  <cp:revision>2</cp:revision>
  <dcterms:created xsi:type="dcterms:W3CDTF">2026-09-29T11:08:00Z</dcterms:created>
  <dcterms:modified xsi:type="dcterms:W3CDTF">2026-09-29T11:08:00Z</dcterms:modified>
  <cp:category/>
</cp:coreProperties>
</file>