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00000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63ECC5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sector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343BBA">
              <w:rPr>
                <w:lang w:val="fr-FR"/>
              </w:rPr>
              <w:t>Cererea</w:t>
            </w:r>
            <w:proofErr w:type="spellEnd"/>
            <w:r w:rsidRPr="00343BBA">
              <w:rPr>
                <w:lang w:val="fr-FR"/>
              </w:rPr>
              <w:t xml:space="preserve"> va fi </w:t>
            </w:r>
            <w:proofErr w:type="spellStart"/>
            <w:r w:rsidRPr="00343BBA">
              <w:rPr>
                <w:lang w:val="fr-FR"/>
              </w:rPr>
              <w:t>transmisă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către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președintele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consiliului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județean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general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de </w:t>
            </w:r>
            <w:proofErr w:type="spellStart"/>
            <w:r w:rsidRPr="00343BBA">
              <w:rPr>
                <w:lang w:val="fr-FR"/>
              </w:rPr>
              <w:t>sector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sau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municipiului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orașului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comunei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după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caz</w:t>
            </w:r>
            <w:proofErr w:type="spellEnd"/>
            <w:r w:rsidRPr="00343BBA">
              <w:rPr>
                <w:lang w:val="fr-FR"/>
              </w:rPr>
              <w:t>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000000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000000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257 </w:t>
      </w:r>
      <w:proofErr w:type="spellStart"/>
      <w:r>
        <w:rPr>
          <w:sz w:val="18"/>
        </w:rPr>
        <w:t>alin</w:t>
      </w:r>
      <w:proofErr w:type="spellEnd"/>
      <w:r>
        <w:rPr>
          <w:sz w:val="18"/>
        </w:rPr>
        <w:t xml:space="preserve">. (17)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21143514" w14:textId="77777777" w:rsidR="00004412" w:rsidRDefault="00000000">
      <w:pPr>
        <w:spacing w:before="80" w:after="60"/>
        <w:jc w:val="center"/>
        <w:rPr>
          <w:b/>
          <w:color w:val="000000"/>
          <w:sz w:val="18"/>
          <w:lang w:val="fr-FR"/>
        </w:rPr>
      </w:pPr>
      <w:proofErr w:type="spellStart"/>
      <w:proofErr w:type="gramStart"/>
      <w:r w:rsidRPr="00004412">
        <w:rPr>
          <w:sz w:val="18"/>
          <w:lang w:val="fr-FR"/>
        </w:rPr>
        <w:t>solicit</w:t>
      </w:r>
      <w:proofErr w:type="spellEnd"/>
      <w:proofErr w:type="gram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prelungirea</w:t>
      </w:r>
      <w:proofErr w:type="spell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valabilității</w:t>
      </w:r>
      <w:proofErr w:type="spellEnd"/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000000">
            <w:proofErr w:type="spellStart"/>
            <w:r>
              <w:rPr>
                <w:b/>
                <w:color w:val="0D5F78"/>
              </w:rPr>
              <w:t>Prelungirea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solicitată</w:t>
            </w:r>
            <w:proofErr w:type="spellEnd"/>
            <w:r>
              <w:rPr>
                <w:b/>
                <w:color w:val="0D5F78"/>
              </w:rPr>
              <w:t xml:space="preserve">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000000">
            <w:proofErr w:type="spellStart"/>
            <w:r>
              <w:rPr>
                <w:b/>
                <w:color w:val="0D5F78"/>
              </w:rPr>
              <w:t>până</w:t>
            </w:r>
            <w:proofErr w:type="spellEnd"/>
            <w:r>
              <w:rPr>
                <w:b/>
                <w:color w:val="0D5F78"/>
              </w:rPr>
              <w:t xml:space="preserve">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Număr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cadastral</w:t>
            </w:r>
          </w:p>
          <w:p w14:paraId="34F88BB8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343BB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</w:t>
            </w:r>
            <w:proofErr w:type="spellStart"/>
            <w:r w:rsidRPr="00343BBA">
              <w:rPr>
                <w:sz w:val="16"/>
                <w:lang w:val="fr-FR"/>
              </w:rPr>
              <w:t>certificatul</w:t>
            </w:r>
            <w:proofErr w:type="spellEnd"/>
            <w:r w:rsidRPr="00343BBA">
              <w:rPr>
                <w:sz w:val="16"/>
                <w:lang w:val="fr-FR"/>
              </w:rPr>
              <w:t xml:space="preserve"> de </w:t>
            </w:r>
            <w:proofErr w:type="spellStart"/>
            <w:r w:rsidRPr="00343BBA">
              <w:rPr>
                <w:sz w:val="16"/>
                <w:lang w:val="fr-FR"/>
              </w:rPr>
              <w:t>urbanism</w:t>
            </w:r>
            <w:proofErr w:type="spellEnd"/>
            <w:r w:rsidRPr="00343BBA">
              <w:rPr>
                <w:sz w:val="16"/>
                <w:lang w:val="fr-FR"/>
              </w:rPr>
              <w:t xml:space="preserve"> (</w:t>
            </w:r>
            <w:proofErr w:type="spellStart"/>
            <w:r w:rsidRPr="00343BBA">
              <w:rPr>
                <w:sz w:val="16"/>
                <w:lang w:val="fr-FR"/>
              </w:rPr>
              <w:t>în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gramStart"/>
            <w:r w:rsidRPr="00343BBA">
              <w:rPr>
                <w:sz w:val="16"/>
                <w:lang w:val="fr-FR"/>
              </w:rPr>
              <w:t xml:space="preserve">original)   </w:t>
            </w:r>
            <w:proofErr w:type="gramEnd"/>
            <w:r w:rsidRPr="00343BBA">
              <w:rPr>
                <w:sz w:val="16"/>
                <w:lang w:val="fr-FR"/>
              </w:rPr>
              <w:t xml:space="preserve">  ☐ </w:t>
            </w:r>
            <w:proofErr w:type="spellStart"/>
            <w:r w:rsidRPr="00343BBA">
              <w:rPr>
                <w:sz w:val="16"/>
                <w:lang w:val="fr-FR"/>
              </w:rPr>
              <w:t>documentul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privind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achitarea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taxei</w:t>
            </w:r>
            <w:proofErr w:type="spellEnd"/>
            <w:r w:rsidRPr="00343BBA">
              <w:rPr>
                <w:sz w:val="16"/>
                <w:lang w:val="fr-FR"/>
              </w:rPr>
              <w:t xml:space="preserve">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000000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5C6DE" w14:textId="77777777" w:rsidR="00541F6D" w:rsidRDefault="00541F6D">
      <w:r>
        <w:separator/>
      </w:r>
    </w:p>
  </w:endnote>
  <w:endnote w:type="continuationSeparator" w:id="0">
    <w:p w14:paraId="167A7B5C" w14:textId="77777777" w:rsidR="00541F6D" w:rsidRDefault="00541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C81E9" w14:textId="48F10680" w:rsidR="00992D96" w:rsidRDefault="00992D96">
    <w:pPr>
      <w:pStyle w:val="Footer"/>
    </w:pPr>
    <w:r>
      <w:rPr>
        <w:noProof/>
      </w:rPr>
      <w:drawing>
        <wp:anchor distT="0" distB="0" distL="114300" distR="114300" simplePos="0" relativeHeight="251675648" behindDoc="1" locked="0" layoutInCell="1" allowOverlap="1" wp14:anchorId="13CA1E9B" wp14:editId="4C04E026">
          <wp:simplePos x="0" y="0"/>
          <wp:positionH relativeFrom="margin">
            <wp:posOffset>0</wp:posOffset>
          </wp:positionH>
          <wp:positionV relativeFrom="page">
            <wp:posOffset>10328910</wp:posOffset>
          </wp:positionV>
          <wp:extent cx="6731779" cy="292714"/>
          <wp:effectExtent l="0" t="0" r="0" b="0"/>
          <wp:wrapNone/>
          <wp:docPr id="92757970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57970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779" cy="2927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B670D9" w14:textId="77777777" w:rsidR="00992D96" w:rsidRDefault="00992D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B0486" w14:textId="77777777" w:rsidR="00541F6D" w:rsidRDefault="00541F6D">
      <w:r>
        <w:separator/>
      </w:r>
    </w:p>
  </w:footnote>
  <w:footnote w:type="continuationSeparator" w:id="0">
    <w:p w14:paraId="770A6149" w14:textId="77777777" w:rsidR="00541F6D" w:rsidRDefault="00541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52461" w14:textId="4F579072" w:rsidR="00992D96" w:rsidRDefault="00992D96">
    <w:pPr>
      <w:pStyle w:val="Header"/>
    </w:pPr>
    <w:r>
      <w:rPr>
        <w:noProof/>
      </w:rPr>
      <w:drawing>
        <wp:anchor distT="0" distB="0" distL="114300" distR="114300" simplePos="0" relativeHeight="251649024" behindDoc="1" locked="0" layoutInCell="1" allowOverlap="1" wp14:anchorId="2A8AEC40" wp14:editId="1487718E">
          <wp:simplePos x="0" y="0"/>
          <wp:positionH relativeFrom="margin">
            <wp:posOffset>2265680</wp:posOffset>
          </wp:positionH>
          <wp:positionV relativeFrom="page">
            <wp:posOffset>200025</wp:posOffset>
          </wp:positionV>
          <wp:extent cx="1473835" cy="595630"/>
          <wp:effectExtent l="0" t="0" r="0" b="0"/>
          <wp:wrapNone/>
          <wp:docPr id="14063372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33726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73835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4E27ECBF" wp14:editId="7E2CB778">
          <wp:simplePos x="0" y="0"/>
          <wp:positionH relativeFrom="margin">
            <wp:posOffset>-238125</wp:posOffset>
          </wp:positionH>
          <wp:positionV relativeFrom="page">
            <wp:posOffset>495935</wp:posOffset>
          </wp:positionV>
          <wp:extent cx="2287905" cy="76200"/>
          <wp:effectExtent l="0" t="0" r="0" b="0"/>
          <wp:wrapNone/>
          <wp:docPr id="111079362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7905" cy="7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600" behindDoc="1" locked="0" layoutInCell="1" allowOverlap="1" wp14:anchorId="0F4B7A3B" wp14:editId="0C99AA73">
          <wp:simplePos x="0" y="0"/>
          <wp:positionH relativeFrom="margin">
            <wp:posOffset>3954780</wp:posOffset>
          </wp:positionH>
          <wp:positionV relativeFrom="page">
            <wp:posOffset>505460</wp:posOffset>
          </wp:positionV>
          <wp:extent cx="2287905" cy="76200"/>
          <wp:effectExtent l="0" t="0" r="0" b="0"/>
          <wp:wrapNone/>
          <wp:docPr id="108860429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7905" cy="7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B150B6" w14:textId="4558CE56" w:rsidR="00992D96" w:rsidRDefault="00992D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6063C"/>
    <w:rsid w:val="0015074B"/>
    <w:rsid w:val="00200236"/>
    <w:rsid w:val="0029639D"/>
    <w:rsid w:val="00326F90"/>
    <w:rsid w:val="00343BBA"/>
    <w:rsid w:val="00377113"/>
    <w:rsid w:val="00541F6D"/>
    <w:rsid w:val="006C103E"/>
    <w:rsid w:val="007852D9"/>
    <w:rsid w:val="00992D96"/>
    <w:rsid w:val="00AA1D8D"/>
    <w:rsid w:val="00B47730"/>
    <w:rsid w:val="00CB0664"/>
    <w:rsid w:val="00CD60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Primaria  Vatra Dornej</cp:lastModifiedBy>
  <cp:revision>2</cp:revision>
  <dcterms:created xsi:type="dcterms:W3CDTF">2026-09-29T09:38:00Z</dcterms:created>
  <dcterms:modified xsi:type="dcterms:W3CDTF">2026-09-29T09:38:00Z</dcterms:modified>
  <cp:category/>
</cp:coreProperties>
</file>