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8F5F7" w14:textId="77777777" w:rsidR="00C83C33" w:rsidRDefault="00C83C33">
      <w:pPr>
        <w:spacing w:after="160"/>
        <w:jc w:val="both"/>
        <w:rPr>
          <w:b/>
          <w:sz w:val="17"/>
        </w:rPr>
      </w:pPr>
    </w:p>
    <w:p w14:paraId="751A2F39" w14:textId="317075B5" w:rsidR="00D06E85" w:rsidRDefault="00000000">
      <w:pPr>
        <w:spacing w:after="160"/>
        <w:jc w:val="both"/>
      </w:pPr>
      <w:proofErr w:type="spellStart"/>
      <w:r>
        <w:rPr>
          <w:b/>
          <w:sz w:val="17"/>
        </w:rPr>
        <w:t>Declarația</w:t>
      </w:r>
      <w:proofErr w:type="spellEnd"/>
      <w:r>
        <w:rPr>
          <w:b/>
          <w:sz w:val="17"/>
        </w:rPr>
        <w:t xml:space="preserve"> pe propria </w:t>
      </w:r>
      <w:proofErr w:type="spellStart"/>
      <w:r>
        <w:rPr>
          <w:b/>
          <w:sz w:val="17"/>
        </w:rPr>
        <w:t>răspundere</w:t>
      </w:r>
      <w:proofErr w:type="spellEnd"/>
      <w:r>
        <w:rPr>
          <w:b/>
          <w:sz w:val="17"/>
        </w:rPr>
        <w:t xml:space="preserve"> care se depune conform prevederilor art. 93 alin. (4), art. 262 alin. (1) lit. m) și art. 269 alin. (16) din Legea nr. 169/2026 privind Codul Amenajării Teritoriului, Urbanismului și Construcțiilor</w:t>
      </w:r>
    </w:p>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gramStart"/>
      <w:r w:rsidRPr="00F146C8">
        <w:rPr>
          <w:sz w:val="19"/>
          <w:lang w:val="fr-FR"/>
        </w:rPr>
        <w:t>prin</w:t>
      </w:r>
      <w:proofErr w:type="gram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proofErr w:type="gramStart"/>
            <w:r w:rsidRPr="00F146C8">
              <w:rPr>
                <w:sz w:val="16"/>
                <w:lang w:val="fr-FR"/>
              </w:rPr>
              <w:t>denumirea</w:t>
            </w:r>
            <w:proofErr w:type="spellEnd"/>
            <w:r w:rsidRPr="00F146C8">
              <w:rPr>
                <w:sz w:val="16"/>
                <w:lang w:val="fr-FR"/>
              </w:rPr>
              <w:t>:</w:t>
            </w:r>
            <w:proofErr w:type="gramEnd"/>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proofErr w:type="gramStart"/>
            <w:r w:rsidRPr="00F146C8">
              <w:rPr>
                <w:b/>
                <w:color w:val="0D5F78"/>
                <w:lang w:val="fr-FR"/>
              </w:rPr>
              <w:t>în</w:t>
            </w:r>
            <w:proofErr w:type="spellEnd"/>
            <w:proofErr w:type="gram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proofErr w:type="gramStart"/>
            <w:r w:rsidRPr="00F146C8">
              <w:rPr>
                <w:lang w:val="fr-FR"/>
              </w:rPr>
              <w:t>pentru</w:t>
            </w:r>
            <w:proofErr w:type="spellEnd"/>
            <w:r w:rsidRPr="00F146C8">
              <w:rPr>
                <w:lang w:val="fr-FR"/>
              </w:rPr>
              <w:t>:</w:t>
            </w:r>
            <w:proofErr w:type="gramEnd"/>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proofErr w:type="gramStart"/>
            <w:r w:rsidRPr="00F146C8">
              <w:rPr>
                <w:b/>
                <w:color w:val="0D5F78"/>
                <w:lang w:val="fr-FR"/>
              </w:rPr>
              <w:t>depunere</w:t>
            </w:r>
            <w:proofErr w:type="spellEnd"/>
            <w:proofErr w:type="gram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w:t>
            </w:r>
            <w:proofErr w:type="gramStart"/>
            <w:r>
              <w:t>a</w:t>
            </w:r>
            <w:proofErr w:type="gramEnd"/>
            <w:r>
              <w:t xml:space="preserve">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C83C33">
      <w:headerReference w:type="default" r:id="rId8"/>
      <w:footerReference w:type="default" r:id="rId9"/>
      <w:pgSz w:w="11906" w:h="16838"/>
      <w:pgMar w:top="1276" w:right="1134" w:bottom="454" w:left="1134" w:header="720" w:footer="6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89CA2" w14:textId="77777777" w:rsidR="00B86573" w:rsidRDefault="00B86573">
      <w:r>
        <w:separator/>
      </w:r>
    </w:p>
  </w:endnote>
  <w:endnote w:type="continuationSeparator" w:id="0">
    <w:p w14:paraId="7F09CE35" w14:textId="77777777" w:rsidR="00B86573" w:rsidRDefault="00B86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DC1B" w14:textId="0B5E4086" w:rsidR="00C83C33" w:rsidRDefault="00C83C33">
    <w:pPr>
      <w:pStyle w:val="Footer"/>
    </w:pPr>
    <w:r>
      <w:rPr>
        <w:noProof/>
      </w:rPr>
      <w:drawing>
        <wp:anchor distT="0" distB="0" distL="114300" distR="114300" simplePos="0" relativeHeight="251628032" behindDoc="1" locked="0" layoutInCell="1" allowOverlap="1" wp14:anchorId="64798C7B" wp14:editId="260F37DB">
          <wp:simplePos x="0" y="0"/>
          <wp:positionH relativeFrom="margin">
            <wp:posOffset>0</wp:posOffset>
          </wp:positionH>
          <wp:positionV relativeFrom="page">
            <wp:posOffset>10060940</wp:posOffset>
          </wp:positionV>
          <wp:extent cx="6731779" cy="292714"/>
          <wp:effectExtent l="0" t="0" r="0" b="0"/>
          <wp:wrapNone/>
          <wp:docPr id="6802660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797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6731779" cy="292714"/>
                  </a:xfrm>
                  <a:prstGeom prst="rect">
                    <a:avLst/>
                  </a:prstGeom>
                </pic:spPr>
              </pic:pic>
            </a:graphicData>
          </a:graphic>
          <wp14:sizeRelH relativeFrom="margin">
            <wp14:pctWidth>0</wp14:pctWidth>
          </wp14:sizeRelH>
          <wp14:sizeRelV relativeFrom="margin">
            <wp14:pctHeight>0</wp14:pctHeight>
          </wp14:sizeRelV>
        </wp:anchor>
      </w:drawing>
    </w:r>
  </w:p>
  <w:p w14:paraId="2F475A6B" w14:textId="77777777" w:rsidR="00C83C33" w:rsidRDefault="00C83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A20E3" w14:textId="77777777" w:rsidR="00B86573" w:rsidRDefault="00B86573">
      <w:r>
        <w:separator/>
      </w:r>
    </w:p>
  </w:footnote>
  <w:footnote w:type="continuationSeparator" w:id="0">
    <w:p w14:paraId="3F1A4C26" w14:textId="77777777" w:rsidR="00B86573" w:rsidRDefault="00B86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F8BD" w14:textId="4978A5CC" w:rsidR="00C83C33" w:rsidRDefault="00C83C33">
    <w:pPr>
      <w:pStyle w:val="Header"/>
    </w:pPr>
    <w:r>
      <w:rPr>
        <w:noProof/>
      </w:rPr>
      <w:drawing>
        <wp:anchor distT="0" distB="0" distL="114300" distR="114300" simplePos="0" relativeHeight="251649536" behindDoc="1" locked="0" layoutInCell="1" allowOverlap="1" wp14:anchorId="205FCBA9" wp14:editId="79EBD7E6">
          <wp:simplePos x="0" y="0"/>
          <wp:positionH relativeFrom="margin">
            <wp:posOffset>2322830</wp:posOffset>
          </wp:positionH>
          <wp:positionV relativeFrom="page">
            <wp:posOffset>123825</wp:posOffset>
          </wp:positionV>
          <wp:extent cx="1473835" cy="595630"/>
          <wp:effectExtent l="0" t="0" r="0" b="0"/>
          <wp:wrapNone/>
          <wp:docPr id="154612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3726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3835" cy="595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1" locked="0" layoutInCell="1" allowOverlap="1" wp14:anchorId="366DA862" wp14:editId="289F14C0">
          <wp:simplePos x="0" y="0"/>
          <wp:positionH relativeFrom="margin">
            <wp:posOffset>-180975</wp:posOffset>
          </wp:positionH>
          <wp:positionV relativeFrom="page">
            <wp:posOffset>419735</wp:posOffset>
          </wp:positionV>
          <wp:extent cx="2287905" cy="76200"/>
          <wp:effectExtent l="0" t="0" r="0" b="0"/>
          <wp:wrapNone/>
          <wp:docPr id="6642577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008" name=""/>
                  <pic:cNvPicPr/>
                </pic:nvPicPr>
                <pic:blipFill>
                  <a:blip r:embed="rId2">
                    <a:extLst>
                      <a:ext uri="{96DAC541-7B7A-43D3-8B79-37D633B846F1}">
                        <asvg:svgBlip xmlns:asvg="http://schemas.microsoft.com/office/drawing/2016/SVG/main" r:embed="rId3"/>
                      </a:ext>
                    </a:extLst>
                  </a:blip>
                  <a:stretch>
                    <a:fillRect/>
                  </a:stretch>
                </pic:blipFill>
                <pic:spPr>
                  <a:xfrm>
                    <a:off x="0" y="0"/>
                    <a:ext cx="2287905" cy="76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448" behindDoc="1" locked="0" layoutInCell="1" allowOverlap="1" wp14:anchorId="11312946" wp14:editId="73B9592D">
          <wp:simplePos x="0" y="0"/>
          <wp:positionH relativeFrom="margin">
            <wp:posOffset>4011930</wp:posOffset>
          </wp:positionH>
          <wp:positionV relativeFrom="page">
            <wp:posOffset>429260</wp:posOffset>
          </wp:positionV>
          <wp:extent cx="2287905" cy="76200"/>
          <wp:effectExtent l="0" t="0" r="0" b="0"/>
          <wp:wrapNone/>
          <wp:docPr id="13756741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008" name=""/>
                  <pic:cNvPicPr/>
                </pic:nvPicPr>
                <pic:blipFill>
                  <a:blip r:embed="rId2">
                    <a:extLst>
                      <a:ext uri="{96DAC541-7B7A-43D3-8B79-37D633B846F1}">
                        <asvg:svgBlip xmlns:asvg="http://schemas.microsoft.com/office/drawing/2016/SVG/main" r:embed="rId3"/>
                      </a:ext>
                    </a:extLst>
                  </a:blip>
                  <a:stretch>
                    <a:fillRect/>
                  </a:stretch>
                </pic:blipFill>
                <pic:spPr>
                  <a:xfrm>
                    <a:off x="0" y="0"/>
                    <a:ext cx="2287905" cy="76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4DBA"/>
    <w:rsid w:val="006C103E"/>
    <w:rsid w:val="007852D9"/>
    <w:rsid w:val="00AA1D8D"/>
    <w:rsid w:val="00B23FEC"/>
    <w:rsid w:val="00B47730"/>
    <w:rsid w:val="00B86573"/>
    <w:rsid w:val="00C83C33"/>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Primaria  Vatra Dornej</cp:lastModifiedBy>
  <cp:revision>2</cp:revision>
  <dcterms:created xsi:type="dcterms:W3CDTF">2026-09-29T11:03:00Z</dcterms:created>
  <dcterms:modified xsi:type="dcterms:W3CDTF">2026-09-29T11:03:00Z</dcterms:modified>
  <cp:category/>
</cp:coreProperties>
</file>