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59F89" w14:textId="77777777" w:rsidR="00281B91" w:rsidRPr="00281B91" w:rsidRDefault="00281B91" w:rsidP="000C2513">
      <w:pPr>
        <w:ind w:left="-709" w:firstLine="709"/>
        <w:rPr>
          <w:sz w:val="18"/>
          <w:szCs w:val="18"/>
        </w:rPr>
      </w:pPr>
      <w:r w:rsidRPr="00281B91">
        <w:rPr>
          <w:sz w:val="18"/>
          <w:szCs w:val="18"/>
        </w:rPr>
        <w:t>REGISTRATURĂ GENERALĂ:</w:t>
      </w:r>
    </w:p>
    <w:p w14:paraId="356636D1" w14:textId="77777777" w:rsidR="00281B91" w:rsidRDefault="00281B91" w:rsidP="00281B91">
      <w:pPr>
        <w:rPr>
          <w:sz w:val="18"/>
          <w:szCs w:val="18"/>
        </w:rPr>
      </w:pPr>
      <w:r w:rsidRPr="00281B91">
        <w:rPr>
          <w:sz w:val="18"/>
          <w:szCs w:val="18"/>
        </w:rPr>
        <w:t xml:space="preserve">NR </w:t>
      </w:r>
      <w:r w:rsidR="002C331D">
        <w:rPr>
          <w:sz w:val="18"/>
          <w:szCs w:val="18"/>
        </w:rPr>
        <w:t xml:space="preserve">  </w:t>
      </w:r>
      <w:r w:rsidRPr="00281B91">
        <w:rPr>
          <w:sz w:val="18"/>
          <w:szCs w:val="18"/>
        </w:rPr>
        <w:t xml:space="preserve"> / DATA </w:t>
      </w:r>
      <w:r w:rsidR="002C331D">
        <w:rPr>
          <w:sz w:val="18"/>
          <w:szCs w:val="18"/>
        </w:rPr>
        <w:t xml:space="preserve"> </w:t>
      </w:r>
    </w:p>
    <w:p w14:paraId="277295B5" w14:textId="77777777" w:rsidR="005E4EDA" w:rsidRDefault="005E4EDA" w:rsidP="00281B91">
      <w:pPr>
        <w:rPr>
          <w:sz w:val="18"/>
          <w:szCs w:val="18"/>
        </w:rPr>
      </w:pPr>
    </w:p>
    <w:p w14:paraId="0D643E85" w14:textId="77777777" w:rsidR="005E4EDA" w:rsidRPr="005E4EDA" w:rsidRDefault="005E4EDA" w:rsidP="00B50DB8">
      <w:pPr>
        <w:jc w:val="center"/>
        <w:rPr>
          <w:sz w:val="18"/>
          <w:szCs w:val="18"/>
        </w:rPr>
      </w:pPr>
      <w:r w:rsidRPr="005E4EDA">
        <w:rPr>
          <w:b/>
          <w:sz w:val="18"/>
          <w:szCs w:val="18"/>
        </w:rPr>
        <w:t>ÎNȘTIINȚARE</w:t>
      </w:r>
    </w:p>
    <w:p w14:paraId="59BF3E1F" w14:textId="77777777" w:rsidR="005E4EDA" w:rsidRPr="005E4EDA" w:rsidRDefault="005E4EDA" w:rsidP="00B50DB8">
      <w:pPr>
        <w:jc w:val="center"/>
        <w:rPr>
          <w:sz w:val="18"/>
          <w:szCs w:val="18"/>
        </w:rPr>
      </w:pPr>
      <w:proofErr w:type="spellStart"/>
      <w:r w:rsidRPr="005E4EDA">
        <w:rPr>
          <w:sz w:val="18"/>
          <w:szCs w:val="18"/>
        </w:rPr>
        <w:t>privind</w:t>
      </w:r>
      <w:proofErr w:type="spellEnd"/>
      <w:r w:rsidRPr="005E4EDA">
        <w:rPr>
          <w:sz w:val="18"/>
          <w:szCs w:val="18"/>
        </w:rPr>
        <w:t xml:space="preserve"> </w:t>
      </w:r>
      <w:proofErr w:type="spellStart"/>
      <w:r w:rsidRPr="005E4EDA">
        <w:rPr>
          <w:sz w:val="18"/>
          <w:szCs w:val="18"/>
        </w:rPr>
        <w:t>începerea</w:t>
      </w:r>
      <w:proofErr w:type="spellEnd"/>
      <w:r w:rsidRPr="005E4EDA">
        <w:rPr>
          <w:sz w:val="18"/>
          <w:szCs w:val="18"/>
        </w:rPr>
        <w:t xml:space="preserve"> </w:t>
      </w:r>
      <w:proofErr w:type="spellStart"/>
      <w:r w:rsidRPr="005E4EDA">
        <w:rPr>
          <w:sz w:val="18"/>
          <w:szCs w:val="18"/>
        </w:rPr>
        <w:t>execuției</w:t>
      </w:r>
      <w:proofErr w:type="spellEnd"/>
      <w:r w:rsidRPr="005E4EDA">
        <w:rPr>
          <w:sz w:val="18"/>
          <w:szCs w:val="18"/>
        </w:rPr>
        <w:t xml:space="preserve"> </w:t>
      </w:r>
      <w:proofErr w:type="spellStart"/>
      <w:r w:rsidRPr="005E4EDA">
        <w:rPr>
          <w:sz w:val="18"/>
          <w:szCs w:val="18"/>
        </w:rPr>
        <w:t>lucrărilor</w:t>
      </w:r>
      <w:proofErr w:type="spellEnd"/>
    </w:p>
    <w:p w14:paraId="18BF01E2" w14:textId="77777777" w:rsidR="005E4EDA" w:rsidRPr="005E4EDA" w:rsidRDefault="005E4EDA" w:rsidP="005E4ED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E4EDA" w:rsidRPr="005E4EDA" w14:paraId="1525F6FE" w14:textId="77777777">
        <w:trPr>
          <w:cantSplit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2B7EDAD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 xml:space="preserve"> 1. CĂTRE</w:t>
            </w:r>
          </w:p>
        </w:tc>
      </w:tr>
      <w:tr w:rsidR="005E4EDA" w:rsidRPr="005E4EDA" w14:paraId="0343C14B" w14:textId="77777777">
        <w:trPr>
          <w:cantSplit/>
          <w:trHeight w:val="510"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C812C89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Instituția</w:t>
            </w:r>
            <w:proofErr w:type="spellEnd"/>
          </w:p>
          <w:p w14:paraId="329681CD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5E4EDA">
              <w:rPr>
                <w:i/>
                <w:sz w:val="18"/>
                <w:szCs w:val="18"/>
                <w:lang w:val="fr-FR"/>
              </w:rPr>
              <w:t>primăria</w:t>
            </w:r>
            <w:proofErr w:type="spellEnd"/>
            <w:proofErr w:type="gramEnd"/>
            <w:r w:rsidRPr="005E4EDA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municipiului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/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orașului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/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comunei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·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primăria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sector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·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consiliul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județean</w:t>
            </w:r>
            <w:proofErr w:type="spellEnd"/>
          </w:p>
          <w:p w14:paraId="52FE5D07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</w:p>
        </w:tc>
      </w:tr>
      <w:tr w:rsidR="005E4EDA" w:rsidRPr="005E4EDA" w14:paraId="164F76B1" w14:textId="77777777">
        <w:trPr>
          <w:cantSplit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95B155D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r w:rsidRPr="005E4EDA">
              <w:rPr>
                <w:sz w:val="18"/>
                <w:szCs w:val="18"/>
                <w:lang w:val="fr-FR"/>
              </w:rPr>
              <w:t>Cererea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va fi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transmisă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către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președintele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consiliului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județean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general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sector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sau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municipiului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/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orașului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/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comunei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după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caz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>.</w:t>
            </w:r>
          </w:p>
        </w:tc>
      </w:tr>
    </w:tbl>
    <w:p w14:paraId="01892FFC" w14:textId="77777777" w:rsidR="005E4EDA" w:rsidRPr="005E4EDA" w:rsidRDefault="005E4EDA" w:rsidP="005E4EDA">
      <w:pPr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5E4EDA" w:rsidRPr="005E4EDA" w14:paraId="0456BDCF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7027532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5E4EDA">
              <w:rPr>
                <w:b/>
                <w:sz w:val="18"/>
                <w:szCs w:val="18"/>
              </w:rPr>
              <w:t>2. SOLICITANTUL</w:t>
            </w:r>
          </w:p>
        </w:tc>
      </w:tr>
      <w:tr w:rsidR="005E4EDA" w:rsidRPr="005E4EDA" w14:paraId="39422AD7" w14:textId="77777777">
        <w:trPr>
          <w:cantSplit/>
          <w:trHeight w:val="510"/>
        </w:trPr>
        <w:tc>
          <w:tcPr>
            <w:tcW w:w="5621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EBC677C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Nume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și </w:t>
            </w:r>
            <w:proofErr w:type="spellStart"/>
            <w:r w:rsidRPr="005E4EDA">
              <w:rPr>
                <w:b/>
                <w:sz w:val="18"/>
                <w:szCs w:val="18"/>
              </w:rPr>
              <w:t>prenume</w:t>
            </w:r>
            <w:proofErr w:type="spellEnd"/>
          </w:p>
          <w:p w14:paraId="6CDAC17F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F3E053C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CNP</w:t>
            </w:r>
          </w:p>
          <w:p w14:paraId="295B93CF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4E30C66A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A724E40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sz w:val="18"/>
                <w:szCs w:val="18"/>
              </w:rPr>
              <w:t xml:space="preserve"> Act de </w:t>
            </w:r>
            <w:proofErr w:type="spellStart"/>
            <w:r w:rsidRPr="005E4EDA">
              <w:rPr>
                <w:sz w:val="18"/>
                <w:szCs w:val="18"/>
              </w:rPr>
              <w:t>identitate</w:t>
            </w:r>
            <w:proofErr w:type="spellEnd"/>
          </w:p>
        </w:tc>
      </w:tr>
      <w:tr w:rsidR="005E4EDA" w:rsidRPr="005E4EDA" w14:paraId="10F452D5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038B031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Seria</w:t>
            </w:r>
          </w:p>
          <w:p w14:paraId="59CC1FEA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6F1453A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Numărul</w:t>
            </w:r>
            <w:proofErr w:type="spellEnd"/>
          </w:p>
          <w:p w14:paraId="70F98727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FC2CF24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Eliberat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de</w:t>
            </w:r>
          </w:p>
          <w:p w14:paraId="5F91682D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85666DA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La data</w:t>
            </w:r>
          </w:p>
          <w:p w14:paraId="55B4B799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7B7705B9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81A7E96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Domiciliul</w:t>
            </w:r>
            <w:proofErr w:type="spellEnd"/>
          </w:p>
        </w:tc>
      </w:tr>
      <w:tr w:rsidR="005E4EDA" w:rsidRPr="005E4EDA" w14:paraId="182B7C53" w14:textId="77777777">
        <w:trPr>
          <w:cantSplit/>
          <w:trHeight w:val="510"/>
        </w:trPr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023841E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Județul</w:t>
            </w:r>
            <w:proofErr w:type="spellEnd"/>
          </w:p>
          <w:p w14:paraId="0D903AC2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12ADF5E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Municipiul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5E4EDA">
              <w:rPr>
                <w:b/>
                <w:sz w:val="18"/>
                <w:szCs w:val="18"/>
              </w:rPr>
              <w:t>orașul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5E4EDA">
              <w:rPr>
                <w:b/>
                <w:sz w:val="18"/>
                <w:szCs w:val="18"/>
              </w:rPr>
              <w:t>comuna</w:t>
            </w:r>
            <w:proofErr w:type="spellEnd"/>
          </w:p>
          <w:p w14:paraId="14C81083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A2E32B4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Satul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5E4EDA">
              <w:rPr>
                <w:b/>
                <w:sz w:val="18"/>
                <w:szCs w:val="18"/>
              </w:rPr>
              <w:t>sectorul</w:t>
            </w:r>
            <w:proofErr w:type="spellEnd"/>
          </w:p>
          <w:p w14:paraId="395BF750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7008545D" w14:textId="77777777">
        <w:trPr>
          <w:cantSplit/>
          <w:trHeight w:val="510"/>
        </w:trPr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74D41D6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Strada</w:t>
            </w:r>
          </w:p>
          <w:p w14:paraId="49E385BC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88E52B7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Nr.</w:t>
            </w:r>
          </w:p>
          <w:p w14:paraId="47081304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BCE66CF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Sc.</w:t>
            </w:r>
          </w:p>
          <w:p w14:paraId="584ACB52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866E480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Et.</w:t>
            </w:r>
          </w:p>
          <w:p w14:paraId="2E58E8EE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3ECB18D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Ap.</w:t>
            </w:r>
          </w:p>
          <w:p w14:paraId="4A6445D0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3D7235E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 xml:space="preserve">Cod </w:t>
            </w:r>
            <w:proofErr w:type="spellStart"/>
            <w:r w:rsidRPr="005E4EDA">
              <w:rPr>
                <w:b/>
                <w:sz w:val="18"/>
                <w:szCs w:val="18"/>
              </w:rPr>
              <w:t>poștal</w:t>
            </w:r>
            <w:proofErr w:type="spellEnd"/>
          </w:p>
          <w:p w14:paraId="6F7488B7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4ADBDD4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Țara</w:t>
            </w:r>
            <w:proofErr w:type="spellEnd"/>
          </w:p>
          <w:p w14:paraId="785856D6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392F233F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A99611C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sz w:val="18"/>
                <w:szCs w:val="18"/>
              </w:rPr>
              <w:t xml:space="preserve"> Date de contact</w:t>
            </w:r>
          </w:p>
        </w:tc>
      </w:tr>
      <w:tr w:rsidR="005E4EDA" w:rsidRPr="005E4EDA" w14:paraId="617707EF" w14:textId="77777777">
        <w:trPr>
          <w:cantSplit/>
          <w:trHeight w:val="510"/>
        </w:trPr>
        <w:tc>
          <w:tcPr>
            <w:tcW w:w="401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0680AF1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Telefon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/ fax</w:t>
            </w:r>
          </w:p>
          <w:p w14:paraId="12789E57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85F1A77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E-mail</w:t>
            </w:r>
          </w:p>
          <w:p w14:paraId="33871D2D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</w:tbl>
    <w:p w14:paraId="2E784BB2" w14:textId="77777777" w:rsidR="005E4EDA" w:rsidRPr="005E4EDA" w:rsidRDefault="005E4EDA" w:rsidP="005E4ED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5E4EDA" w:rsidRPr="005E4EDA" w14:paraId="1288CD35" w14:textId="77777777">
        <w:trPr>
          <w:cantSplit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7FCA668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r w:rsidRPr="005E4EDA">
              <w:rPr>
                <w:b/>
                <w:sz w:val="18"/>
                <w:szCs w:val="18"/>
                <w:lang w:val="fr-FR"/>
              </w:rPr>
              <w:t xml:space="preserve"> 3. TITULAR AL AUTORIZAȚIEI DE CONSTRUIRE / DESFIINȚARE</w:t>
            </w:r>
          </w:p>
        </w:tc>
      </w:tr>
      <w:tr w:rsidR="005E4EDA" w:rsidRPr="005E4EDA" w14:paraId="432EB658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5353389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Nr.</w:t>
            </w:r>
          </w:p>
          <w:p w14:paraId="0506DAFA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30B51E1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Din data</w:t>
            </w:r>
          </w:p>
          <w:p w14:paraId="14511343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55CA1D3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Emisă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de</w:t>
            </w:r>
          </w:p>
          <w:p w14:paraId="4DB8BCC5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58C54D91" w14:textId="77777777">
        <w:trPr>
          <w:cantSplit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2163392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emisă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pentru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executarea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lucrărilor</w:t>
            </w:r>
            <w:proofErr w:type="spellEnd"/>
            <w:r w:rsidRPr="005E4EDA">
              <w:rPr>
                <w:sz w:val="18"/>
                <w:szCs w:val="18"/>
              </w:rPr>
              <w:t xml:space="preserve"> de </w:t>
            </w:r>
            <w:proofErr w:type="spellStart"/>
            <w:r w:rsidRPr="005E4EDA">
              <w:rPr>
                <w:sz w:val="18"/>
                <w:szCs w:val="18"/>
              </w:rPr>
              <w:t>construcții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privind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construirea</w:t>
            </w:r>
            <w:proofErr w:type="spellEnd"/>
            <w:r w:rsidRPr="005E4EDA">
              <w:rPr>
                <w:sz w:val="18"/>
                <w:szCs w:val="18"/>
              </w:rPr>
              <w:t xml:space="preserve"> / </w:t>
            </w:r>
            <w:proofErr w:type="spellStart"/>
            <w:r w:rsidRPr="005E4EDA">
              <w:rPr>
                <w:sz w:val="18"/>
                <w:szCs w:val="18"/>
              </w:rPr>
              <w:t>desființarea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construcțiilor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și</w:t>
            </w:r>
            <w:proofErr w:type="spellEnd"/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amenajărilor</w:t>
            </w:r>
            <w:proofErr w:type="spellEnd"/>
          </w:p>
        </w:tc>
      </w:tr>
      <w:tr w:rsidR="005E4EDA" w:rsidRPr="005E4EDA" w14:paraId="76B99684" w14:textId="77777777">
        <w:trPr>
          <w:cantSplit/>
          <w:trHeight w:val="510"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43D9250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Denumirea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lucrării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capacitatea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și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categoria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lucrări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din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autorizație</w:t>
            </w:r>
            <w:proofErr w:type="spellEnd"/>
          </w:p>
          <w:p w14:paraId="6922CA59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</w:p>
        </w:tc>
      </w:tr>
      <w:tr w:rsidR="005E4EDA" w:rsidRPr="005E4EDA" w14:paraId="6B8DA238" w14:textId="77777777">
        <w:trPr>
          <w:cantSplit/>
          <w:trHeight w:val="510"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8D02C28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în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</w:rPr>
              <w:t>valoare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de (lei)</w:t>
            </w:r>
          </w:p>
          <w:p w14:paraId="753ACB14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</w:tbl>
    <w:p w14:paraId="3395242C" w14:textId="77777777" w:rsidR="005E4EDA" w:rsidRPr="005E4EDA" w:rsidRDefault="005E4EDA" w:rsidP="005E4EDA">
      <w:pPr>
        <w:rPr>
          <w:sz w:val="18"/>
          <w:szCs w:val="18"/>
        </w:rPr>
      </w:pPr>
    </w:p>
    <w:p w14:paraId="7B998020" w14:textId="77777777" w:rsidR="005E4EDA" w:rsidRPr="005E4EDA" w:rsidRDefault="005E4EDA" w:rsidP="005E4EDA">
      <w:pPr>
        <w:rPr>
          <w:sz w:val="18"/>
          <w:szCs w:val="18"/>
        </w:rPr>
      </w:pPr>
      <w:r w:rsidRPr="005E4EDA">
        <w:rPr>
          <w:b/>
          <w:sz w:val="18"/>
          <w:szCs w:val="18"/>
        </w:rPr>
        <w:tab/>
        <w:t>ADUC LA CUNOȘTINȚĂ</w:t>
      </w:r>
      <w:r w:rsidRPr="005E4EDA">
        <w:rPr>
          <w:b/>
          <w:sz w:val="18"/>
          <w:szCs w:val="18"/>
        </w:rPr>
        <w:tab/>
      </w:r>
    </w:p>
    <w:p w14:paraId="4AD54B27" w14:textId="77777777" w:rsidR="005E4EDA" w:rsidRPr="005E4EDA" w:rsidRDefault="005E4EDA" w:rsidP="005E4ED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5E4EDA" w:rsidRPr="005E4EDA" w14:paraId="4A86203B" w14:textId="77777777">
        <w:trPr>
          <w:cantSplit/>
          <w:trHeight w:val="510"/>
        </w:trPr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3B0F700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Că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la data de</w:t>
            </w:r>
          </w:p>
          <w:p w14:paraId="6700A10D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E2F58D9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ora</w:t>
            </w:r>
          </w:p>
          <w:p w14:paraId="1970509B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4D100A3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gramStart"/>
            <w:r w:rsidRPr="005E4EDA">
              <w:rPr>
                <w:b/>
                <w:sz w:val="18"/>
                <w:szCs w:val="18"/>
                <w:lang w:val="fr-FR"/>
              </w:rPr>
              <w:t>vor</w:t>
            </w:r>
            <w:proofErr w:type="gram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începe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lucrările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autorizate</w:t>
            </w:r>
            <w:proofErr w:type="spellEnd"/>
          </w:p>
          <w:p w14:paraId="611214C6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i/>
                <w:sz w:val="18"/>
                <w:szCs w:val="18"/>
              </w:rPr>
              <w:t>pentru</w:t>
            </w:r>
            <w:proofErr w:type="spellEnd"/>
            <w:r w:rsidRPr="005E4EDA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i/>
                <w:sz w:val="18"/>
                <w:szCs w:val="18"/>
              </w:rPr>
              <w:t>imobilul</w:t>
            </w:r>
            <w:proofErr w:type="spellEnd"/>
            <w:r w:rsidRPr="005E4EDA">
              <w:rPr>
                <w:i/>
                <w:sz w:val="18"/>
                <w:szCs w:val="18"/>
              </w:rPr>
              <w:t xml:space="preserve"> de </w:t>
            </w:r>
            <w:proofErr w:type="spellStart"/>
            <w:r w:rsidRPr="005E4EDA">
              <w:rPr>
                <w:i/>
                <w:sz w:val="18"/>
                <w:szCs w:val="18"/>
              </w:rPr>
              <w:t>mai</w:t>
            </w:r>
            <w:proofErr w:type="spellEnd"/>
            <w:r w:rsidRPr="005E4EDA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i/>
                <w:sz w:val="18"/>
                <w:szCs w:val="18"/>
              </w:rPr>
              <w:t>jos</w:t>
            </w:r>
            <w:proofErr w:type="spellEnd"/>
          </w:p>
          <w:p w14:paraId="0DB3EC8A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</w:tbl>
    <w:p w14:paraId="168F56D2" w14:textId="77777777" w:rsidR="005E4EDA" w:rsidRPr="005E4EDA" w:rsidRDefault="005E4EDA" w:rsidP="005E4ED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E4EDA" w:rsidRPr="005E4EDA" w14:paraId="3CF0A6BF" w14:textId="77777777">
        <w:trPr>
          <w:cantSplit/>
        </w:trPr>
        <w:tc>
          <w:tcPr>
            <w:tcW w:w="9636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4027289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 xml:space="preserve"> 4. IMOBILUL</w:t>
            </w:r>
          </w:p>
        </w:tc>
      </w:tr>
      <w:tr w:rsidR="005E4EDA" w:rsidRPr="005E4EDA" w14:paraId="7B471426" w14:textId="77777777">
        <w:trPr>
          <w:cantSplit/>
        </w:trPr>
        <w:tc>
          <w:tcPr>
            <w:tcW w:w="9636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39B0F8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sz w:val="18"/>
                <w:szCs w:val="18"/>
              </w:rPr>
              <w:t xml:space="preserve"> </w:t>
            </w:r>
            <w:r w:rsidRPr="005E4ED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teren</w:t>
            </w:r>
            <w:proofErr w:type="spellEnd"/>
            <w:r w:rsidRPr="005E4EDA">
              <w:rPr>
                <w:sz w:val="18"/>
                <w:szCs w:val="18"/>
              </w:rPr>
              <w:t xml:space="preserve">     </w:t>
            </w:r>
            <w:r w:rsidRPr="005E4ED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5E4EDA">
              <w:rPr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</w:rPr>
              <w:t>construcții</w:t>
            </w:r>
            <w:proofErr w:type="spellEnd"/>
          </w:p>
        </w:tc>
      </w:tr>
      <w:tr w:rsidR="005E4EDA" w:rsidRPr="005E4EDA" w14:paraId="78F9405F" w14:textId="77777777">
        <w:trPr>
          <w:cantSplit/>
          <w:trHeight w:val="510"/>
        </w:trPr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0DCF1F5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Județ</w:t>
            </w:r>
            <w:proofErr w:type="spellEnd"/>
          </w:p>
          <w:p w14:paraId="673B4374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797B84B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Municipiu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5E4EDA">
              <w:rPr>
                <w:b/>
                <w:sz w:val="18"/>
                <w:szCs w:val="18"/>
              </w:rPr>
              <w:t>oraș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5E4EDA">
              <w:rPr>
                <w:b/>
                <w:sz w:val="18"/>
                <w:szCs w:val="18"/>
              </w:rPr>
              <w:t>comună</w:t>
            </w:r>
            <w:proofErr w:type="spellEnd"/>
          </w:p>
          <w:p w14:paraId="4285F874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8994080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Sat / sector</w:t>
            </w:r>
          </w:p>
          <w:p w14:paraId="1A4C377C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2D64BB08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D2782C9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 xml:space="preserve">Cod </w:t>
            </w:r>
            <w:proofErr w:type="spellStart"/>
            <w:r w:rsidRPr="005E4EDA">
              <w:rPr>
                <w:b/>
                <w:sz w:val="18"/>
                <w:szCs w:val="18"/>
              </w:rPr>
              <w:t>poștal</w:t>
            </w:r>
            <w:proofErr w:type="spellEnd"/>
          </w:p>
          <w:p w14:paraId="3FD11FAD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4B914B3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Strada</w:t>
            </w:r>
          </w:p>
          <w:p w14:paraId="5B5C0399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402E5FC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Nr.</w:t>
            </w:r>
          </w:p>
          <w:p w14:paraId="2E3DF9D9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AA6B2B5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Bl. / sc. / et. / ap.</w:t>
            </w:r>
          </w:p>
          <w:p w14:paraId="08227810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  <w:tr w:rsidR="005E4EDA" w:rsidRPr="005E4EDA" w14:paraId="7EB00C8C" w14:textId="77777777">
        <w:trPr>
          <w:cantSplit/>
          <w:trHeight w:val="510"/>
        </w:trPr>
        <w:tc>
          <w:tcPr>
            <w:tcW w:w="562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C67E4BF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r w:rsidRPr="005E4EDA">
              <w:rPr>
                <w:b/>
                <w:sz w:val="18"/>
                <w:szCs w:val="18"/>
                <w:lang w:val="fr-FR"/>
              </w:rPr>
              <w:t>Număr</w:t>
            </w:r>
            <w:proofErr w:type="spellEnd"/>
            <w:r w:rsidRPr="005E4EDA">
              <w:rPr>
                <w:b/>
                <w:sz w:val="18"/>
                <w:szCs w:val="18"/>
                <w:lang w:val="fr-FR"/>
              </w:rPr>
              <w:t xml:space="preserve"> cadastral</w:t>
            </w:r>
          </w:p>
          <w:p w14:paraId="08BF27C4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5E4EDA">
              <w:rPr>
                <w:i/>
                <w:sz w:val="18"/>
                <w:szCs w:val="18"/>
                <w:lang w:val="fr-FR"/>
              </w:rPr>
              <w:t>dacă</w:t>
            </w:r>
            <w:proofErr w:type="spellEnd"/>
            <w:proofErr w:type="gramEnd"/>
            <w:r w:rsidRPr="005E4EDA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imobilul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înscris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i/>
                <w:sz w:val="18"/>
                <w:szCs w:val="18"/>
                <w:lang w:val="fr-FR"/>
              </w:rPr>
              <w:t>în</w:t>
            </w:r>
            <w:proofErr w:type="spellEnd"/>
            <w:r w:rsidRPr="005E4EDA">
              <w:rPr>
                <w:i/>
                <w:sz w:val="18"/>
                <w:szCs w:val="18"/>
                <w:lang w:val="fr-FR"/>
              </w:rPr>
              <w:t xml:space="preserve"> e-Terra</w:t>
            </w:r>
          </w:p>
          <w:p w14:paraId="28653C68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ECB3015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 xml:space="preserve">Carte </w:t>
            </w:r>
            <w:proofErr w:type="spellStart"/>
            <w:r w:rsidRPr="005E4EDA">
              <w:rPr>
                <w:b/>
                <w:sz w:val="18"/>
                <w:szCs w:val="18"/>
              </w:rPr>
              <w:t>funciară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nr.</w:t>
            </w:r>
          </w:p>
          <w:p w14:paraId="64006859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</w:tbl>
    <w:p w14:paraId="42DE5E7B" w14:textId="77777777" w:rsidR="005E4EDA" w:rsidRPr="005E4EDA" w:rsidRDefault="005E4EDA" w:rsidP="005E4ED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5E4EDA" w:rsidRPr="005E4EDA" w14:paraId="66DE6B5A" w14:textId="77777777">
        <w:trPr>
          <w:cantSplit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7DB65D4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 xml:space="preserve"> 5. DATA ȘI SEMNĂTURA</w:t>
            </w:r>
          </w:p>
        </w:tc>
      </w:tr>
      <w:tr w:rsidR="005E4EDA" w:rsidRPr="005E4EDA" w14:paraId="00CD1606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DC946C4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r w:rsidRPr="005E4EDA">
              <w:rPr>
                <w:b/>
                <w:sz w:val="18"/>
                <w:szCs w:val="18"/>
              </w:rPr>
              <w:t>Data</w:t>
            </w:r>
          </w:p>
          <w:p w14:paraId="2DACBCB3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6CFDD4B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Titularul</w:t>
            </w:r>
            <w:proofErr w:type="spellEnd"/>
            <w:r w:rsidRPr="005E4ED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5E4EDA">
              <w:rPr>
                <w:b/>
                <w:sz w:val="18"/>
                <w:szCs w:val="18"/>
              </w:rPr>
              <w:t>autorizației</w:t>
            </w:r>
            <w:proofErr w:type="spellEnd"/>
          </w:p>
          <w:p w14:paraId="7F695DE9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844A16B" w14:textId="77777777" w:rsidR="005E4EDA" w:rsidRPr="005E4EDA" w:rsidRDefault="005E4EDA" w:rsidP="005E4EDA">
            <w:pPr>
              <w:rPr>
                <w:sz w:val="18"/>
                <w:szCs w:val="18"/>
              </w:rPr>
            </w:pPr>
            <w:proofErr w:type="spellStart"/>
            <w:r w:rsidRPr="005E4EDA">
              <w:rPr>
                <w:b/>
                <w:sz w:val="18"/>
                <w:szCs w:val="18"/>
              </w:rPr>
              <w:t>Semnătura</w:t>
            </w:r>
            <w:proofErr w:type="spellEnd"/>
          </w:p>
          <w:p w14:paraId="4BF13D64" w14:textId="77777777" w:rsidR="005E4EDA" w:rsidRPr="005E4EDA" w:rsidRDefault="005E4EDA" w:rsidP="005E4EDA">
            <w:pPr>
              <w:rPr>
                <w:sz w:val="18"/>
                <w:szCs w:val="18"/>
              </w:rPr>
            </w:pPr>
          </w:p>
        </w:tc>
      </w:tr>
    </w:tbl>
    <w:p w14:paraId="56D29ED9" w14:textId="77777777" w:rsidR="005E4EDA" w:rsidRPr="005E4EDA" w:rsidRDefault="005E4EDA" w:rsidP="005E4ED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E4EDA" w:rsidRPr="005E4EDA" w14:paraId="43E468BF" w14:textId="77777777">
        <w:trPr>
          <w:cantSplit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924CD49" w14:textId="77777777" w:rsidR="005E4EDA" w:rsidRPr="005E4EDA" w:rsidRDefault="005E4EDA" w:rsidP="005E4EDA">
            <w:pPr>
              <w:rPr>
                <w:sz w:val="18"/>
                <w:szCs w:val="18"/>
                <w:lang w:val="fr-FR"/>
              </w:rPr>
            </w:pPr>
            <w:proofErr w:type="spellStart"/>
            <w:r w:rsidRPr="005E4EDA">
              <w:rPr>
                <w:sz w:val="18"/>
                <w:szCs w:val="18"/>
                <w:lang w:val="fr-FR"/>
              </w:rPr>
              <w:t>Formularul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anexează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autorizația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de construire /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desființare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în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două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exemplare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Titularul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autorizației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este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obligat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să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păstreze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pe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șantier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un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exemplar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al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acestei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înștiințări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cu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numărul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și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data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înregistrării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autoritatea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E4EDA">
              <w:rPr>
                <w:sz w:val="18"/>
                <w:szCs w:val="18"/>
                <w:lang w:val="fr-FR"/>
              </w:rPr>
              <w:t>emitentă</w:t>
            </w:r>
            <w:proofErr w:type="spellEnd"/>
            <w:r w:rsidRPr="005E4EDA">
              <w:rPr>
                <w:sz w:val="18"/>
                <w:szCs w:val="18"/>
                <w:lang w:val="fr-FR"/>
              </w:rPr>
              <w:t>.</w:t>
            </w:r>
          </w:p>
        </w:tc>
      </w:tr>
    </w:tbl>
    <w:p w14:paraId="1F4CFC4C" w14:textId="77777777" w:rsidR="005E4EDA" w:rsidRDefault="005E4EDA" w:rsidP="00281B91">
      <w:pPr>
        <w:rPr>
          <w:sz w:val="18"/>
          <w:szCs w:val="18"/>
        </w:rPr>
      </w:pPr>
    </w:p>
    <w:sectPr w:rsidR="005E4EDA" w:rsidSect="00473796">
      <w:headerReference w:type="default" r:id="rId8"/>
      <w:footerReference w:type="default" r:id="rId9"/>
      <w:pgSz w:w="11907" w:h="16839" w:code="9"/>
      <w:pgMar w:top="360" w:right="1260" w:bottom="25" w:left="180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90F7" w14:textId="77777777" w:rsidR="00191178" w:rsidRDefault="00191178">
      <w:r>
        <w:separator/>
      </w:r>
    </w:p>
  </w:endnote>
  <w:endnote w:type="continuationSeparator" w:id="0">
    <w:p w14:paraId="1A3A100F" w14:textId="77777777" w:rsidR="00191178" w:rsidRDefault="0019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5CBA" w14:textId="77777777" w:rsidR="005C7A01" w:rsidRDefault="00051DA9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639924C3" wp14:editId="05244A0D">
          <wp:simplePos x="0" y="0"/>
          <wp:positionH relativeFrom="margin">
            <wp:align>center</wp:align>
          </wp:positionH>
          <wp:positionV relativeFrom="page">
            <wp:posOffset>10026650</wp:posOffset>
          </wp:positionV>
          <wp:extent cx="6731779" cy="292714"/>
          <wp:effectExtent l="0" t="0" r="0" b="0"/>
          <wp:wrapNone/>
          <wp:docPr id="6963946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A01">
      <w:rPr>
        <w:color w:val="595959" w:themeColor="text1" w:themeTint="A6"/>
        <w:sz w:val="18"/>
        <w:szCs w:val="18"/>
      </w:rPr>
      <w:ptab w:relativeTo="margin" w:alignment="right" w:leader="none"/>
    </w:r>
  </w:p>
  <w:p w14:paraId="3E8D452E" w14:textId="77777777" w:rsidR="005C7A01" w:rsidRDefault="005C7A01" w:rsidP="00284CF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CA72" w14:textId="77777777" w:rsidR="00191178" w:rsidRDefault="00191178">
      <w:r>
        <w:separator/>
      </w:r>
    </w:p>
  </w:footnote>
  <w:footnote w:type="continuationSeparator" w:id="0">
    <w:p w14:paraId="18FC97C3" w14:textId="77777777" w:rsidR="00191178" w:rsidRDefault="00191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6647" w14:textId="77777777" w:rsidR="008279FA" w:rsidRDefault="008279FA" w:rsidP="00494D7A">
    <w:pPr>
      <w:pStyle w:val="Header"/>
    </w:pPr>
  </w:p>
  <w:p w14:paraId="7717B032" w14:textId="77777777" w:rsidR="00494D7A" w:rsidRDefault="00251F74" w:rsidP="00494D7A">
    <w:pPr>
      <w:pStyle w:val="Header"/>
    </w:pPr>
    <w:r>
      <w:rPr>
        <w:noProof/>
        <w:lang w:val="ro-RO" w:eastAsia="ro-RO"/>
      </w:rPr>
      <w:drawing>
        <wp:anchor distT="0" distB="3048" distL="114300" distR="114300" simplePos="0" relativeHeight="251658752" behindDoc="1" locked="0" layoutInCell="1" allowOverlap="1" wp14:anchorId="5C9ACDB8" wp14:editId="39D2EA67">
          <wp:simplePos x="0" y="0"/>
          <wp:positionH relativeFrom="margin">
            <wp:posOffset>3619500</wp:posOffset>
          </wp:positionH>
          <wp:positionV relativeFrom="page">
            <wp:posOffset>447675</wp:posOffset>
          </wp:positionV>
          <wp:extent cx="2287905" cy="76200"/>
          <wp:effectExtent l="0" t="0" r="0" b="0"/>
          <wp:wrapNone/>
          <wp:docPr id="8269811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3048" distL="114300" distR="114300" simplePos="0" relativeHeight="251657728" behindDoc="1" locked="0" layoutInCell="1" allowOverlap="1" wp14:anchorId="6B775419" wp14:editId="5BE22563">
          <wp:simplePos x="0" y="0"/>
          <wp:positionH relativeFrom="margin">
            <wp:posOffset>-571500</wp:posOffset>
          </wp:positionH>
          <wp:positionV relativeFrom="page">
            <wp:posOffset>447675</wp:posOffset>
          </wp:positionV>
          <wp:extent cx="2287905" cy="85725"/>
          <wp:effectExtent l="0" t="0" r="0" b="9525"/>
          <wp:wrapNone/>
          <wp:docPr id="18059668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6704" behindDoc="1" locked="0" layoutInCell="1" allowOverlap="1" wp14:anchorId="0DC12CCC" wp14:editId="46E03BD1">
          <wp:simplePos x="0" y="0"/>
          <wp:positionH relativeFrom="page">
            <wp:align>center</wp:align>
          </wp:positionH>
          <wp:positionV relativeFrom="page">
            <wp:posOffset>160655</wp:posOffset>
          </wp:positionV>
          <wp:extent cx="1476375" cy="595630"/>
          <wp:effectExtent l="0" t="0" r="9525" b="0"/>
          <wp:wrapNone/>
          <wp:docPr id="159967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5869" w14:textId="77777777" w:rsidR="007E13A0" w:rsidRDefault="007E1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5077D4E"/>
    <w:multiLevelType w:val="hybridMultilevel"/>
    <w:tmpl w:val="0F00E270"/>
    <w:lvl w:ilvl="0" w:tplc="F4E459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93B80"/>
    <w:multiLevelType w:val="hybridMultilevel"/>
    <w:tmpl w:val="C6787CAE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1C744BAF"/>
    <w:multiLevelType w:val="hybridMultilevel"/>
    <w:tmpl w:val="5C30174E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D1F34"/>
    <w:multiLevelType w:val="hybridMultilevel"/>
    <w:tmpl w:val="664E3EE6"/>
    <w:lvl w:ilvl="0" w:tplc="D0363F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3215E"/>
    <w:multiLevelType w:val="multilevel"/>
    <w:tmpl w:val="4970D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F4513"/>
    <w:multiLevelType w:val="hybridMultilevel"/>
    <w:tmpl w:val="8482DE8E"/>
    <w:lvl w:ilvl="0" w:tplc="31FCE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507D24"/>
    <w:multiLevelType w:val="hybridMultilevel"/>
    <w:tmpl w:val="68B44324"/>
    <w:lvl w:ilvl="0" w:tplc="31FCEB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966E98"/>
    <w:multiLevelType w:val="hybridMultilevel"/>
    <w:tmpl w:val="F2EAA318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30766"/>
    <w:multiLevelType w:val="hybridMultilevel"/>
    <w:tmpl w:val="870E8CE6"/>
    <w:lvl w:ilvl="0" w:tplc="5EFA1C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19C2"/>
    <w:multiLevelType w:val="hybridMultilevel"/>
    <w:tmpl w:val="E8163FC6"/>
    <w:lvl w:ilvl="0" w:tplc="7A7C89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70910"/>
    <w:multiLevelType w:val="hybridMultilevel"/>
    <w:tmpl w:val="0CEE5634"/>
    <w:lvl w:ilvl="0" w:tplc="253AA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9324FF"/>
    <w:multiLevelType w:val="hybridMultilevel"/>
    <w:tmpl w:val="EF7AC7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D94CC7"/>
    <w:multiLevelType w:val="hybridMultilevel"/>
    <w:tmpl w:val="4148D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2B12"/>
    <w:multiLevelType w:val="hybridMultilevel"/>
    <w:tmpl w:val="86D4F2E0"/>
    <w:lvl w:ilvl="0" w:tplc="29480A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27" w15:restartNumberingAfterBreak="0">
    <w:nsid w:val="505D50B2"/>
    <w:multiLevelType w:val="hybridMultilevel"/>
    <w:tmpl w:val="6868F1AC"/>
    <w:lvl w:ilvl="0" w:tplc="F754D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54818"/>
    <w:multiLevelType w:val="hybridMultilevel"/>
    <w:tmpl w:val="11DA357C"/>
    <w:lvl w:ilvl="0" w:tplc="99AABB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1A5CDE"/>
    <w:multiLevelType w:val="hybridMultilevel"/>
    <w:tmpl w:val="9D5C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3294C"/>
    <w:multiLevelType w:val="hybridMultilevel"/>
    <w:tmpl w:val="DBC6BD8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F5FB4"/>
    <w:multiLevelType w:val="multilevel"/>
    <w:tmpl w:val="84A2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33" w15:restartNumberingAfterBreak="0">
    <w:nsid w:val="629F4906"/>
    <w:multiLevelType w:val="hybridMultilevel"/>
    <w:tmpl w:val="5ECA0728"/>
    <w:lvl w:ilvl="0" w:tplc="FBF81A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16DFC"/>
    <w:multiLevelType w:val="hybridMultilevel"/>
    <w:tmpl w:val="28D61C7E"/>
    <w:lvl w:ilvl="0" w:tplc="C64C0C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AA78A0"/>
    <w:multiLevelType w:val="hybridMultilevel"/>
    <w:tmpl w:val="F2A2B0FA"/>
    <w:lvl w:ilvl="0" w:tplc="3B34A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E23A1B"/>
    <w:multiLevelType w:val="hybridMultilevel"/>
    <w:tmpl w:val="E42C2972"/>
    <w:lvl w:ilvl="0" w:tplc="259E9B9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9A47DD"/>
    <w:multiLevelType w:val="hybridMultilevel"/>
    <w:tmpl w:val="905EFA1C"/>
    <w:lvl w:ilvl="0" w:tplc="943E85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54CA6"/>
    <w:multiLevelType w:val="hybridMultilevel"/>
    <w:tmpl w:val="86F04CDE"/>
    <w:lvl w:ilvl="0" w:tplc="504A7C64">
      <w:start w:val="5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E71BD6"/>
    <w:multiLevelType w:val="hybridMultilevel"/>
    <w:tmpl w:val="3C26D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5DEC"/>
    <w:multiLevelType w:val="hybridMultilevel"/>
    <w:tmpl w:val="CD1A0108"/>
    <w:lvl w:ilvl="0" w:tplc="826279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298386">
    <w:abstractNumId w:val="9"/>
  </w:num>
  <w:num w:numId="2" w16cid:durableId="400910651">
    <w:abstractNumId w:val="10"/>
  </w:num>
  <w:num w:numId="3" w16cid:durableId="157428649">
    <w:abstractNumId w:val="34"/>
  </w:num>
  <w:num w:numId="4" w16cid:durableId="1829175765">
    <w:abstractNumId w:val="11"/>
  </w:num>
  <w:num w:numId="5" w16cid:durableId="1986858671">
    <w:abstractNumId w:val="22"/>
  </w:num>
  <w:num w:numId="6" w16cid:durableId="1921331436">
    <w:abstractNumId w:val="27"/>
  </w:num>
  <w:num w:numId="7" w16cid:durableId="158620113">
    <w:abstractNumId w:val="40"/>
  </w:num>
  <w:num w:numId="8" w16cid:durableId="1329360230">
    <w:abstractNumId w:val="28"/>
  </w:num>
  <w:num w:numId="9" w16cid:durableId="403255">
    <w:abstractNumId w:val="20"/>
  </w:num>
  <w:num w:numId="10" w16cid:durableId="2084645304">
    <w:abstractNumId w:val="35"/>
  </w:num>
  <w:num w:numId="11" w16cid:durableId="992220276">
    <w:abstractNumId w:val="37"/>
  </w:num>
  <w:num w:numId="12" w16cid:durableId="935357651">
    <w:abstractNumId w:val="33"/>
  </w:num>
  <w:num w:numId="13" w16cid:durableId="1512719976">
    <w:abstractNumId w:val="15"/>
  </w:num>
  <w:num w:numId="14" w16cid:durableId="1710639236">
    <w:abstractNumId w:val="30"/>
  </w:num>
  <w:num w:numId="15" w16cid:durableId="901064266">
    <w:abstractNumId w:val="25"/>
  </w:num>
  <w:num w:numId="16" w16cid:durableId="388263070">
    <w:abstractNumId w:val="17"/>
  </w:num>
  <w:num w:numId="17" w16cid:durableId="1206983030">
    <w:abstractNumId w:val="39"/>
  </w:num>
  <w:num w:numId="18" w16cid:durableId="1190222290">
    <w:abstractNumId w:val="36"/>
  </w:num>
  <w:num w:numId="19" w16cid:durableId="608124398">
    <w:abstractNumId w:val="16"/>
  </w:num>
  <w:num w:numId="20" w16cid:durableId="66465716">
    <w:abstractNumId w:val="23"/>
  </w:num>
  <w:num w:numId="21" w16cid:durableId="1867713525">
    <w:abstractNumId w:val="29"/>
  </w:num>
  <w:num w:numId="22" w16cid:durableId="1748578545">
    <w:abstractNumId w:val="18"/>
  </w:num>
  <w:num w:numId="23" w16cid:durableId="725178736">
    <w:abstractNumId w:val="38"/>
  </w:num>
  <w:num w:numId="24" w16cid:durableId="606734281">
    <w:abstractNumId w:val="31"/>
  </w:num>
  <w:num w:numId="25" w16cid:durableId="343434218">
    <w:abstractNumId w:val="24"/>
  </w:num>
  <w:num w:numId="26" w16cid:durableId="1247302357">
    <w:abstractNumId w:val="12"/>
  </w:num>
  <w:num w:numId="27" w16cid:durableId="2043284873">
    <w:abstractNumId w:val="19"/>
  </w:num>
  <w:num w:numId="28" w16cid:durableId="1811510221">
    <w:abstractNumId w:val="14"/>
  </w:num>
  <w:num w:numId="29" w16cid:durableId="1650941854">
    <w:abstractNumId w:val="21"/>
  </w:num>
  <w:num w:numId="30" w16cid:durableId="1269318169">
    <w:abstractNumId w:val="32"/>
  </w:num>
  <w:num w:numId="31" w16cid:durableId="1894152427">
    <w:abstractNumId w:val="26"/>
  </w:num>
  <w:num w:numId="32" w16cid:durableId="1563909781">
    <w:abstractNumId w:val="8"/>
  </w:num>
  <w:num w:numId="33" w16cid:durableId="942342789">
    <w:abstractNumId w:val="6"/>
  </w:num>
  <w:num w:numId="34" w16cid:durableId="1863546473">
    <w:abstractNumId w:val="5"/>
  </w:num>
  <w:num w:numId="35" w16cid:durableId="680743658">
    <w:abstractNumId w:val="4"/>
  </w:num>
  <w:num w:numId="36" w16cid:durableId="175658675">
    <w:abstractNumId w:val="7"/>
  </w:num>
  <w:num w:numId="37" w16cid:durableId="1893619093">
    <w:abstractNumId w:val="3"/>
  </w:num>
  <w:num w:numId="38" w16cid:durableId="16582175">
    <w:abstractNumId w:val="2"/>
  </w:num>
  <w:num w:numId="39" w16cid:durableId="1667896183">
    <w:abstractNumId w:val="1"/>
  </w:num>
  <w:num w:numId="40" w16cid:durableId="842936293">
    <w:abstractNumId w:val="0"/>
  </w:num>
  <w:num w:numId="41" w16cid:durableId="7562469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50"/>
    <w:rsid w:val="00004F58"/>
    <w:rsid w:val="00051DA9"/>
    <w:rsid w:val="00053580"/>
    <w:rsid w:val="00080348"/>
    <w:rsid w:val="000B1116"/>
    <w:rsid w:val="000B2688"/>
    <w:rsid w:val="000C2513"/>
    <w:rsid w:val="000E5A18"/>
    <w:rsid w:val="001064D9"/>
    <w:rsid w:val="00161595"/>
    <w:rsid w:val="00162EA2"/>
    <w:rsid w:val="00165F13"/>
    <w:rsid w:val="00171346"/>
    <w:rsid w:val="00191178"/>
    <w:rsid w:val="001C11D7"/>
    <w:rsid w:val="001F1916"/>
    <w:rsid w:val="002253A8"/>
    <w:rsid w:val="00250F8B"/>
    <w:rsid w:val="00251F74"/>
    <w:rsid w:val="00281B91"/>
    <w:rsid w:val="00284CF1"/>
    <w:rsid w:val="002C331D"/>
    <w:rsid w:val="002F0E89"/>
    <w:rsid w:val="002F1148"/>
    <w:rsid w:val="002F3FCD"/>
    <w:rsid w:val="003078E8"/>
    <w:rsid w:val="0031676A"/>
    <w:rsid w:val="00331976"/>
    <w:rsid w:val="003559CB"/>
    <w:rsid w:val="003971F9"/>
    <w:rsid w:val="003A376E"/>
    <w:rsid w:val="003B7632"/>
    <w:rsid w:val="004004FD"/>
    <w:rsid w:val="00403BC5"/>
    <w:rsid w:val="00423B95"/>
    <w:rsid w:val="0043485A"/>
    <w:rsid w:val="00444938"/>
    <w:rsid w:val="00473796"/>
    <w:rsid w:val="00481894"/>
    <w:rsid w:val="00494D7A"/>
    <w:rsid w:val="004C6DCB"/>
    <w:rsid w:val="00506082"/>
    <w:rsid w:val="00514664"/>
    <w:rsid w:val="00545489"/>
    <w:rsid w:val="00551271"/>
    <w:rsid w:val="00564FB2"/>
    <w:rsid w:val="005A4AB4"/>
    <w:rsid w:val="005C240A"/>
    <w:rsid w:val="005C6AB7"/>
    <w:rsid w:val="005C7A01"/>
    <w:rsid w:val="005E4EDA"/>
    <w:rsid w:val="005F30D7"/>
    <w:rsid w:val="00614C3A"/>
    <w:rsid w:val="00615149"/>
    <w:rsid w:val="006174B2"/>
    <w:rsid w:val="006374EA"/>
    <w:rsid w:val="0064218D"/>
    <w:rsid w:val="00653854"/>
    <w:rsid w:val="006612A1"/>
    <w:rsid w:val="006614FC"/>
    <w:rsid w:val="00684D3D"/>
    <w:rsid w:val="00696F98"/>
    <w:rsid w:val="006C75B9"/>
    <w:rsid w:val="006D3664"/>
    <w:rsid w:val="006E2EF3"/>
    <w:rsid w:val="007100E7"/>
    <w:rsid w:val="007117C5"/>
    <w:rsid w:val="00757248"/>
    <w:rsid w:val="00761445"/>
    <w:rsid w:val="00766C27"/>
    <w:rsid w:val="00774CEE"/>
    <w:rsid w:val="0079208B"/>
    <w:rsid w:val="007A2909"/>
    <w:rsid w:val="007A314D"/>
    <w:rsid w:val="007A4E0B"/>
    <w:rsid w:val="007B02F7"/>
    <w:rsid w:val="007B5820"/>
    <w:rsid w:val="007E13A0"/>
    <w:rsid w:val="008279FA"/>
    <w:rsid w:val="00833D81"/>
    <w:rsid w:val="0084119D"/>
    <w:rsid w:val="008B4F5F"/>
    <w:rsid w:val="008B5C43"/>
    <w:rsid w:val="008C273C"/>
    <w:rsid w:val="009131F4"/>
    <w:rsid w:val="009270C1"/>
    <w:rsid w:val="009407B2"/>
    <w:rsid w:val="00940B44"/>
    <w:rsid w:val="00942C1F"/>
    <w:rsid w:val="009461BC"/>
    <w:rsid w:val="00950010"/>
    <w:rsid w:val="009573E8"/>
    <w:rsid w:val="0097724A"/>
    <w:rsid w:val="00986E0A"/>
    <w:rsid w:val="00987C28"/>
    <w:rsid w:val="00991F3B"/>
    <w:rsid w:val="009B5A8F"/>
    <w:rsid w:val="009B5B95"/>
    <w:rsid w:val="009E0A6C"/>
    <w:rsid w:val="009E2467"/>
    <w:rsid w:val="009E5AF2"/>
    <w:rsid w:val="00A17B77"/>
    <w:rsid w:val="00A22AEF"/>
    <w:rsid w:val="00A36086"/>
    <w:rsid w:val="00A44085"/>
    <w:rsid w:val="00A70D26"/>
    <w:rsid w:val="00A91C03"/>
    <w:rsid w:val="00AD594D"/>
    <w:rsid w:val="00AE7610"/>
    <w:rsid w:val="00AF193F"/>
    <w:rsid w:val="00B10CB6"/>
    <w:rsid w:val="00B21D70"/>
    <w:rsid w:val="00B22A78"/>
    <w:rsid w:val="00B317F3"/>
    <w:rsid w:val="00B50DB8"/>
    <w:rsid w:val="00B81EA8"/>
    <w:rsid w:val="00B84DF3"/>
    <w:rsid w:val="00BB4510"/>
    <w:rsid w:val="00BC348C"/>
    <w:rsid w:val="00C10EFB"/>
    <w:rsid w:val="00C34C89"/>
    <w:rsid w:val="00C518B2"/>
    <w:rsid w:val="00C669AC"/>
    <w:rsid w:val="00C74D4B"/>
    <w:rsid w:val="00C82674"/>
    <w:rsid w:val="00C83B59"/>
    <w:rsid w:val="00C859C1"/>
    <w:rsid w:val="00C93679"/>
    <w:rsid w:val="00CC0C14"/>
    <w:rsid w:val="00CD7605"/>
    <w:rsid w:val="00CE75C3"/>
    <w:rsid w:val="00CF1C1F"/>
    <w:rsid w:val="00CF4368"/>
    <w:rsid w:val="00D07F7E"/>
    <w:rsid w:val="00D11D51"/>
    <w:rsid w:val="00D8244C"/>
    <w:rsid w:val="00D90225"/>
    <w:rsid w:val="00DA1850"/>
    <w:rsid w:val="00DD159E"/>
    <w:rsid w:val="00E15F08"/>
    <w:rsid w:val="00E25BFB"/>
    <w:rsid w:val="00E411AD"/>
    <w:rsid w:val="00E47162"/>
    <w:rsid w:val="00E673CB"/>
    <w:rsid w:val="00EB7AC1"/>
    <w:rsid w:val="00EC6020"/>
    <w:rsid w:val="00F174F1"/>
    <w:rsid w:val="00F73241"/>
    <w:rsid w:val="00F81ADA"/>
    <w:rsid w:val="00F9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C6CBF"/>
  <w15:chartTrackingRefBased/>
  <w15:docId w15:val="{B7FE4D5B-E462-4102-A9E2-7C163272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2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num" w:pos="0"/>
      </w:tabs>
      <w:ind w:left="432" w:hanging="432"/>
      <w:jc w:val="both"/>
      <w:outlineLvl w:val="1"/>
    </w:pPr>
    <w:rPr>
      <w:b/>
      <w:sz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15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deparagrafimplicit1">
    <w:name w:val="Font de paragraf implicit1"/>
  </w:style>
  <w:style w:type="character" w:styleId="Hyperlink">
    <w:name w:val="Hyperlink"/>
    <w:rPr>
      <w:strike w:val="0"/>
      <w:dstrike w:val="0"/>
      <w:color w:val="336390"/>
      <w:u w:val="non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List">
    <w:name w:val="List"/>
    <w:basedOn w:val="BodyText"/>
    <w:uiPriority w:val="99"/>
    <w:rPr>
      <w:rFonts w:cs="Mang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odyTextIndent">
    <w:name w:val="Body Text Indent"/>
    <w:basedOn w:val="Normal"/>
    <w:pPr>
      <w:ind w:firstLine="720"/>
      <w:jc w:val="both"/>
    </w:pPr>
    <w:rPr>
      <w:b/>
      <w:i/>
      <w:sz w:val="28"/>
      <w:lang w:val="ro-RO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ro-RO"/>
    </w:rPr>
  </w:style>
  <w:style w:type="paragraph" w:customStyle="1" w:styleId="pj">
    <w:name w:val="pj"/>
    <w:basedOn w:val="Normal"/>
    <w:pPr>
      <w:suppressAutoHyphens w:val="0"/>
      <w:spacing w:before="45" w:after="45" w:line="360" w:lineRule="atLeast"/>
      <w:ind w:left="45" w:right="45" w:firstLine="75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4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04FD"/>
    <w:rPr>
      <w:rFonts w:ascii="Segoe UI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A9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146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94D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4D7A"/>
    <w:rPr>
      <w:lang w:eastAsia="zh-CN"/>
    </w:rPr>
  </w:style>
  <w:style w:type="character" w:customStyle="1" w:styleId="HeaderChar">
    <w:name w:val="Header Char"/>
    <w:link w:val="Header"/>
    <w:uiPriority w:val="99"/>
    <w:rsid w:val="00494D7A"/>
    <w:rPr>
      <w:lang w:eastAsia="zh-CN"/>
    </w:rPr>
  </w:style>
  <w:style w:type="paragraph" w:styleId="ListParagraph">
    <w:name w:val="List Paragraph"/>
    <w:basedOn w:val="Normal"/>
    <w:uiPriority w:val="34"/>
    <w:qFormat/>
    <w:rsid w:val="00940B44"/>
    <w:pPr>
      <w:suppressAutoHyphens w:val="0"/>
      <w:ind w:left="720"/>
    </w:pPr>
    <w:rPr>
      <w:rFonts w:ascii="Calibri" w:hAnsi="Calibri"/>
      <w:sz w:val="24"/>
      <w:szCs w:val="24"/>
      <w:lang w:val="ro-RO" w:eastAsia="en-US"/>
    </w:rPr>
  </w:style>
  <w:style w:type="paragraph" w:styleId="Title">
    <w:name w:val="Title"/>
    <w:basedOn w:val="Normal"/>
    <w:link w:val="TitleChar"/>
    <w:uiPriority w:val="10"/>
    <w:qFormat/>
    <w:rsid w:val="00051DA9"/>
    <w:pPr>
      <w:widowControl w:val="0"/>
      <w:suppressAutoHyphens w:val="0"/>
      <w:autoSpaceDE w:val="0"/>
      <w:autoSpaceDN w:val="0"/>
      <w:spacing w:before="1"/>
      <w:ind w:left="1346" w:right="1567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DA9"/>
    <w:rPr>
      <w:rFonts w:ascii="Arial" w:eastAsia="Arial" w:hAnsi="Arial" w:cs="Arial"/>
      <w:b/>
      <w:bCs/>
      <w:sz w:val="40"/>
      <w:szCs w:val="40"/>
      <w:lang w:val="en-US" w:eastAsia="en-US"/>
    </w:rPr>
  </w:style>
  <w:style w:type="character" w:customStyle="1" w:styleId="paragraf1">
    <w:name w:val="paragraf1"/>
    <w:rsid w:val="008279FA"/>
    <w:rPr>
      <w:shd w:val="clear" w:color="auto" w:fill="auto"/>
    </w:rPr>
  </w:style>
  <w:style w:type="character" w:customStyle="1" w:styleId="linie1">
    <w:name w:val="linie1"/>
    <w:rsid w:val="008279FA"/>
    <w:rPr>
      <w:b/>
      <w:bCs/>
      <w:color w:val="000000"/>
    </w:rPr>
  </w:style>
  <w:style w:type="character" w:customStyle="1" w:styleId="tabel1">
    <w:name w:val="tabel1"/>
    <w:rsid w:val="008279F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827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279FA"/>
    <w:rPr>
      <w:rFonts w:ascii="Courier New" w:hAnsi="Courier New" w:cs="Courier New"/>
      <w:lang w:val="en-US" w:eastAsia="en-US"/>
    </w:rPr>
  </w:style>
  <w:style w:type="character" w:customStyle="1" w:styleId="nota1">
    <w:name w:val="nota1"/>
    <w:rsid w:val="008279FA"/>
    <w:rPr>
      <w:b/>
      <w:bCs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281B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281B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1B91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Spacing">
    <w:name w:val="No Spacing"/>
    <w:uiPriority w:val="1"/>
    <w:qFormat/>
    <w:rsid w:val="00A70D26"/>
    <w:pPr>
      <w:suppressAutoHyphens/>
    </w:pPr>
    <w:rPr>
      <w:lang w:val="en-US" w:eastAsia="zh-CN"/>
    </w:rPr>
  </w:style>
  <w:style w:type="character" w:customStyle="1" w:styleId="tpa1">
    <w:name w:val="tpa1"/>
    <w:basedOn w:val="DefaultParagraphFont"/>
    <w:rsid w:val="00EB7AC1"/>
  </w:style>
  <w:style w:type="character" w:customStyle="1" w:styleId="li1">
    <w:name w:val="li1"/>
    <w:rsid w:val="00EB7AC1"/>
    <w:rPr>
      <w:b/>
      <w:bCs/>
      <w:color w:val="8F0000"/>
    </w:rPr>
  </w:style>
  <w:style w:type="character" w:customStyle="1" w:styleId="tli1">
    <w:name w:val="tli1"/>
    <w:basedOn w:val="DefaultParagraphFont"/>
    <w:rsid w:val="00EB7AC1"/>
  </w:style>
  <w:style w:type="character" w:customStyle="1" w:styleId="Heading4Char">
    <w:name w:val="Heading 4 Char"/>
    <w:basedOn w:val="DefaultParagraphFont"/>
    <w:link w:val="Heading4"/>
    <w:uiPriority w:val="9"/>
    <w:semiHidden/>
    <w:rsid w:val="000C2513"/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13"/>
    <w:rPr>
      <w:rFonts w:asciiTheme="majorHAnsi" w:eastAsiaTheme="majorEastAsia" w:hAnsiTheme="majorHAnsi" w:cstheme="majorBidi"/>
      <w:color w:val="1F4D78" w:themeColor="accent1" w:themeShade="7F"/>
      <w:sz w:val="15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13"/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13"/>
    <w:rPr>
      <w:rFonts w:asciiTheme="majorHAnsi" w:eastAsiaTheme="majorEastAsia" w:hAnsiTheme="majorHAnsi" w:cstheme="majorBidi"/>
      <w:color w:val="5B9BD5" w:themeColor="accent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2513"/>
    <w:rPr>
      <w:b/>
      <w:sz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C2513"/>
    <w:rPr>
      <w:b/>
      <w:sz w:val="24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13"/>
    <w:pPr>
      <w:numPr>
        <w:ilvl w:val="1"/>
      </w:numPr>
      <w:suppressAutoHyphens w:val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C251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C2513"/>
    <w:rPr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0C2513"/>
    <w:pPr>
      <w:suppressAutoHyphens w:val="0"/>
      <w:spacing w:after="120" w:line="480" w:lineRule="auto"/>
    </w:pPr>
    <w:rPr>
      <w:rFonts w:eastAsiaTheme="minorEastAsia" w:cstheme="minorBidi"/>
      <w:sz w:val="15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C2513"/>
    <w:rPr>
      <w:rFonts w:eastAsiaTheme="minorEastAsia" w:cstheme="minorBidi"/>
      <w:sz w:val="15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C2513"/>
    <w:pPr>
      <w:suppressAutoHyphens w:val="0"/>
      <w:spacing w:after="120"/>
    </w:pPr>
    <w:rPr>
      <w:rFonts w:eastAsiaTheme="minorEastAsia" w:cstheme="minorBid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C2513"/>
    <w:rPr>
      <w:rFonts w:eastAsiaTheme="minorEastAsia" w:cstheme="minorBidi"/>
      <w:sz w:val="16"/>
      <w:szCs w:val="16"/>
      <w:lang w:val="en-US" w:eastAsia="en-US"/>
    </w:rPr>
  </w:style>
  <w:style w:type="paragraph" w:styleId="List2">
    <w:name w:val="List 2"/>
    <w:basedOn w:val="Normal"/>
    <w:uiPriority w:val="99"/>
    <w:unhideWhenUsed/>
    <w:rsid w:val="000C2513"/>
    <w:pPr>
      <w:suppressAutoHyphens w:val="0"/>
      <w:ind w:left="72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3">
    <w:name w:val="List 3"/>
    <w:basedOn w:val="Normal"/>
    <w:uiPriority w:val="99"/>
    <w:unhideWhenUsed/>
    <w:rsid w:val="000C2513"/>
    <w:pPr>
      <w:suppressAutoHyphens w:val="0"/>
      <w:ind w:left="108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C2513"/>
    <w:pPr>
      <w:numPr>
        <w:numId w:val="32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C2513"/>
    <w:pPr>
      <w:numPr>
        <w:numId w:val="33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2513"/>
    <w:pPr>
      <w:numPr>
        <w:numId w:val="34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C2513"/>
    <w:pPr>
      <w:numPr>
        <w:numId w:val="36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2513"/>
    <w:pPr>
      <w:numPr>
        <w:numId w:val="37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2513"/>
    <w:pPr>
      <w:numPr>
        <w:numId w:val="38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0C2513"/>
    <w:pPr>
      <w:suppressAutoHyphens w:val="0"/>
      <w:spacing w:after="120"/>
      <w:ind w:left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2">
    <w:name w:val="List Continue 2"/>
    <w:basedOn w:val="Normal"/>
    <w:uiPriority w:val="99"/>
    <w:unhideWhenUsed/>
    <w:rsid w:val="000C2513"/>
    <w:pPr>
      <w:suppressAutoHyphens w:val="0"/>
      <w:spacing w:after="120"/>
      <w:ind w:left="72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3">
    <w:name w:val="List Continue 3"/>
    <w:basedOn w:val="Normal"/>
    <w:uiPriority w:val="99"/>
    <w:unhideWhenUsed/>
    <w:rsid w:val="000C2513"/>
    <w:pPr>
      <w:suppressAutoHyphens w:val="0"/>
      <w:spacing w:after="120"/>
      <w:ind w:left="108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MacroText">
    <w:name w:val="macro"/>
    <w:link w:val="MacroTextChar"/>
    <w:uiPriority w:val="99"/>
    <w:unhideWhenUsed/>
    <w:rsid w:val="000C25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0C2513"/>
    <w:rPr>
      <w:rFonts w:ascii="Courier" w:eastAsiaTheme="minorEastAsia" w:hAnsi="Courier" w:cstheme="minorBidi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C2513"/>
    <w:pPr>
      <w:suppressAutoHyphens w:val="0"/>
    </w:pPr>
    <w:rPr>
      <w:rFonts w:eastAsiaTheme="minorEastAsia" w:cstheme="minorBidi"/>
      <w:i/>
      <w:iCs/>
      <w:color w:val="000000" w:themeColor="text1"/>
      <w:sz w:val="15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C2513"/>
    <w:rPr>
      <w:rFonts w:eastAsiaTheme="minorEastAsia" w:cstheme="minorBidi"/>
      <w:i/>
      <w:iCs/>
      <w:color w:val="000000" w:themeColor="text1"/>
      <w:sz w:val="15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0C25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13"/>
    <w:pPr>
      <w:pBdr>
        <w:bottom w:val="single" w:sz="4" w:space="4" w:color="5B9BD5" w:themeColor="accent1"/>
      </w:pBdr>
      <w:suppressAutoHyphens w:val="0"/>
      <w:spacing w:before="200" w:after="280"/>
      <w:ind w:left="936" w:right="936"/>
    </w:pPr>
    <w:rPr>
      <w:rFonts w:eastAsiaTheme="minorEastAsia" w:cstheme="minorBidi"/>
      <w:b/>
      <w:bCs/>
      <w:i/>
      <w:iCs/>
      <w:color w:val="5B9BD5" w:themeColor="accent1"/>
      <w:sz w:val="15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13"/>
    <w:rPr>
      <w:rFonts w:eastAsiaTheme="minorEastAsia" w:cstheme="min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C251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C2513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C251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C251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251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2513"/>
    <w:pPr>
      <w:keepLines/>
      <w:numPr>
        <w:numId w:val="0"/>
      </w:numPr>
      <w:suppressAutoHyphens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en-US"/>
    </w:rPr>
  </w:style>
  <w:style w:type="table" w:styleId="LightShading">
    <w:name w:val="Light Shading"/>
    <w:basedOn w:val="TableNormal"/>
    <w:uiPriority w:val="60"/>
    <w:rsid w:val="000C2513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C2513"/>
    <w:rPr>
      <w:rFonts w:asciiTheme="minorHAnsi" w:eastAsiaTheme="minorEastAsia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C2513"/>
    <w:rPr>
      <w:rFonts w:asciiTheme="minorHAnsi" w:eastAsiaTheme="minorEastAsia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C2513"/>
    <w:rPr>
      <w:rFonts w:asciiTheme="minorHAnsi" w:eastAsiaTheme="minorEastAsia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C2513"/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C2513"/>
    <w:rPr>
      <w:rFonts w:asciiTheme="minorHAnsi" w:eastAsiaTheme="minorEastAsia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C2513"/>
    <w:rPr>
      <w:rFonts w:asciiTheme="minorHAnsi" w:eastAsiaTheme="minorEastAsia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6A3D-9643-40AC-BD09-3B164861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1557</CharactersWithSpaces>
  <SharedDoc>false</SharedDoc>
  <HLinks>
    <vt:vector size="6" baseType="variant"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mailto:contact@primariavatradornei.ro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ccc</dc:creator>
  <cp:keywords/>
  <cp:lastModifiedBy>Primaria  Vatra Dornej</cp:lastModifiedBy>
  <cp:revision>3</cp:revision>
  <cp:lastPrinted>2026-02-25T08:53:00Z</cp:lastPrinted>
  <dcterms:created xsi:type="dcterms:W3CDTF">2026-09-23T07:55:00Z</dcterms:created>
  <dcterms:modified xsi:type="dcterms:W3CDTF">2026-09-23T07:56:00Z</dcterms:modified>
</cp:coreProperties>
</file>