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3259F89" w14:textId="77777777" w:rsidR="00281B91" w:rsidRPr="00281B91" w:rsidRDefault="00281B91" w:rsidP="000C2513">
      <w:pPr>
        <w:ind w:left="-709" w:firstLine="709"/>
        <w:rPr>
          <w:sz w:val="18"/>
          <w:szCs w:val="18"/>
        </w:rPr>
      </w:pPr>
      <w:r w:rsidRPr="00281B91">
        <w:rPr>
          <w:sz w:val="18"/>
          <w:szCs w:val="18"/>
        </w:rPr>
        <w:t>REGISTRATURĂ GENERALĂ:</w:t>
      </w:r>
    </w:p>
    <w:p w14:paraId="356636D1" w14:textId="77777777" w:rsidR="00281B91" w:rsidRDefault="00281B91" w:rsidP="00281B91">
      <w:pPr>
        <w:rPr>
          <w:sz w:val="18"/>
          <w:szCs w:val="18"/>
        </w:rPr>
      </w:pPr>
      <w:r w:rsidRPr="00281B91">
        <w:rPr>
          <w:sz w:val="18"/>
          <w:szCs w:val="18"/>
        </w:rPr>
        <w:t xml:space="preserve">NR </w:t>
      </w:r>
      <w:r w:rsidR="002C331D">
        <w:rPr>
          <w:sz w:val="18"/>
          <w:szCs w:val="18"/>
        </w:rPr>
        <w:t xml:space="preserve">  </w:t>
      </w:r>
      <w:r w:rsidRPr="00281B91">
        <w:rPr>
          <w:sz w:val="18"/>
          <w:szCs w:val="18"/>
        </w:rPr>
        <w:t xml:space="preserve"> / DATA </w:t>
      </w:r>
      <w:r w:rsidR="002C331D">
        <w:rPr>
          <w:sz w:val="18"/>
          <w:szCs w:val="18"/>
        </w:rPr>
        <w:t xml:space="preserve"> </w:t>
      </w:r>
    </w:p>
    <w:p w14:paraId="277295B5" w14:textId="77777777" w:rsidR="005E4EDA" w:rsidRDefault="005E4EDA" w:rsidP="00281B91">
      <w:pPr>
        <w:rPr>
          <w:sz w:val="18"/>
          <w:szCs w:val="18"/>
        </w:rPr>
      </w:pPr>
    </w:p>
    <w:p w14:paraId="14A4AB33" w14:textId="77777777" w:rsidR="001B6DCD" w:rsidRPr="00F969E8" w:rsidRDefault="001B6DCD" w:rsidP="00F969E8">
      <w:pPr>
        <w:jc w:val="center"/>
        <w:rPr>
          <w:b/>
          <w:sz w:val="24"/>
          <w:szCs w:val="24"/>
        </w:rPr>
      </w:pPr>
      <w:r w:rsidRPr="00F969E8">
        <w:rPr>
          <w:b/>
          <w:sz w:val="24"/>
          <w:szCs w:val="24"/>
        </w:rPr>
        <w:t>ÎNȘTIINȚARE</w:t>
      </w:r>
    </w:p>
    <w:p w14:paraId="0C488EAF" w14:textId="77777777" w:rsidR="001B6DCD" w:rsidRPr="00F969E8" w:rsidRDefault="001B6DCD" w:rsidP="00F969E8">
      <w:pPr>
        <w:jc w:val="center"/>
        <w:rPr>
          <w:b/>
          <w:sz w:val="24"/>
          <w:szCs w:val="24"/>
        </w:rPr>
      </w:pPr>
      <w:proofErr w:type="spellStart"/>
      <w:r w:rsidRPr="00F969E8">
        <w:rPr>
          <w:b/>
          <w:sz w:val="24"/>
          <w:szCs w:val="24"/>
        </w:rPr>
        <w:t>privind</w:t>
      </w:r>
      <w:proofErr w:type="spellEnd"/>
      <w:r w:rsidRPr="00F969E8">
        <w:rPr>
          <w:b/>
          <w:sz w:val="24"/>
          <w:szCs w:val="24"/>
        </w:rPr>
        <w:t xml:space="preserve"> </w:t>
      </w:r>
      <w:proofErr w:type="spellStart"/>
      <w:r w:rsidRPr="00F969E8">
        <w:rPr>
          <w:b/>
          <w:sz w:val="24"/>
          <w:szCs w:val="24"/>
        </w:rPr>
        <w:t>încheierea</w:t>
      </w:r>
      <w:proofErr w:type="spellEnd"/>
      <w:r w:rsidRPr="00F969E8">
        <w:rPr>
          <w:b/>
          <w:sz w:val="24"/>
          <w:szCs w:val="24"/>
        </w:rPr>
        <w:t xml:space="preserve"> </w:t>
      </w:r>
      <w:proofErr w:type="spellStart"/>
      <w:r w:rsidRPr="00F969E8">
        <w:rPr>
          <w:b/>
          <w:sz w:val="24"/>
          <w:szCs w:val="24"/>
        </w:rPr>
        <w:t>execuției</w:t>
      </w:r>
      <w:proofErr w:type="spellEnd"/>
      <w:r w:rsidRPr="00F969E8">
        <w:rPr>
          <w:b/>
          <w:sz w:val="24"/>
          <w:szCs w:val="24"/>
        </w:rPr>
        <w:t xml:space="preserve"> </w:t>
      </w:r>
      <w:proofErr w:type="spellStart"/>
      <w:r w:rsidRPr="00F969E8">
        <w:rPr>
          <w:b/>
          <w:sz w:val="24"/>
          <w:szCs w:val="24"/>
        </w:rPr>
        <w:t>lucrărilor</w:t>
      </w:r>
      <w:proofErr w:type="spellEnd"/>
    </w:p>
    <w:p w14:paraId="56968A2B" w14:textId="77777777" w:rsidR="001B6DCD" w:rsidRPr="001B6DCD" w:rsidRDefault="001B6DCD" w:rsidP="001B6DCD">
      <w:pPr>
        <w:rPr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B6DCD" w:rsidRPr="001B6DCD" w14:paraId="649656B1" w14:textId="77777777">
        <w:trPr>
          <w:cantSplit/>
        </w:trPr>
        <w:tc>
          <w:tcPr>
            <w:tcW w:w="963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683F6F1B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 xml:space="preserve"> 1. CĂTRE</w:t>
            </w:r>
          </w:p>
        </w:tc>
      </w:tr>
      <w:tr w:rsidR="001B6DCD" w:rsidRPr="001B6DCD" w14:paraId="75BF735D" w14:textId="77777777">
        <w:trPr>
          <w:cantSplit/>
          <w:trHeight w:val="510"/>
        </w:trPr>
        <w:tc>
          <w:tcPr>
            <w:tcW w:w="963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688B61D" w14:textId="77777777" w:rsidR="001B6DCD" w:rsidRPr="001B6DCD" w:rsidRDefault="001B6DCD" w:rsidP="001B6DCD">
            <w:pPr>
              <w:rPr>
                <w:sz w:val="18"/>
                <w:szCs w:val="18"/>
                <w:lang w:val="fr-FR"/>
              </w:rPr>
            </w:pPr>
          </w:p>
        </w:tc>
      </w:tr>
      <w:tr w:rsidR="001B6DCD" w:rsidRPr="001B6DCD" w14:paraId="097A7302" w14:textId="77777777">
        <w:trPr>
          <w:cantSplit/>
        </w:trPr>
        <w:tc>
          <w:tcPr>
            <w:tcW w:w="963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4CB9A84D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proofErr w:type="spellStart"/>
            <w:r w:rsidRPr="001B6DCD">
              <w:rPr>
                <w:sz w:val="18"/>
                <w:szCs w:val="18"/>
              </w:rPr>
              <w:t>Cererea</w:t>
            </w:r>
            <w:proofErr w:type="spellEnd"/>
            <w:r w:rsidRPr="001B6DCD">
              <w:rPr>
                <w:sz w:val="18"/>
                <w:szCs w:val="18"/>
              </w:rPr>
              <w:t xml:space="preserve"> </w:t>
            </w:r>
            <w:proofErr w:type="spellStart"/>
            <w:r w:rsidRPr="001B6DCD">
              <w:rPr>
                <w:sz w:val="18"/>
                <w:szCs w:val="18"/>
              </w:rPr>
              <w:t>va</w:t>
            </w:r>
            <w:proofErr w:type="spellEnd"/>
            <w:r w:rsidRPr="001B6DCD">
              <w:rPr>
                <w:sz w:val="18"/>
                <w:szCs w:val="18"/>
              </w:rPr>
              <w:t xml:space="preserve"> fi </w:t>
            </w:r>
            <w:proofErr w:type="spellStart"/>
            <w:r w:rsidRPr="001B6DCD">
              <w:rPr>
                <w:sz w:val="18"/>
                <w:szCs w:val="18"/>
              </w:rPr>
              <w:t>adresată</w:t>
            </w:r>
            <w:proofErr w:type="spellEnd"/>
            <w:r w:rsidRPr="001B6DCD">
              <w:rPr>
                <w:sz w:val="18"/>
                <w:szCs w:val="18"/>
              </w:rPr>
              <w:t xml:space="preserve"> </w:t>
            </w:r>
            <w:proofErr w:type="spellStart"/>
            <w:r w:rsidRPr="001B6DCD">
              <w:rPr>
                <w:sz w:val="18"/>
                <w:szCs w:val="18"/>
              </w:rPr>
              <w:t>către</w:t>
            </w:r>
            <w:proofErr w:type="spellEnd"/>
            <w:r w:rsidRPr="001B6DCD">
              <w:rPr>
                <w:sz w:val="18"/>
                <w:szCs w:val="18"/>
              </w:rPr>
              <w:t xml:space="preserve"> </w:t>
            </w:r>
            <w:proofErr w:type="spellStart"/>
            <w:r w:rsidRPr="001B6DCD">
              <w:rPr>
                <w:sz w:val="18"/>
                <w:szCs w:val="18"/>
              </w:rPr>
              <w:t>președintele</w:t>
            </w:r>
            <w:proofErr w:type="spellEnd"/>
            <w:r w:rsidRPr="001B6DCD">
              <w:rPr>
                <w:sz w:val="18"/>
                <w:szCs w:val="18"/>
              </w:rPr>
              <w:t xml:space="preserve"> </w:t>
            </w:r>
            <w:proofErr w:type="spellStart"/>
            <w:r w:rsidRPr="001B6DCD">
              <w:rPr>
                <w:sz w:val="18"/>
                <w:szCs w:val="18"/>
              </w:rPr>
              <w:t>consiliului</w:t>
            </w:r>
            <w:proofErr w:type="spellEnd"/>
            <w:r w:rsidRPr="001B6DCD">
              <w:rPr>
                <w:sz w:val="18"/>
                <w:szCs w:val="18"/>
              </w:rPr>
              <w:t xml:space="preserve"> </w:t>
            </w:r>
            <w:proofErr w:type="spellStart"/>
            <w:r w:rsidRPr="001B6DCD">
              <w:rPr>
                <w:sz w:val="18"/>
                <w:szCs w:val="18"/>
              </w:rPr>
              <w:t>județean</w:t>
            </w:r>
            <w:proofErr w:type="spellEnd"/>
            <w:r w:rsidRPr="001B6DCD">
              <w:rPr>
                <w:sz w:val="18"/>
                <w:szCs w:val="18"/>
              </w:rPr>
              <w:t xml:space="preserve">, </w:t>
            </w:r>
            <w:proofErr w:type="spellStart"/>
            <w:r w:rsidRPr="001B6DCD">
              <w:rPr>
                <w:sz w:val="18"/>
                <w:szCs w:val="18"/>
              </w:rPr>
              <w:t>primarul</w:t>
            </w:r>
            <w:proofErr w:type="spellEnd"/>
            <w:r w:rsidRPr="001B6DCD">
              <w:rPr>
                <w:sz w:val="18"/>
                <w:szCs w:val="18"/>
              </w:rPr>
              <w:t xml:space="preserve"> general, </w:t>
            </w:r>
            <w:proofErr w:type="spellStart"/>
            <w:r w:rsidRPr="001B6DCD">
              <w:rPr>
                <w:sz w:val="18"/>
                <w:szCs w:val="18"/>
              </w:rPr>
              <w:t>primarul</w:t>
            </w:r>
            <w:proofErr w:type="spellEnd"/>
            <w:r w:rsidRPr="001B6DCD">
              <w:rPr>
                <w:sz w:val="18"/>
                <w:szCs w:val="18"/>
              </w:rPr>
              <w:t xml:space="preserve"> de sector </w:t>
            </w:r>
            <w:proofErr w:type="spellStart"/>
            <w:r w:rsidRPr="001B6DCD">
              <w:rPr>
                <w:sz w:val="18"/>
                <w:szCs w:val="18"/>
              </w:rPr>
              <w:t>sau</w:t>
            </w:r>
            <w:proofErr w:type="spellEnd"/>
            <w:r w:rsidRPr="001B6DCD">
              <w:rPr>
                <w:sz w:val="18"/>
                <w:szCs w:val="18"/>
              </w:rPr>
              <w:t xml:space="preserve"> </w:t>
            </w:r>
            <w:proofErr w:type="spellStart"/>
            <w:r w:rsidRPr="001B6DCD">
              <w:rPr>
                <w:sz w:val="18"/>
                <w:szCs w:val="18"/>
              </w:rPr>
              <w:t>primarul</w:t>
            </w:r>
            <w:proofErr w:type="spellEnd"/>
            <w:r w:rsidRPr="001B6DCD">
              <w:rPr>
                <w:sz w:val="18"/>
                <w:szCs w:val="18"/>
              </w:rPr>
              <w:t xml:space="preserve"> </w:t>
            </w:r>
            <w:proofErr w:type="spellStart"/>
            <w:r w:rsidRPr="001B6DCD">
              <w:rPr>
                <w:sz w:val="18"/>
                <w:szCs w:val="18"/>
              </w:rPr>
              <w:t>municipiului</w:t>
            </w:r>
            <w:proofErr w:type="spellEnd"/>
            <w:r w:rsidRPr="001B6DCD">
              <w:rPr>
                <w:sz w:val="18"/>
                <w:szCs w:val="18"/>
              </w:rPr>
              <w:t xml:space="preserve"> / </w:t>
            </w:r>
            <w:proofErr w:type="spellStart"/>
            <w:r w:rsidRPr="001B6DCD">
              <w:rPr>
                <w:sz w:val="18"/>
                <w:szCs w:val="18"/>
              </w:rPr>
              <w:t>orașului</w:t>
            </w:r>
            <w:proofErr w:type="spellEnd"/>
            <w:r w:rsidRPr="001B6DCD">
              <w:rPr>
                <w:sz w:val="18"/>
                <w:szCs w:val="18"/>
              </w:rPr>
              <w:t xml:space="preserve"> / </w:t>
            </w:r>
            <w:proofErr w:type="spellStart"/>
            <w:r w:rsidRPr="001B6DCD">
              <w:rPr>
                <w:sz w:val="18"/>
                <w:szCs w:val="18"/>
              </w:rPr>
              <w:t>comunei</w:t>
            </w:r>
            <w:proofErr w:type="spellEnd"/>
            <w:r w:rsidRPr="001B6DCD">
              <w:rPr>
                <w:sz w:val="18"/>
                <w:szCs w:val="18"/>
              </w:rPr>
              <w:t xml:space="preserve">, </w:t>
            </w:r>
            <w:proofErr w:type="spellStart"/>
            <w:r w:rsidRPr="001B6DCD">
              <w:rPr>
                <w:sz w:val="18"/>
                <w:szCs w:val="18"/>
              </w:rPr>
              <w:t>după</w:t>
            </w:r>
            <w:proofErr w:type="spellEnd"/>
            <w:r w:rsidRPr="001B6DCD">
              <w:rPr>
                <w:sz w:val="18"/>
                <w:szCs w:val="18"/>
              </w:rPr>
              <w:t xml:space="preserve"> </w:t>
            </w:r>
            <w:proofErr w:type="spellStart"/>
            <w:r w:rsidRPr="001B6DCD">
              <w:rPr>
                <w:sz w:val="18"/>
                <w:szCs w:val="18"/>
              </w:rPr>
              <w:t>caz</w:t>
            </w:r>
            <w:proofErr w:type="spellEnd"/>
            <w:r w:rsidRPr="001B6DCD">
              <w:rPr>
                <w:sz w:val="18"/>
                <w:szCs w:val="18"/>
              </w:rPr>
              <w:t>.</w:t>
            </w:r>
          </w:p>
        </w:tc>
      </w:tr>
    </w:tbl>
    <w:p w14:paraId="399ACFD2" w14:textId="77777777" w:rsidR="001B6DCD" w:rsidRPr="001B6DCD" w:rsidRDefault="001B6DCD" w:rsidP="001B6DCD">
      <w:pPr>
        <w:rPr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B6DCD" w:rsidRPr="001B6DCD" w14:paraId="02D9EA22" w14:textId="77777777">
        <w:trPr>
          <w:cantSplit/>
        </w:trPr>
        <w:tc>
          <w:tcPr>
            <w:tcW w:w="9636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032378B2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 xml:space="preserve"> 2. SOLICITANTUL</w:t>
            </w:r>
          </w:p>
        </w:tc>
      </w:tr>
      <w:tr w:rsidR="001B6DCD" w:rsidRPr="001B6DCD" w14:paraId="630EDE40" w14:textId="77777777">
        <w:trPr>
          <w:cantSplit/>
          <w:trHeight w:val="510"/>
        </w:trPr>
        <w:tc>
          <w:tcPr>
            <w:tcW w:w="5621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CF7C6EF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proofErr w:type="spellStart"/>
            <w:r w:rsidRPr="001B6DCD">
              <w:rPr>
                <w:b/>
                <w:sz w:val="18"/>
                <w:szCs w:val="18"/>
              </w:rPr>
              <w:t>Nume</w:t>
            </w:r>
            <w:proofErr w:type="spellEnd"/>
            <w:r w:rsidRPr="001B6DCD">
              <w:rPr>
                <w:b/>
                <w:sz w:val="18"/>
                <w:szCs w:val="18"/>
              </w:rPr>
              <w:t xml:space="preserve"> și </w:t>
            </w:r>
            <w:proofErr w:type="spellStart"/>
            <w:r w:rsidRPr="001B6DCD">
              <w:rPr>
                <w:b/>
                <w:sz w:val="18"/>
                <w:szCs w:val="18"/>
              </w:rPr>
              <w:t>prenume</w:t>
            </w:r>
            <w:proofErr w:type="spellEnd"/>
          </w:p>
          <w:p w14:paraId="4897B295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  <w:tc>
          <w:tcPr>
            <w:tcW w:w="401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EAAE8C0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>CNP</w:t>
            </w:r>
          </w:p>
          <w:p w14:paraId="7DAFF9CB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</w:tr>
      <w:tr w:rsidR="001B6DCD" w:rsidRPr="001B6DCD" w14:paraId="2AFF8E7A" w14:textId="77777777">
        <w:trPr>
          <w:cantSplit/>
        </w:trPr>
        <w:tc>
          <w:tcPr>
            <w:tcW w:w="9636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4C7120AE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sz w:val="18"/>
                <w:szCs w:val="18"/>
              </w:rPr>
              <w:t xml:space="preserve"> Act de </w:t>
            </w:r>
            <w:proofErr w:type="spellStart"/>
            <w:r w:rsidRPr="001B6DCD">
              <w:rPr>
                <w:sz w:val="18"/>
                <w:szCs w:val="18"/>
              </w:rPr>
              <w:t>identitate</w:t>
            </w:r>
            <w:proofErr w:type="spellEnd"/>
          </w:p>
        </w:tc>
      </w:tr>
      <w:tr w:rsidR="001B6DCD" w:rsidRPr="001B6DCD" w14:paraId="22988389" w14:textId="77777777">
        <w:trPr>
          <w:cantSplit/>
          <w:trHeight w:val="510"/>
        </w:trPr>
        <w:tc>
          <w:tcPr>
            <w:tcW w:w="16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9099AF0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>Seria</w:t>
            </w:r>
          </w:p>
          <w:p w14:paraId="7089C100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FBE18B4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proofErr w:type="spellStart"/>
            <w:r w:rsidRPr="001B6DCD">
              <w:rPr>
                <w:b/>
                <w:sz w:val="18"/>
                <w:szCs w:val="18"/>
              </w:rPr>
              <w:t>Numărul</w:t>
            </w:r>
            <w:proofErr w:type="spellEnd"/>
          </w:p>
          <w:p w14:paraId="6AC6AD65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2F6ED35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proofErr w:type="spellStart"/>
            <w:r w:rsidRPr="001B6DCD">
              <w:rPr>
                <w:b/>
                <w:sz w:val="18"/>
                <w:szCs w:val="18"/>
              </w:rPr>
              <w:t>Eliberat</w:t>
            </w:r>
            <w:proofErr w:type="spellEnd"/>
            <w:r w:rsidRPr="001B6DCD">
              <w:rPr>
                <w:b/>
                <w:sz w:val="18"/>
                <w:szCs w:val="18"/>
              </w:rPr>
              <w:t xml:space="preserve"> de</w:t>
            </w:r>
          </w:p>
          <w:p w14:paraId="35F6EB49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5CAD31F9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>La data</w:t>
            </w:r>
          </w:p>
          <w:p w14:paraId="7B631138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</w:tr>
      <w:tr w:rsidR="001B6DCD" w:rsidRPr="001B6DCD" w14:paraId="6917D63D" w14:textId="77777777">
        <w:trPr>
          <w:cantSplit/>
        </w:trPr>
        <w:tc>
          <w:tcPr>
            <w:tcW w:w="9636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4FFAF1B7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sz w:val="18"/>
                <w:szCs w:val="18"/>
              </w:rPr>
              <w:t xml:space="preserve"> </w:t>
            </w:r>
            <w:proofErr w:type="spellStart"/>
            <w:r w:rsidRPr="001B6DCD">
              <w:rPr>
                <w:sz w:val="18"/>
                <w:szCs w:val="18"/>
              </w:rPr>
              <w:t>Domiciliul</w:t>
            </w:r>
            <w:proofErr w:type="spellEnd"/>
          </w:p>
        </w:tc>
      </w:tr>
      <w:tr w:rsidR="001B6DCD" w:rsidRPr="001B6DCD" w14:paraId="25D326B2" w14:textId="77777777">
        <w:trPr>
          <w:cantSplit/>
          <w:trHeight w:val="510"/>
        </w:trPr>
        <w:tc>
          <w:tcPr>
            <w:tcW w:w="321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5282DD6B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proofErr w:type="spellStart"/>
            <w:r w:rsidRPr="001B6DCD">
              <w:rPr>
                <w:b/>
                <w:sz w:val="18"/>
                <w:szCs w:val="18"/>
              </w:rPr>
              <w:t>Județul</w:t>
            </w:r>
            <w:proofErr w:type="spellEnd"/>
          </w:p>
          <w:p w14:paraId="017523FF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5F2A41D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proofErr w:type="spellStart"/>
            <w:r w:rsidRPr="001B6DCD">
              <w:rPr>
                <w:b/>
                <w:sz w:val="18"/>
                <w:szCs w:val="18"/>
              </w:rPr>
              <w:t>Municipiul</w:t>
            </w:r>
            <w:proofErr w:type="spellEnd"/>
            <w:r w:rsidRPr="001B6DCD">
              <w:rPr>
                <w:b/>
                <w:sz w:val="18"/>
                <w:szCs w:val="18"/>
              </w:rPr>
              <w:t xml:space="preserve"> / </w:t>
            </w:r>
            <w:proofErr w:type="spellStart"/>
            <w:r w:rsidRPr="001B6DCD">
              <w:rPr>
                <w:b/>
                <w:sz w:val="18"/>
                <w:szCs w:val="18"/>
              </w:rPr>
              <w:t>orașul</w:t>
            </w:r>
            <w:proofErr w:type="spellEnd"/>
            <w:r w:rsidRPr="001B6DCD">
              <w:rPr>
                <w:b/>
                <w:sz w:val="18"/>
                <w:szCs w:val="18"/>
              </w:rPr>
              <w:t xml:space="preserve"> / </w:t>
            </w:r>
            <w:proofErr w:type="spellStart"/>
            <w:r w:rsidRPr="001B6DCD">
              <w:rPr>
                <w:b/>
                <w:sz w:val="18"/>
                <w:szCs w:val="18"/>
              </w:rPr>
              <w:t>comuna</w:t>
            </w:r>
            <w:proofErr w:type="spellEnd"/>
          </w:p>
          <w:p w14:paraId="488EA209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2EB0CC5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proofErr w:type="spellStart"/>
            <w:r w:rsidRPr="001B6DCD">
              <w:rPr>
                <w:b/>
                <w:sz w:val="18"/>
                <w:szCs w:val="18"/>
              </w:rPr>
              <w:t>Satul</w:t>
            </w:r>
            <w:proofErr w:type="spellEnd"/>
            <w:r w:rsidRPr="001B6DCD">
              <w:rPr>
                <w:b/>
                <w:sz w:val="18"/>
                <w:szCs w:val="18"/>
              </w:rPr>
              <w:t xml:space="preserve"> / </w:t>
            </w:r>
            <w:proofErr w:type="spellStart"/>
            <w:r w:rsidRPr="001B6DCD">
              <w:rPr>
                <w:b/>
                <w:sz w:val="18"/>
                <w:szCs w:val="18"/>
              </w:rPr>
              <w:t>sectorul</w:t>
            </w:r>
            <w:proofErr w:type="spellEnd"/>
          </w:p>
          <w:p w14:paraId="2E559F75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</w:tr>
      <w:tr w:rsidR="001B6DCD" w:rsidRPr="001B6DCD" w14:paraId="14F9177C" w14:textId="77777777">
        <w:trPr>
          <w:cantSplit/>
          <w:trHeight w:val="510"/>
        </w:trPr>
        <w:tc>
          <w:tcPr>
            <w:tcW w:w="321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0803050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>Strada</w:t>
            </w:r>
          </w:p>
          <w:p w14:paraId="40CA4900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B5F59F8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>Nr.</w:t>
            </w:r>
          </w:p>
          <w:p w14:paraId="040B5830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4242DBCA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>Sc.</w:t>
            </w:r>
          </w:p>
          <w:p w14:paraId="19F6B09F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7E28E3E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>Et.</w:t>
            </w:r>
          </w:p>
          <w:p w14:paraId="3977A921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EA03134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>Ap.</w:t>
            </w:r>
          </w:p>
          <w:p w14:paraId="228C660B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F3378C7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 xml:space="preserve">Cod </w:t>
            </w:r>
            <w:proofErr w:type="spellStart"/>
            <w:r w:rsidRPr="001B6DCD">
              <w:rPr>
                <w:b/>
                <w:sz w:val="18"/>
                <w:szCs w:val="18"/>
              </w:rPr>
              <w:t>poștal</w:t>
            </w:r>
            <w:proofErr w:type="spellEnd"/>
          </w:p>
          <w:p w14:paraId="74AD60C0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A65ACB2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proofErr w:type="spellStart"/>
            <w:r w:rsidRPr="001B6DCD">
              <w:rPr>
                <w:b/>
                <w:sz w:val="18"/>
                <w:szCs w:val="18"/>
              </w:rPr>
              <w:t>Țara</w:t>
            </w:r>
            <w:proofErr w:type="spellEnd"/>
          </w:p>
          <w:p w14:paraId="699F07BF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</w:tr>
      <w:tr w:rsidR="001B6DCD" w:rsidRPr="001B6DCD" w14:paraId="236DFE51" w14:textId="77777777">
        <w:trPr>
          <w:cantSplit/>
        </w:trPr>
        <w:tc>
          <w:tcPr>
            <w:tcW w:w="9636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306B582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sz w:val="18"/>
                <w:szCs w:val="18"/>
              </w:rPr>
              <w:t xml:space="preserve"> Date de contact</w:t>
            </w:r>
          </w:p>
        </w:tc>
      </w:tr>
      <w:tr w:rsidR="001B6DCD" w:rsidRPr="001B6DCD" w14:paraId="2C68058D" w14:textId="77777777">
        <w:trPr>
          <w:cantSplit/>
          <w:trHeight w:val="510"/>
        </w:trPr>
        <w:tc>
          <w:tcPr>
            <w:tcW w:w="401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4DC224D8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proofErr w:type="spellStart"/>
            <w:r w:rsidRPr="001B6DCD">
              <w:rPr>
                <w:b/>
                <w:sz w:val="18"/>
                <w:szCs w:val="18"/>
              </w:rPr>
              <w:t>Telefon</w:t>
            </w:r>
            <w:proofErr w:type="spellEnd"/>
            <w:r w:rsidRPr="001B6DCD">
              <w:rPr>
                <w:b/>
                <w:sz w:val="18"/>
                <w:szCs w:val="18"/>
              </w:rPr>
              <w:t xml:space="preserve"> / fax</w:t>
            </w:r>
          </w:p>
          <w:p w14:paraId="2C0C4DE2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  <w:tc>
          <w:tcPr>
            <w:tcW w:w="5621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F14A1A7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>E-mail</w:t>
            </w:r>
          </w:p>
          <w:p w14:paraId="058A799C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</w:tr>
    </w:tbl>
    <w:p w14:paraId="2DA9CEB0" w14:textId="77777777" w:rsidR="001B6DCD" w:rsidRPr="001B6DCD" w:rsidRDefault="001B6DCD" w:rsidP="001B6DCD">
      <w:pPr>
        <w:rPr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1B6DCD" w:rsidRPr="001B6DCD" w14:paraId="2F5E0F9C" w14:textId="77777777">
        <w:trPr>
          <w:cantSplit/>
        </w:trPr>
        <w:tc>
          <w:tcPr>
            <w:tcW w:w="963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666AEEF5" w14:textId="77777777" w:rsidR="001B6DCD" w:rsidRPr="001B6DCD" w:rsidRDefault="001B6DCD" w:rsidP="001B6DCD">
            <w:pPr>
              <w:rPr>
                <w:sz w:val="18"/>
                <w:szCs w:val="18"/>
                <w:lang w:val="fr-FR"/>
              </w:rPr>
            </w:pPr>
            <w:r w:rsidRPr="001B6DCD">
              <w:rPr>
                <w:b/>
                <w:sz w:val="18"/>
                <w:szCs w:val="18"/>
                <w:lang w:val="fr-FR"/>
              </w:rPr>
              <w:t xml:space="preserve"> 3. TITULAR AL AUTORIZAȚIEI DE CONSTRUIRE / DESFIINȚARE</w:t>
            </w:r>
          </w:p>
        </w:tc>
      </w:tr>
      <w:tr w:rsidR="001B6DCD" w:rsidRPr="001B6DCD" w14:paraId="12ED6D21" w14:textId="77777777">
        <w:trPr>
          <w:cantSplit/>
          <w:trHeight w:val="510"/>
        </w:trPr>
        <w:tc>
          <w:tcPr>
            <w:tcW w:w="16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4689AF02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>Nr.</w:t>
            </w:r>
          </w:p>
          <w:p w14:paraId="2B0BC9AD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E44C58A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>Din data</w:t>
            </w:r>
          </w:p>
          <w:p w14:paraId="2F5B3B37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  <w:tc>
          <w:tcPr>
            <w:tcW w:w="5621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59FB7F07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proofErr w:type="spellStart"/>
            <w:r w:rsidRPr="001B6DCD">
              <w:rPr>
                <w:b/>
                <w:sz w:val="18"/>
                <w:szCs w:val="18"/>
              </w:rPr>
              <w:t>Emisă</w:t>
            </w:r>
            <w:proofErr w:type="spellEnd"/>
            <w:r w:rsidRPr="001B6DCD">
              <w:rPr>
                <w:b/>
                <w:sz w:val="18"/>
                <w:szCs w:val="18"/>
              </w:rPr>
              <w:t xml:space="preserve"> de</w:t>
            </w:r>
          </w:p>
          <w:p w14:paraId="2045056A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</w:tr>
      <w:tr w:rsidR="001B6DCD" w:rsidRPr="001B6DCD" w14:paraId="0BD45FC5" w14:textId="77777777">
        <w:trPr>
          <w:cantSplit/>
        </w:trPr>
        <w:tc>
          <w:tcPr>
            <w:tcW w:w="963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980589D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sz w:val="18"/>
                <w:szCs w:val="18"/>
              </w:rPr>
              <w:t xml:space="preserve"> </w:t>
            </w:r>
            <w:proofErr w:type="spellStart"/>
            <w:r w:rsidRPr="001B6DCD">
              <w:rPr>
                <w:sz w:val="18"/>
                <w:szCs w:val="18"/>
              </w:rPr>
              <w:t>emisă</w:t>
            </w:r>
            <w:proofErr w:type="spellEnd"/>
            <w:r w:rsidRPr="001B6DCD">
              <w:rPr>
                <w:sz w:val="18"/>
                <w:szCs w:val="18"/>
              </w:rPr>
              <w:t xml:space="preserve"> </w:t>
            </w:r>
            <w:proofErr w:type="spellStart"/>
            <w:r w:rsidRPr="001B6DCD">
              <w:rPr>
                <w:sz w:val="18"/>
                <w:szCs w:val="18"/>
              </w:rPr>
              <w:t>pentru</w:t>
            </w:r>
            <w:proofErr w:type="spellEnd"/>
            <w:r w:rsidRPr="001B6DCD">
              <w:rPr>
                <w:sz w:val="18"/>
                <w:szCs w:val="18"/>
              </w:rPr>
              <w:t xml:space="preserve"> </w:t>
            </w:r>
            <w:proofErr w:type="spellStart"/>
            <w:r w:rsidRPr="001B6DCD">
              <w:rPr>
                <w:sz w:val="18"/>
                <w:szCs w:val="18"/>
              </w:rPr>
              <w:t>executarea</w:t>
            </w:r>
            <w:proofErr w:type="spellEnd"/>
            <w:r w:rsidRPr="001B6DCD">
              <w:rPr>
                <w:sz w:val="18"/>
                <w:szCs w:val="18"/>
              </w:rPr>
              <w:t xml:space="preserve"> </w:t>
            </w:r>
            <w:proofErr w:type="spellStart"/>
            <w:r w:rsidRPr="001B6DCD">
              <w:rPr>
                <w:sz w:val="18"/>
                <w:szCs w:val="18"/>
              </w:rPr>
              <w:t>lucrărilor</w:t>
            </w:r>
            <w:proofErr w:type="spellEnd"/>
            <w:r w:rsidRPr="001B6DCD">
              <w:rPr>
                <w:sz w:val="18"/>
                <w:szCs w:val="18"/>
              </w:rPr>
              <w:t xml:space="preserve"> de </w:t>
            </w:r>
            <w:proofErr w:type="spellStart"/>
            <w:r w:rsidRPr="001B6DCD">
              <w:rPr>
                <w:sz w:val="18"/>
                <w:szCs w:val="18"/>
              </w:rPr>
              <w:t>construcții</w:t>
            </w:r>
            <w:proofErr w:type="spellEnd"/>
            <w:r w:rsidRPr="001B6DCD">
              <w:rPr>
                <w:sz w:val="18"/>
                <w:szCs w:val="18"/>
              </w:rPr>
              <w:t xml:space="preserve"> </w:t>
            </w:r>
            <w:proofErr w:type="spellStart"/>
            <w:r w:rsidRPr="001B6DCD">
              <w:rPr>
                <w:sz w:val="18"/>
                <w:szCs w:val="18"/>
              </w:rPr>
              <w:t>privind</w:t>
            </w:r>
            <w:proofErr w:type="spellEnd"/>
            <w:r w:rsidRPr="001B6DCD">
              <w:rPr>
                <w:sz w:val="18"/>
                <w:szCs w:val="18"/>
              </w:rPr>
              <w:t xml:space="preserve"> </w:t>
            </w:r>
            <w:proofErr w:type="spellStart"/>
            <w:r w:rsidRPr="001B6DCD">
              <w:rPr>
                <w:sz w:val="18"/>
                <w:szCs w:val="18"/>
              </w:rPr>
              <w:t>construirea</w:t>
            </w:r>
            <w:proofErr w:type="spellEnd"/>
            <w:r w:rsidRPr="001B6DCD">
              <w:rPr>
                <w:sz w:val="18"/>
                <w:szCs w:val="18"/>
              </w:rPr>
              <w:t xml:space="preserve"> / </w:t>
            </w:r>
            <w:proofErr w:type="spellStart"/>
            <w:r w:rsidRPr="001B6DCD">
              <w:rPr>
                <w:sz w:val="18"/>
                <w:szCs w:val="18"/>
              </w:rPr>
              <w:t>desființarea</w:t>
            </w:r>
            <w:proofErr w:type="spellEnd"/>
            <w:r w:rsidRPr="001B6DCD">
              <w:rPr>
                <w:sz w:val="18"/>
                <w:szCs w:val="18"/>
              </w:rPr>
              <w:t xml:space="preserve"> </w:t>
            </w:r>
            <w:proofErr w:type="spellStart"/>
            <w:r w:rsidRPr="001B6DCD">
              <w:rPr>
                <w:sz w:val="18"/>
                <w:szCs w:val="18"/>
              </w:rPr>
              <w:t>construcțiilor</w:t>
            </w:r>
            <w:proofErr w:type="spellEnd"/>
            <w:r w:rsidRPr="001B6DCD">
              <w:rPr>
                <w:sz w:val="18"/>
                <w:szCs w:val="18"/>
              </w:rPr>
              <w:t xml:space="preserve"> </w:t>
            </w:r>
            <w:proofErr w:type="spellStart"/>
            <w:r w:rsidRPr="001B6DCD">
              <w:rPr>
                <w:sz w:val="18"/>
                <w:szCs w:val="18"/>
              </w:rPr>
              <w:t>și</w:t>
            </w:r>
            <w:proofErr w:type="spellEnd"/>
            <w:r w:rsidRPr="001B6DCD">
              <w:rPr>
                <w:sz w:val="18"/>
                <w:szCs w:val="18"/>
              </w:rPr>
              <w:t xml:space="preserve"> </w:t>
            </w:r>
            <w:proofErr w:type="spellStart"/>
            <w:r w:rsidRPr="001B6DCD">
              <w:rPr>
                <w:sz w:val="18"/>
                <w:szCs w:val="18"/>
              </w:rPr>
              <w:t>amenajărilor</w:t>
            </w:r>
            <w:proofErr w:type="spellEnd"/>
          </w:p>
        </w:tc>
      </w:tr>
      <w:tr w:rsidR="001B6DCD" w:rsidRPr="001B6DCD" w14:paraId="66CECAB4" w14:textId="77777777">
        <w:trPr>
          <w:cantSplit/>
          <w:trHeight w:val="510"/>
        </w:trPr>
        <w:tc>
          <w:tcPr>
            <w:tcW w:w="963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D6ACF25" w14:textId="77777777" w:rsidR="001B6DCD" w:rsidRPr="001B6DCD" w:rsidRDefault="001B6DCD" w:rsidP="001B6DCD">
            <w:pPr>
              <w:rPr>
                <w:sz w:val="18"/>
                <w:szCs w:val="18"/>
                <w:lang w:val="fr-FR"/>
              </w:rPr>
            </w:pPr>
            <w:proofErr w:type="spellStart"/>
            <w:r w:rsidRPr="001B6DCD">
              <w:rPr>
                <w:b/>
                <w:sz w:val="18"/>
                <w:szCs w:val="18"/>
                <w:lang w:val="fr-FR"/>
              </w:rPr>
              <w:t>Denumirea</w:t>
            </w:r>
            <w:proofErr w:type="spellEnd"/>
            <w:r w:rsidRPr="001B6DCD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B6DCD">
              <w:rPr>
                <w:b/>
                <w:sz w:val="18"/>
                <w:szCs w:val="18"/>
                <w:lang w:val="fr-FR"/>
              </w:rPr>
              <w:t>lucrării</w:t>
            </w:r>
            <w:proofErr w:type="spellEnd"/>
            <w:r w:rsidRPr="001B6DCD">
              <w:rPr>
                <w:b/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1B6DCD">
              <w:rPr>
                <w:b/>
                <w:sz w:val="18"/>
                <w:szCs w:val="18"/>
                <w:lang w:val="fr-FR"/>
              </w:rPr>
              <w:t>capacitatea</w:t>
            </w:r>
            <w:proofErr w:type="spellEnd"/>
            <w:r w:rsidRPr="001B6DCD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B6DCD">
              <w:rPr>
                <w:b/>
                <w:sz w:val="18"/>
                <w:szCs w:val="18"/>
                <w:lang w:val="fr-FR"/>
              </w:rPr>
              <w:t>și</w:t>
            </w:r>
            <w:proofErr w:type="spellEnd"/>
            <w:r w:rsidRPr="001B6DCD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B6DCD">
              <w:rPr>
                <w:b/>
                <w:sz w:val="18"/>
                <w:szCs w:val="18"/>
                <w:lang w:val="fr-FR"/>
              </w:rPr>
              <w:t>categoria</w:t>
            </w:r>
            <w:proofErr w:type="spellEnd"/>
            <w:r w:rsidRPr="001B6DCD">
              <w:rPr>
                <w:b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1B6DCD">
              <w:rPr>
                <w:b/>
                <w:sz w:val="18"/>
                <w:szCs w:val="18"/>
                <w:lang w:val="fr-FR"/>
              </w:rPr>
              <w:t>lucrări</w:t>
            </w:r>
            <w:proofErr w:type="spellEnd"/>
            <w:r w:rsidRPr="001B6DCD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B6DCD">
              <w:rPr>
                <w:b/>
                <w:sz w:val="18"/>
                <w:szCs w:val="18"/>
                <w:lang w:val="fr-FR"/>
              </w:rPr>
              <w:t>din</w:t>
            </w:r>
            <w:proofErr w:type="spellEnd"/>
            <w:r w:rsidRPr="001B6DCD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B6DCD">
              <w:rPr>
                <w:b/>
                <w:sz w:val="18"/>
                <w:szCs w:val="18"/>
                <w:lang w:val="fr-FR"/>
              </w:rPr>
              <w:t>autorizație</w:t>
            </w:r>
            <w:proofErr w:type="spellEnd"/>
          </w:p>
          <w:p w14:paraId="3599C2B1" w14:textId="77777777" w:rsidR="001B6DCD" w:rsidRPr="001B6DCD" w:rsidRDefault="001B6DCD" w:rsidP="001B6DCD">
            <w:pPr>
              <w:rPr>
                <w:sz w:val="18"/>
                <w:szCs w:val="18"/>
                <w:lang w:val="fr-FR"/>
              </w:rPr>
            </w:pPr>
          </w:p>
        </w:tc>
      </w:tr>
      <w:tr w:rsidR="001B6DCD" w:rsidRPr="001B6DCD" w14:paraId="46E71489" w14:textId="77777777">
        <w:trPr>
          <w:cantSplit/>
          <w:trHeight w:val="510"/>
        </w:trPr>
        <w:tc>
          <w:tcPr>
            <w:tcW w:w="963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6434365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proofErr w:type="spellStart"/>
            <w:r w:rsidRPr="001B6DCD">
              <w:rPr>
                <w:b/>
                <w:sz w:val="18"/>
                <w:szCs w:val="18"/>
              </w:rPr>
              <w:t>în</w:t>
            </w:r>
            <w:proofErr w:type="spellEnd"/>
            <w:r w:rsidRPr="001B6DCD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1B6DCD">
              <w:rPr>
                <w:b/>
                <w:sz w:val="18"/>
                <w:szCs w:val="18"/>
              </w:rPr>
              <w:t>valoare</w:t>
            </w:r>
            <w:proofErr w:type="spellEnd"/>
            <w:r w:rsidRPr="001B6DCD">
              <w:rPr>
                <w:b/>
                <w:sz w:val="18"/>
                <w:szCs w:val="18"/>
              </w:rPr>
              <w:t xml:space="preserve"> de (lei)</w:t>
            </w:r>
          </w:p>
          <w:p w14:paraId="7D7D31A9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</w:tr>
    </w:tbl>
    <w:p w14:paraId="2A0B943A" w14:textId="77777777" w:rsidR="001B6DCD" w:rsidRPr="001B6DCD" w:rsidRDefault="001B6DCD" w:rsidP="001B6DCD">
      <w:pPr>
        <w:rPr>
          <w:sz w:val="18"/>
          <w:szCs w:val="18"/>
        </w:rPr>
      </w:pPr>
      <w:r w:rsidRPr="001B6DCD">
        <w:rPr>
          <w:b/>
          <w:sz w:val="18"/>
          <w:szCs w:val="18"/>
        </w:rPr>
        <w:t>ADUC LA CUNOȘTINȚĂ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1B6DCD" w:rsidRPr="001B6DCD" w14:paraId="16254A71" w14:textId="77777777">
        <w:trPr>
          <w:cantSplit/>
          <w:trHeight w:val="510"/>
        </w:trPr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942415A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proofErr w:type="spellStart"/>
            <w:r w:rsidRPr="001B6DCD">
              <w:rPr>
                <w:b/>
                <w:sz w:val="18"/>
                <w:szCs w:val="18"/>
              </w:rPr>
              <w:t>Că</w:t>
            </w:r>
            <w:proofErr w:type="spellEnd"/>
            <w:r w:rsidRPr="001B6DCD">
              <w:rPr>
                <w:b/>
                <w:sz w:val="18"/>
                <w:szCs w:val="18"/>
              </w:rPr>
              <w:t xml:space="preserve"> la data de</w:t>
            </w:r>
          </w:p>
          <w:p w14:paraId="1DD1C9BA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434A89C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>ora</w:t>
            </w:r>
          </w:p>
          <w:p w14:paraId="43351973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  <w:tc>
          <w:tcPr>
            <w:tcW w:w="5621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71E3421" w14:textId="77777777" w:rsidR="001B6DCD" w:rsidRPr="001B6DCD" w:rsidRDefault="001B6DCD" w:rsidP="001B6DCD">
            <w:pPr>
              <w:rPr>
                <w:sz w:val="18"/>
                <w:szCs w:val="18"/>
                <w:lang w:val="fr-FR"/>
              </w:rPr>
            </w:pPr>
            <w:proofErr w:type="gramStart"/>
            <w:r w:rsidRPr="001B6DCD">
              <w:rPr>
                <w:b/>
                <w:sz w:val="18"/>
                <w:szCs w:val="18"/>
                <w:lang w:val="fr-FR"/>
              </w:rPr>
              <w:t>au</w:t>
            </w:r>
            <w:proofErr w:type="gramEnd"/>
            <w:r w:rsidRPr="001B6DCD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B6DCD">
              <w:rPr>
                <w:b/>
                <w:sz w:val="18"/>
                <w:szCs w:val="18"/>
                <w:lang w:val="fr-FR"/>
              </w:rPr>
              <w:t>fost</w:t>
            </w:r>
            <w:proofErr w:type="spellEnd"/>
            <w:r w:rsidRPr="001B6DCD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B6DCD">
              <w:rPr>
                <w:b/>
                <w:sz w:val="18"/>
                <w:szCs w:val="18"/>
                <w:lang w:val="fr-FR"/>
              </w:rPr>
              <w:t>finalizate</w:t>
            </w:r>
            <w:proofErr w:type="spellEnd"/>
            <w:r w:rsidRPr="001B6DCD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B6DCD">
              <w:rPr>
                <w:b/>
                <w:sz w:val="18"/>
                <w:szCs w:val="18"/>
                <w:lang w:val="fr-FR"/>
              </w:rPr>
              <w:t>lucrările</w:t>
            </w:r>
            <w:proofErr w:type="spellEnd"/>
            <w:r w:rsidRPr="001B6DCD">
              <w:rPr>
                <w:b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1B6DCD">
              <w:rPr>
                <w:b/>
                <w:sz w:val="18"/>
                <w:szCs w:val="18"/>
                <w:lang w:val="fr-FR"/>
              </w:rPr>
              <w:t>construcții</w:t>
            </w:r>
            <w:proofErr w:type="spellEnd"/>
            <w:r w:rsidRPr="001B6DCD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B6DCD">
              <w:rPr>
                <w:b/>
                <w:sz w:val="18"/>
                <w:szCs w:val="18"/>
                <w:lang w:val="fr-FR"/>
              </w:rPr>
              <w:t>autorizate</w:t>
            </w:r>
            <w:proofErr w:type="spellEnd"/>
          </w:p>
          <w:p w14:paraId="0CC2D0A6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proofErr w:type="spellStart"/>
            <w:r w:rsidRPr="001B6DCD">
              <w:rPr>
                <w:i/>
                <w:sz w:val="18"/>
                <w:szCs w:val="18"/>
              </w:rPr>
              <w:t>pentru</w:t>
            </w:r>
            <w:proofErr w:type="spellEnd"/>
            <w:r w:rsidRPr="001B6DC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1B6DCD">
              <w:rPr>
                <w:i/>
                <w:sz w:val="18"/>
                <w:szCs w:val="18"/>
              </w:rPr>
              <w:t>imobilul</w:t>
            </w:r>
            <w:proofErr w:type="spellEnd"/>
            <w:r w:rsidRPr="001B6DCD">
              <w:rPr>
                <w:i/>
                <w:sz w:val="18"/>
                <w:szCs w:val="18"/>
              </w:rPr>
              <w:t xml:space="preserve"> de </w:t>
            </w:r>
            <w:proofErr w:type="spellStart"/>
            <w:r w:rsidRPr="001B6DCD">
              <w:rPr>
                <w:i/>
                <w:sz w:val="18"/>
                <w:szCs w:val="18"/>
              </w:rPr>
              <w:t>mai</w:t>
            </w:r>
            <w:proofErr w:type="spellEnd"/>
            <w:r w:rsidRPr="001B6DC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Pr="001B6DCD">
              <w:rPr>
                <w:i/>
                <w:sz w:val="18"/>
                <w:szCs w:val="18"/>
              </w:rPr>
              <w:t>jos</w:t>
            </w:r>
            <w:proofErr w:type="spellEnd"/>
          </w:p>
          <w:p w14:paraId="28CB310B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</w:tr>
    </w:tbl>
    <w:p w14:paraId="2FA5838E" w14:textId="77777777" w:rsidR="001B6DCD" w:rsidRPr="001B6DCD" w:rsidRDefault="001B6DCD" w:rsidP="001B6DCD">
      <w:pPr>
        <w:rPr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B6DCD" w:rsidRPr="001B6DCD" w14:paraId="5BC6E54A" w14:textId="77777777">
        <w:trPr>
          <w:cantSplit/>
        </w:trPr>
        <w:tc>
          <w:tcPr>
            <w:tcW w:w="9636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7BB4A265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 xml:space="preserve"> 4. IMOBILUL</w:t>
            </w:r>
          </w:p>
        </w:tc>
      </w:tr>
      <w:tr w:rsidR="001B6DCD" w:rsidRPr="001B6DCD" w14:paraId="44FCE21E" w14:textId="77777777">
        <w:trPr>
          <w:cantSplit/>
        </w:trPr>
        <w:tc>
          <w:tcPr>
            <w:tcW w:w="9636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8573799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sz w:val="18"/>
                <w:szCs w:val="18"/>
              </w:rPr>
              <w:t xml:space="preserve"> </w:t>
            </w:r>
            <w:r w:rsidRPr="001B6DCD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1B6DCD">
              <w:rPr>
                <w:sz w:val="18"/>
                <w:szCs w:val="18"/>
              </w:rPr>
              <w:t xml:space="preserve"> </w:t>
            </w:r>
            <w:proofErr w:type="spellStart"/>
            <w:r w:rsidRPr="001B6DCD">
              <w:rPr>
                <w:sz w:val="18"/>
                <w:szCs w:val="18"/>
              </w:rPr>
              <w:t>teren</w:t>
            </w:r>
            <w:proofErr w:type="spellEnd"/>
            <w:r w:rsidRPr="001B6DCD">
              <w:rPr>
                <w:sz w:val="18"/>
                <w:szCs w:val="18"/>
              </w:rPr>
              <w:t xml:space="preserve">     </w:t>
            </w:r>
            <w:r w:rsidRPr="001B6DCD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1B6DCD">
              <w:rPr>
                <w:sz w:val="18"/>
                <w:szCs w:val="18"/>
              </w:rPr>
              <w:t xml:space="preserve"> </w:t>
            </w:r>
            <w:proofErr w:type="spellStart"/>
            <w:r w:rsidRPr="001B6DCD">
              <w:rPr>
                <w:sz w:val="18"/>
                <w:szCs w:val="18"/>
              </w:rPr>
              <w:t>construcții</w:t>
            </w:r>
            <w:proofErr w:type="spellEnd"/>
          </w:p>
        </w:tc>
      </w:tr>
      <w:tr w:rsidR="001B6DCD" w:rsidRPr="001B6DCD" w14:paraId="0507FF41" w14:textId="77777777">
        <w:trPr>
          <w:cantSplit/>
          <w:trHeight w:val="510"/>
        </w:trPr>
        <w:tc>
          <w:tcPr>
            <w:tcW w:w="321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47B645A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proofErr w:type="spellStart"/>
            <w:r w:rsidRPr="001B6DCD">
              <w:rPr>
                <w:b/>
                <w:sz w:val="18"/>
                <w:szCs w:val="18"/>
              </w:rPr>
              <w:t>Județ</w:t>
            </w:r>
            <w:proofErr w:type="spellEnd"/>
          </w:p>
          <w:p w14:paraId="7CC5A729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45AAC143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proofErr w:type="spellStart"/>
            <w:r w:rsidRPr="001B6DCD">
              <w:rPr>
                <w:b/>
                <w:sz w:val="18"/>
                <w:szCs w:val="18"/>
              </w:rPr>
              <w:t>Municipiu</w:t>
            </w:r>
            <w:proofErr w:type="spellEnd"/>
            <w:r w:rsidRPr="001B6DCD">
              <w:rPr>
                <w:b/>
                <w:sz w:val="18"/>
                <w:szCs w:val="18"/>
              </w:rPr>
              <w:t xml:space="preserve"> / </w:t>
            </w:r>
            <w:proofErr w:type="spellStart"/>
            <w:r w:rsidRPr="001B6DCD">
              <w:rPr>
                <w:b/>
                <w:sz w:val="18"/>
                <w:szCs w:val="18"/>
              </w:rPr>
              <w:t>oraș</w:t>
            </w:r>
            <w:proofErr w:type="spellEnd"/>
            <w:r w:rsidRPr="001B6DCD">
              <w:rPr>
                <w:b/>
                <w:sz w:val="18"/>
                <w:szCs w:val="18"/>
              </w:rPr>
              <w:t xml:space="preserve"> / </w:t>
            </w:r>
            <w:proofErr w:type="spellStart"/>
            <w:r w:rsidRPr="001B6DCD">
              <w:rPr>
                <w:b/>
                <w:sz w:val="18"/>
                <w:szCs w:val="18"/>
              </w:rPr>
              <w:t>comună</w:t>
            </w:r>
            <w:proofErr w:type="spellEnd"/>
          </w:p>
          <w:p w14:paraId="42C4FA6F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9C85F06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>Sat / sector</w:t>
            </w:r>
          </w:p>
          <w:p w14:paraId="36F235D5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</w:tr>
      <w:tr w:rsidR="001B6DCD" w:rsidRPr="001B6DCD" w14:paraId="464955CE" w14:textId="77777777">
        <w:trPr>
          <w:cantSplit/>
          <w:trHeight w:val="510"/>
        </w:trPr>
        <w:tc>
          <w:tcPr>
            <w:tcW w:w="16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ED8100C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 xml:space="preserve">Cod </w:t>
            </w:r>
            <w:proofErr w:type="spellStart"/>
            <w:r w:rsidRPr="001B6DCD">
              <w:rPr>
                <w:b/>
                <w:sz w:val="18"/>
                <w:szCs w:val="18"/>
              </w:rPr>
              <w:t>poștal</w:t>
            </w:r>
            <w:proofErr w:type="spellEnd"/>
          </w:p>
          <w:p w14:paraId="61EC4F02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419FF7D6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>Strada</w:t>
            </w:r>
          </w:p>
          <w:p w14:paraId="30F3AD1A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F44888D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>Nr.</w:t>
            </w:r>
          </w:p>
          <w:p w14:paraId="53375559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CD22628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>Bl. / sc. / et. / ap.</w:t>
            </w:r>
          </w:p>
          <w:p w14:paraId="750E7271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</w:tr>
      <w:tr w:rsidR="001B6DCD" w:rsidRPr="001B6DCD" w14:paraId="76F80B22" w14:textId="77777777">
        <w:trPr>
          <w:cantSplit/>
          <w:trHeight w:val="510"/>
        </w:trPr>
        <w:tc>
          <w:tcPr>
            <w:tcW w:w="5621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66DAA50" w14:textId="77777777" w:rsidR="001B6DCD" w:rsidRPr="001B6DCD" w:rsidRDefault="001B6DCD" w:rsidP="001B6DCD">
            <w:pPr>
              <w:rPr>
                <w:sz w:val="18"/>
                <w:szCs w:val="18"/>
                <w:lang w:val="fr-FR"/>
              </w:rPr>
            </w:pPr>
            <w:proofErr w:type="spellStart"/>
            <w:r w:rsidRPr="001B6DCD">
              <w:rPr>
                <w:b/>
                <w:sz w:val="18"/>
                <w:szCs w:val="18"/>
                <w:lang w:val="fr-FR"/>
              </w:rPr>
              <w:t>Număr</w:t>
            </w:r>
            <w:proofErr w:type="spellEnd"/>
            <w:r w:rsidRPr="001B6DCD">
              <w:rPr>
                <w:b/>
                <w:sz w:val="18"/>
                <w:szCs w:val="18"/>
                <w:lang w:val="fr-FR"/>
              </w:rPr>
              <w:t xml:space="preserve"> cadastral</w:t>
            </w:r>
          </w:p>
          <w:p w14:paraId="382B76CF" w14:textId="77777777" w:rsidR="001B6DCD" w:rsidRPr="001B6DCD" w:rsidRDefault="001B6DCD" w:rsidP="001B6DCD">
            <w:pPr>
              <w:rPr>
                <w:sz w:val="18"/>
                <w:szCs w:val="18"/>
                <w:lang w:val="fr-FR"/>
              </w:rPr>
            </w:pPr>
            <w:proofErr w:type="spellStart"/>
            <w:proofErr w:type="gramStart"/>
            <w:r w:rsidRPr="001B6DCD">
              <w:rPr>
                <w:i/>
                <w:sz w:val="18"/>
                <w:szCs w:val="18"/>
                <w:lang w:val="fr-FR"/>
              </w:rPr>
              <w:t>dacă</w:t>
            </w:r>
            <w:proofErr w:type="spellEnd"/>
            <w:proofErr w:type="gramEnd"/>
            <w:r w:rsidRPr="001B6DCD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B6DCD">
              <w:rPr>
                <w:i/>
                <w:sz w:val="18"/>
                <w:szCs w:val="18"/>
                <w:lang w:val="fr-FR"/>
              </w:rPr>
              <w:t>imobilul</w:t>
            </w:r>
            <w:proofErr w:type="spellEnd"/>
            <w:r w:rsidRPr="001B6DCD">
              <w:rPr>
                <w:i/>
                <w:sz w:val="18"/>
                <w:szCs w:val="18"/>
                <w:lang w:val="fr-FR"/>
              </w:rPr>
              <w:t xml:space="preserve"> e </w:t>
            </w:r>
            <w:proofErr w:type="spellStart"/>
            <w:r w:rsidRPr="001B6DCD">
              <w:rPr>
                <w:i/>
                <w:sz w:val="18"/>
                <w:szCs w:val="18"/>
                <w:lang w:val="fr-FR"/>
              </w:rPr>
              <w:t>înscris</w:t>
            </w:r>
            <w:proofErr w:type="spellEnd"/>
            <w:r w:rsidRPr="001B6DCD">
              <w:rPr>
                <w:i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B6DCD">
              <w:rPr>
                <w:i/>
                <w:sz w:val="18"/>
                <w:szCs w:val="18"/>
                <w:lang w:val="fr-FR"/>
              </w:rPr>
              <w:t>în</w:t>
            </w:r>
            <w:proofErr w:type="spellEnd"/>
            <w:r w:rsidRPr="001B6DCD">
              <w:rPr>
                <w:i/>
                <w:sz w:val="18"/>
                <w:szCs w:val="18"/>
                <w:lang w:val="fr-FR"/>
              </w:rPr>
              <w:t xml:space="preserve"> e-Terra</w:t>
            </w:r>
          </w:p>
          <w:p w14:paraId="7679C26E" w14:textId="77777777" w:rsidR="001B6DCD" w:rsidRPr="001B6DCD" w:rsidRDefault="001B6DCD" w:rsidP="001B6DCD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401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824F0FE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 xml:space="preserve">Carte </w:t>
            </w:r>
            <w:proofErr w:type="spellStart"/>
            <w:r w:rsidRPr="001B6DCD">
              <w:rPr>
                <w:b/>
                <w:sz w:val="18"/>
                <w:szCs w:val="18"/>
              </w:rPr>
              <w:t>funciară</w:t>
            </w:r>
            <w:proofErr w:type="spellEnd"/>
            <w:r w:rsidRPr="001B6DCD">
              <w:rPr>
                <w:b/>
                <w:sz w:val="18"/>
                <w:szCs w:val="18"/>
              </w:rPr>
              <w:t xml:space="preserve"> nr.</w:t>
            </w:r>
          </w:p>
          <w:p w14:paraId="7C3E2400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</w:tr>
    </w:tbl>
    <w:p w14:paraId="24D0105D" w14:textId="77777777" w:rsidR="001B6DCD" w:rsidRPr="001B6DCD" w:rsidRDefault="001B6DCD" w:rsidP="001B6DCD">
      <w:pPr>
        <w:rPr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1B6DCD" w:rsidRPr="001B6DCD" w14:paraId="5D280BBB" w14:textId="77777777">
        <w:trPr>
          <w:cantSplit/>
        </w:trPr>
        <w:tc>
          <w:tcPr>
            <w:tcW w:w="963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5D1080BF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 xml:space="preserve"> 5. CONVOCAREA COMISIEI DE RECEPȚIE</w:t>
            </w:r>
          </w:p>
        </w:tc>
      </w:tr>
      <w:tr w:rsidR="001B6DCD" w:rsidRPr="001B6DCD" w14:paraId="707DB575" w14:textId="77777777">
        <w:trPr>
          <w:cantSplit/>
          <w:trHeight w:val="510"/>
        </w:trPr>
        <w:tc>
          <w:tcPr>
            <w:tcW w:w="722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456F7CC" w14:textId="77777777" w:rsidR="001B6DCD" w:rsidRPr="001B6DCD" w:rsidRDefault="001B6DCD" w:rsidP="001B6DCD">
            <w:pPr>
              <w:rPr>
                <w:sz w:val="18"/>
                <w:szCs w:val="18"/>
                <w:lang w:val="fr-FR"/>
              </w:rPr>
            </w:pPr>
            <w:r w:rsidRPr="001B6DCD">
              <w:rPr>
                <w:b/>
                <w:sz w:val="18"/>
                <w:szCs w:val="18"/>
                <w:lang w:val="fr-FR"/>
              </w:rPr>
              <w:t xml:space="preserve">Se </w:t>
            </w:r>
            <w:proofErr w:type="spellStart"/>
            <w:r w:rsidRPr="001B6DCD">
              <w:rPr>
                <w:b/>
                <w:sz w:val="18"/>
                <w:szCs w:val="18"/>
                <w:lang w:val="fr-FR"/>
              </w:rPr>
              <w:t>convoacă</w:t>
            </w:r>
            <w:proofErr w:type="spellEnd"/>
            <w:r w:rsidRPr="001B6DCD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B6DCD">
              <w:rPr>
                <w:b/>
                <w:sz w:val="18"/>
                <w:szCs w:val="18"/>
                <w:lang w:val="fr-FR"/>
              </w:rPr>
              <w:t>comisia</w:t>
            </w:r>
            <w:proofErr w:type="spellEnd"/>
            <w:r w:rsidRPr="001B6DCD">
              <w:rPr>
                <w:b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1B6DCD">
              <w:rPr>
                <w:b/>
                <w:sz w:val="18"/>
                <w:szCs w:val="18"/>
                <w:lang w:val="fr-FR"/>
              </w:rPr>
              <w:t>recepție</w:t>
            </w:r>
            <w:proofErr w:type="spellEnd"/>
            <w:r w:rsidRPr="001B6DCD">
              <w:rPr>
                <w:b/>
                <w:sz w:val="18"/>
                <w:szCs w:val="18"/>
                <w:lang w:val="fr-FR"/>
              </w:rPr>
              <w:t xml:space="preserve"> la </w:t>
            </w:r>
            <w:proofErr w:type="spellStart"/>
            <w:r w:rsidRPr="001B6DCD">
              <w:rPr>
                <w:b/>
                <w:sz w:val="18"/>
                <w:szCs w:val="18"/>
                <w:lang w:val="fr-FR"/>
              </w:rPr>
              <w:t>terminarea</w:t>
            </w:r>
            <w:proofErr w:type="spellEnd"/>
            <w:r w:rsidRPr="001B6DCD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B6DCD">
              <w:rPr>
                <w:b/>
                <w:sz w:val="18"/>
                <w:szCs w:val="18"/>
                <w:lang w:val="fr-FR"/>
              </w:rPr>
              <w:t>lucrărilor</w:t>
            </w:r>
            <w:proofErr w:type="spellEnd"/>
            <w:r w:rsidRPr="001B6DCD">
              <w:rPr>
                <w:b/>
                <w:sz w:val="18"/>
                <w:szCs w:val="18"/>
                <w:lang w:val="fr-FR"/>
              </w:rPr>
              <w:t>, la data</w:t>
            </w:r>
          </w:p>
          <w:p w14:paraId="776D3867" w14:textId="77777777" w:rsidR="001B6DCD" w:rsidRPr="001B6DCD" w:rsidRDefault="001B6DCD" w:rsidP="001B6DCD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419CBD1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>ora</w:t>
            </w:r>
          </w:p>
          <w:p w14:paraId="5CACE944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</w:tr>
    </w:tbl>
    <w:p w14:paraId="21A74EF4" w14:textId="77777777" w:rsidR="001B6DCD" w:rsidRPr="001B6DCD" w:rsidRDefault="001B6DCD" w:rsidP="001B6DCD">
      <w:pPr>
        <w:rPr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B6DCD" w:rsidRPr="001B6DCD" w14:paraId="71E6E134" w14:textId="77777777">
        <w:trPr>
          <w:cantSplit/>
        </w:trPr>
        <w:tc>
          <w:tcPr>
            <w:tcW w:w="963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2A8CAD73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 xml:space="preserve"> 6. DATA ȘI SEMNĂTURA</w:t>
            </w:r>
          </w:p>
        </w:tc>
      </w:tr>
      <w:tr w:rsidR="001B6DCD" w:rsidRPr="001B6DCD" w14:paraId="5EF4DC09" w14:textId="77777777">
        <w:trPr>
          <w:cantSplit/>
          <w:trHeight w:val="510"/>
        </w:trPr>
        <w:tc>
          <w:tcPr>
            <w:tcW w:w="16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415A6C38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r w:rsidRPr="001B6DCD">
              <w:rPr>
                <w:b/>
                <w:sz w:val="18"/>
                <w:szCs w:val="18"/>
              </w:rPr>
              <w:t>Data</w:t>
            </w:r>
          </w:p>
          <w:p w14:paraId="44F68293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FFC2043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proofErr w:type="spellStart"/>
            <w:r w:rsidRPr="001B6DCD">
              <w:rPr>
                <w:b/>
                <w:sz w:val="18"/>
                <w:szCs w:val="18"/>
              </w:rPr>
              <w:t>Titularul</w:t>
            </w:r>
            <w:proofErr w:type="spellEnd"/>
            <w:r w:rsidRPr="001B6DCD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1B6DCD">
              <w:rPr>
                <w:b/>
                <w:sz w:val="18"/>
                <w:szCs w:val="18"/>
              </w:rPr>
              <w:t>autorizației</w:t>
            </w:r>
            <w:proofErr w:type="spellEnd"/>
          </w:p>
          <w:p w14:paraId="466E8288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  <w:tc>
          <w:tcPr>
            <w:tcW w:w="321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8926D3B" w14:textId="77777777" w:rsidR="001B6DCD" w:rsidRPr="001B6DCD" w:rsidRDefault="001B6DCD" w:rsidP="001B6DCD">
            <w:pPr>
              <w:rPr>
                <w:sz w:val="18"/>
                <w:szCs w:val="18"/>
              </w:rPr>
            </w:pPr>
            <w:proofErr w:type="spellStart"/>
            <w:r w:rsidRPr="001B6DCD">
              <w:rPr>
                <w:b/>
                <w:sz w:val="18"/>
                <w:szCs w:val="18"/>
              </w:rPr>
              <w:t>Semnătura</w:t>
            </w:r>
            <w:proofErr w:type="spellEnd"/>
          </w:p>
          <w:p w14:paraId="44753165" w14:textId="77777777" w:rsidR="001B6DCD" w:rsidRPr="001B6DCD" w:rsidRDefault="001B6DCD" w:rsidP="001B6DCD">
            <w:pPr>
              <w:rPr>
                <w:sz w:val="18"/>
                <w:szCs w:val="18"/>
              </w:rPr>
            </w:pPr>
          </w:p>
        </w:tc>
      </w:tr>
    </w:tbl>
    <w:p w14:paraId="72AA3822" w14:textId="77777777" w:rsidR="001B6DCD" w:rsidRPr="001B6DCD" w:rsidRDefault="001B6DCD" w:rsidP="001B6DCD">
      <w:pPr>
        <w:rPr>
          <w:sz w:val="18"/>
          <w:szCs w:val="18"/>
        </w:rPr>
      </w:pPr>
    </w:p>
    <w:p w14:paraId="1DB72608" w14:textId="77777777" w:rsidR="001B6DCD" w:rsidRDefault="001B6DCD" w:rsidP="00281B91">
      <w:pPr>
        <w:rPr>
          <w:sz w:val="18"/>
          <w:szCs w:val="18"/>
        </w:rPr>
      </w:pPr>
    </w:p>
    <w:sectPr w:rsidR="001B6DCD" w:rsidSect="00473796">
      <w:headerReference w:type="default" r:id="rId8"/>
      <w:footerReference w:type="default" r:id="rId9"/>
      <w:pgSz w:w="11907" w:h="16839" w:code="9"/>
      <w:pgMar w:top="360" w:right="1260" w:bottom="25" w:left="1800" w:header="9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D0548" w14:textId="77777777" w:rsidR="00303491" w:rsidRDefault="00303491">
      <w:r>
        <w:separator/>
      </w:r>
    </w:p>
  </w:endnote>
  <w:endnote w:type="continuationSeparator" w:id="0">
    <w:p w14:paraId="4C71B96E" w14:textId="77777777" w:rsidR="00303491" w:rsidRDefault="00303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75CBA" w14:textId="77777777" w:rsidR="005C7A01" w:rsidRDefault="00051DA9">
    <w:pPr>
      <w:pStyle w:val="Footer"/>
      <w:tabs>
        <w:tab w:val="clear" w:pos="4680"/>
        <w:tab w:val="clear" w:pos="9360"/>
      </w:tabs>
      <w:rPr>
        <w:color w:val="595959" w:themeColor="text1" w:themeTint="A6"/>
        <w:sz w:val="18"/>
        <w:szCs w:val="18"/>
      </w:rPr>
    </w:pPr>
    <w:r>
      <w:rPr>
        <w:noProof/>
        <w:lang w:val="ro-RO" w:eastAsia="ro-RO"/>
      </w:rPr>
      <w:drawing>
        <wp:anchor distT="0" distB="0" distL="114300" distR="114300" simplePos="0" relativeHeight="251660800" behindDoc="1" locked="0" layoutInCell="1" allowOverlap="1" wp14:anchorId="639924C3" wp14:editId="05244A0D">
          <wp:simplePos x="0" y="0"/>
          <wp:positionH relativeFrom="margin">
            <wp:align>center</wp:align>
          </wp:positionH>
          <wp:positionV relativeFrom="page">
            <wp:posOffset>10026650</wp:posOffset>
          </wp:positionV>
          <wp:extent cx="6731779" cy="292714"/>
          <wp:effectExtent l="0" t="0" r="0" b="0"/>
          <wp:wrapNone/>
          <wp:docPr id="69639460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57970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1779" cy="2927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7A01">
      <w:rPr>
        <w:color w:val="595959" w:themeColor="text1" w:themeTint="A6"/>
        <w:sz w:val="18"/>
        <w:szCs w:val="18"/>
      </w:rPr>
      <w:ptab w:relativeTo="margin" w:alignment="right" w:leader="none"/>
    </w:r>
  </w:p>
  <w:p w14:paraId="3E8D452E" w14:textId="77777777" w:rsidR="005C7A01" w:rsidRDefault="005C7A01" w:rsidP="00284CF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0CA5F" w14:textId="77777777" w:rsidR="00303491" w:rsidRDefault="00303491">
      <w:r>
        <w:separator/>
      </w:r>
    </w:p>
  </w:footnote>
  <w:footnote w:type="continuationSeparator" w:id="0">
    <w:p w14:paraId="2ADF27B8" w14:textId="77777777" w:rsidR="00303491" w:rsidRDefault="00303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36647" w14:textId="77777777" w:rsidR="008279FA" w:rsidRDefault="008279FA" w:rsidP="00494D7A">
    <w:pPr>
      <w:pStyle w:val="Header"/>
    </w:pPr>
  </w:p>
  <w:p w14:paraId="7717B032" w14:textId="77777777" w:rsidR="00494D7A" w:rsidRDefault="00251F74" w:rsidP="00494D7A">
    <w:pPr>
      <w:pStyle w:val="Header"/>
    </w:pPr>
    <w:r>
      <w:rPr>
        <w:noProof/>
        <w:lang w:val="ro-RO" w:eastAsia="ro-RO"/>
      </w:rPr>
      <w:drawing>
        <wp:anchor distT="0" distB="3048" distL="114300" distR="114300" simplePos="0" relativeHeight="251658752" behindDoc="1" locked="0" layoutInCell="1" allowOverlap="1" wp14:anchorId="5C9ACDB8" wp14:editId="39D2EA67">
          <wp:simplePos x="0" y="0"/>
          <wp:positionH relativeFrom="margin">
            <wp:posOffset>3619500</wp:posOffset>
          </wp:positionH>
          <wp:positionV relativeFrom="page">
            <wp:posOffset>447675</wp:posOffset>
          </wp:positionV>
          <wp:extent cx="2287905" cy="76200"/>
          <wp:effectExtent l="0" t="0" r="0" b="0"/>
          <wp:wrapNone/>
          <wp:docPr id="82698118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600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7905" cy="76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ro-RO" w:eastAsia="ro-RO"/>
      </w:rPr>
      <w:drawing>
        <wp:anchor distT="0" distB="3048" distL="114300" distR="114300" simplePos="0" relativeHeight="251657728" behindDoc="1" locked="0" layoutInCell="1" allowOverlap="1" wp14:anchorId="6B775419" wp14:editId="5BE22563">
          <wp:simplePos x="0" y="0"/>
          <wp:positionH relativeFrom="margin">
            <wp:posOffset>-571500</wp:posOffset>
          </wp:positionH>
          <wp:positionV relativeFrom="page">
            <wp:posOffset>447675</wp:posOffset>
          </wp:positionV>
          <wp:extent cx="2287905" cy="85725"/>
          <wp:effectExtent l="0" t="0" r="0" b="9525"/>
          <wp:wrapNone/>
          <wp:docPr id="180596682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600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7905" cy="85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ro-RO" w:eastAsia="ro-RO"/>
      </w:rPr>
      <w:drawing>
        <wp:anchor distT="0" distB="0" distL="114300" distR="114300" simplePos="0" relativeHeight="251656704" behindDoc="1" locked="0" layoutInCell="1" allowOverlap="1" wp14:anchorId="0DC12CCC" wp14:editId="46E03BD1">
          <wp:simplePos x="0" y="0"/>
          <wp:positionH relativeFrom="page">
            <wp:align>center</wp:align>
          </wp:positionH>
          <wp:positionV relativeFrom="page">
            <wp:posOffset>160655</wp:posOffset>
          </wp:positionV>
          <wp:extent cx="1476375" cy="595630"/>
          <wp:effectExtent l="0" t="0" r="9525" b="0"/>
          <wp:wrapNone/>
          <wp:docPr id="159967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59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CF5869" w14:textId="77777777" w:rsidR="007E13A0" w:rsidRDefault="007E13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00000002"/>
    <w:multiLevelType w:val="multilevel"/>
    <w:tmpl w:val="00000002"/>
    <w:name w:val="WW8Num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 w15:restartNumberingAfterBreak="0">
    <w:nsid w:val="05077D4E"/>
    <w:multiLevelType w:val="hybridMultilevel"/>
    <w:tmpl w:val="0F00E270"/>
    <w:lvl w:ilvl="0" w:tplc="F4E4594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593B80"/>
    <w:multiLevelType w:val="hybridMultilevel"/>
    <w:tmpl w:val="C6787CAE"/>
    <w:lvl w:ilvl="0" w:tplc="041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5E65C2"/>
    <w:multiLevelType w:val="hybridMultilevel"/>
    <w:tmpl w:val="939C5BF2"/>
    <w:lvl w:ilvl="0" w:tplc="724C5A7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1C744BAF"/>
    <w:multiLevelType w:val="hybridMultilevel"/>
    <w:tmpl w:val="5C30174E"/>
    <w:lvl w:ilvl="0" w:tplc="1C2890EC">
      <w:numFmt w:val="bullet"/>
      <w:lvlText w:val="❑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19"/>
        <w:szCs w:val="19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0D1F34"/>
    <w:multiLevelType w:val="hybridMultilevel"/>
    <w:tmpl w:val="664E3EE6"/>
    <w:lvl w:ilvl="0" w:tplc="D0363F3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13215E"/>
    <w:multiLevelType w:val="multilevel"/>
    <w:tmpl w:val="4970DD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7F4513"/>
    <w:multiLevelType w:val="hybridMultilevel"/>
    <w:tmpl w:val="8482DE8E"/>
    <w:lvl w:ilvl="0" w:tplc="31FCEB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507D24"/>
    <w:multiLevelType w:val="hybridMultilevel"/>
    <w:tmpl w:val="68B44324"/>
    <w:lvl w:ilvl="0" w:tplc="31FCEBE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7966E98"/>
    <w:multiLevelType w:val="hybridMultilevel"/>
    <w:tmpl w:val="F2EAA318"/>
    <w:lvl w:ilvl="0" w:tplc="1C2890EC">
      <w:numFmt w:val="bullet"/>
      <w:lvlText w:val="❑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19"/>
        <w:szCs w:val="19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330766"/>
    <w:multiLevelType w:val="hybridMultilevel"/>
    <w:tmpl w:val="870E8CE6"/>
    <w:lvl w:ilvl="0" w:tplc="5EFA1C1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E119C2"/>
    <w:multiLevelType w:val="hybridMultilevel"/>
    <w:tmpl w:val="E8163FC6"/>
    <w:lvl w:ilvl="0" w:tplc="7A7C896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170910"/>
    <w:multiLevelType w:val="hybridMultilevel"/>
    <w:tmpl w:val="0CEE5634"/>
    <w:lvl w:ilvl="0" w:tplc="253AA29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89324FF"/>
    <w:multiLevelType w:val="hybridMultilevel"/>
    <w:tmpl w:val="EF7AC7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DD94CC7"/>
    <w:multiLevelType w:val="hybridMultilevel"/>
    <w:tmpl w:val="4148D44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E02B12"/>
    <w:multiLevelType w:val="hybridMultilevel"/>
    <w:tmpl w:val="86D4F2E0"/>
    <w:lvl w:ilvl="0" w:tplc="29480A5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9D7B2A"/>
    <w:multiLevelType w:val="hybridMultilevel"/>
    <w:tmpl w:val="9D8ED54E"/>
    <w:lvl w:ilvl="0" w:tplc="C43A970C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1"/>
        <w:sz w:val="19"/>
        <w:szCs w:val="19"/>
      </w:rPr>
    </w:lvl>
    <w:lvl w:ilvl="1" w:tplc="0DA4A126">
      <w:numFmt w:val="bullet"/>
      <w:lvlText w:val="•"/>
      <w:lvlJc w:val="left"/>
      <w:pPr>
        <w:ind w:left="753" w:hanging="360"/>
      </w:pPr>
      <w:rPr>
        <w:rFonts w:hint="default"/>
      </w:rPr>
    </w:lvl>
    <w:lvl w:ilvl="2" w:tplc="DED2C694">
      <w:numFmt w:val="bullet"/>
      <w:lvlText w:val="•"/>
      <w:lvlJc w:val="left"/>
      <w:pPr>
        <w:ind w:left="1027" w:hanging="360"/>
      </w:pPr>
      <w:rPr>
        <w:rFonts w:hint="default"/>
      </w:rPr>
    </w:lvl>
    <w:lvl w:ilvl="3" w:tplc="C5DE86F4">
      <w:numFmt w:val="bullet"/>
      <w:lvlText w:val="•"/>
      <w:lvlJc w:val="left"/>
      <w:pPr>
        <w:ind w:left="1300" w:hanging="360"/>
      </w:pPr>
      <w:rPr>
        <w:rFonts w:hint="default"/>
      </w:rPr>
    </w:lvl>
    <w:lvl w:ilvl="4" w:tplc="E8CC57A2">
      <w:numFmt w:val="bullet"/>
      <w:lvlText w:val="•"/>
      <w:lvlJc w:val="left"/>
      <w:pPr>
        <w:ind w:left="1574" w:hanging="360"/>
      </w:pPr>
      <w:rPr>
        <w:rFonts w:hint="default"/>
      </w:rPr>
    </w:lvl>
    <w:lvl w:ilvl="5" w:tplc="327AD5E0">
      <w:numFmt w:val="bullet"/>
      <w:lvlText w:val="•"/>
      <w:lvlJc w:val="left"/>
      <w:pPr>
        <w:ind w:left="1848" w:hanging="360"/>
      </w:pPr>
      <w:rPr>
        <w:rFonts w:hint="default"/>
      </w:rPr>
    </w:lvl>
    <w:lvl w:ilvl="6" w:tplc="8EFCBCFE">
      <w:numFmt w:val="bullet"/>
      <w:lvlText w:val="•"/>
      <w:lvlJc w:val="left"/>
      <w:pPr>
        <w:ind w:left="2121" w:hanging="360"/>
      </w:pPr>
      <w:rPr>
        <w:rFonts w:hint="default"/>
      </w:rPr>
    </w:lvl>
    <w:lvl w:ilvl="7" w:tplc="E3921CCA">
      <w:numFmt w:val="bullet"/>
      <w:lvlText w:val="•"/>
      <w:lvlJc w:val="left"/>
      <w:pPr>
        <w:ind w:left="2395" w:hanging="360"/>
      </w:pPr>
      <w:rPr>
        <w:rFonts w:hint="default"/>
      </w:rPr>
    </w:lvl>
    <w:lvl w:ilvl="8" w:tplc="CE924FBE">
      <w:numFmt w:val="bullet"/>
      <w:lvlText w:val="•"/>
      <w:lvlJc w:val="left"/>
      <w:pPr>
        <w:ind w:left="2668" w:hanging="360"/>
      </w:pPr>
      <w:rPr>
        <w:rFonts w:hint="default"/>
      </w:rPr>
    </w:lvl>
  </w:abstractNum>
  <w:abstractNum w:abstractNumId="27" w15:restartNumberingAfterBreak="0">
    <w:nsid w:val="505D50B2"/>
    <w:multiLevelType w:val="hybridMultilevel"/>
    <w:tmpl w:val="6868F1AC"/>
    <w:lvl w:ilvl="0" w:tplc="F754DB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A54818"/>
    <w:multiLevelType w:val="hybridMultilevel"/>
    <w:tmpl w:val="11DA357C"/>
    <w:lvl w:ilvl="0" w:tplc="99AABB76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61A5CDE"/>
    <w:multiLevelType w:val="hybridMultilevel"/>
    <w:tmpl w:val="9D5C8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63294C"/>
    <w:multiLevelType w:val="hybridMultilevel"/>
    <w:tmpl w:val="DBC6BD86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9F5FB4"/>
    <w:multiLevelType w:val="multilevel"/>
    <w:tmpl w:val="84A2D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E6A55B1"/>
    <w:multiLevelType w:val="hybridMultilevel"/>
    <w:tmpl w:val="53A0BA12"/>
    <w:lvl w:ilvl="0" w:tplc="E4DA2CA6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1"/>
        <w:sz w:val="19"/>
        <w:szCs w:val="19"/>
      </w:rPr>
    </w:lvl>
    <w:lvl w:ilvl="1" w:tplc="4D9A730C">
      <w:numFmt w:val="bullet"/>
      <w:lvlText w:val="•"/>
      <w:lvlJc w:val="left"/>
      <w:pPr>
        <w:ind w:left="753" w:hanging="360"/>
      </w:pPr>
      <w:rPr>
        <w:rFonts w:hint="default"/>
      </w:rPr>
    </w:lvl>
    <w:lvl w:ilvl="2" w:tplc="22F430D0">
      <w:numFmt w:val="bullet"/>
      <w:lvlText w:val="•"/>
      <w:lvlJc w:val="left"/>
      <w:pPr>
        <w:ind w:left="1027" w:hanging="360"/>
      </w:pPr>
      <w:rPr>
        <w:rFonts w:hint="default"/>
      </w:rPr>
    </w:lvl>
    <w:lvl w:ilvl="3" w:tplc="E2EAE59E">
      <w:numFmt w:val="bullet"/>
      <w:lvlText w:val="•"/>
      <w:lvlJc w:val="left"/>
      <w:pPr>
        <w:ind w:left="1300" w:hanging="360"/>
      </w:pPr>
      <w:rPr>
        <w:rFonts w:hint="default"/>
      </w:rPr>
    </w:lvl>
    <w:lvl w:ilvl="4" w:tplc="91E0B2BA">
      <w:numFmt w:val="bullet"/>
      <w:lvlText w:val="•"/>
      <w:lvlJc w:val="left"/>
      <w:pPr>
        <w:ind w:left="1574" w:hanging="360"/>
      </w:pPr>
      <w:rPr>
        <w:rFonts w:hint="default"/>
      </w:rPr>
    </w:lvl>
    <w:lvl w:ilvl="5" w:tplc="07C8CDB4">
      <w:numFmt w:val="bullet"/>
      <w:lvlText w:val="•"/>
      <w:lvlJc w:val="left"/>
      <w:pPr>
        <w:ind w:left="1848" w:hanging="360"/>
      </w:pPr>
      <w:rPr>
        <w:rFonts w:hint="default"/>
      </w:rPr>
    </w:lvl>
    <w:lvl w:ilvl="6" w:tplc="E9E0D9DC">
      <w:numFmt w:val="bullet"/>
      <w:lvlText w:val="•"/>
      <w:lvlJc w:val="left"/>
      <w:pPr>
        <w:ind w:left="2121" w:hanging="360"/>
      </w:pPr>
      <w:rPr>
        <w:rFonts w:hint="default"/>
      </w:rPr>
    </w:lvl>
    <w:lvl w:ilvl="7" w:tplc="8352425C">
      <w:numFmt w:val="bullet"/>
      <w:lvlText w:val="•"/>
      <w:lvlJc w:val="left"/>
      <w:pPr>
        <w:ind w:left="2395" w:hanging="360"/>
      </w:pPr>
      <w:rPr>
        <w:rFonts w:hint="default"/>
      </w:rPr>
    </w:lvl>
    <w:lvl w:ilvl="8" w:tplc="13A01DF4">
      <w:numFmt w:val="bullet"/>
      <w:lvlText w:val="•"/>
      <w:lvlJc w:val="left"/>
      <w:pPr>
        <w:ind w:left="2668" w:hanging="360"/>
      </w:pPr>
      <w:rPr>
        <w:rFonts w:hint="default"/>
      </w:rPr>
    </w:lvl>
  </w:abstractNum>
  <w:abstractNum w:abstractNumId="33" w15:restartNumberingAfterBreak="0">
    <w:nsid w:val="629F4906"/>
    <w:multiLevelType w:val="hybridMultilevel"/>
    <w:tmpl w:val="5ECA0728"/>
    <w:lvl w:ilvl="0" w:tplc="FBF81A2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516DFC"/>
    <w:multiLevelType w:val="hybridMultilevel"/>
    <w:tmpl w:val="28D61C7E"/>
    <w:lvl w:ilvl="0" w:tplc="C64C0C9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5AA78A0"/>
    <w:multiLevelType w:val="hybridMultilevel"/>
    <w:tmpl w:val="F2A2B0FA"/>
    <w:lvl w:ilvl="0" w:tplc="3B34A1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E23A1B"/>
    <w:multiLevelType w:val="hybridMultilevel"/>
    <w:tmpl w:val="E42C2972"/>
    <w:lvl w:ilvl="0" w:tplc="259E9B9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B9A47DD"/>
    <w:multiLevelType w:val="hybridMultilevel"/>
    <w:tmpl w:val="905EFA1C"/>
    <w:lvl w:ilvl="0" w:tplc="943E85A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354CA6"/>
    <w:multiLevelType w:val="hybridMultilevel"/>
    <w:tmpl w:val="86F04CDE"/>
    <w:lvl w:ilvl="0" w:tplc="504A7C64">
      <w:start w:val="55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BE71BD6"/>
    <w:multiLevelType w:val="hybridMultilevel"/>
    <w:tmpl w:val="3C26D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6E5DEC"/>
    <w:multiLevelType w:val="hybridMultilevel"/>
    <w:tmpl w:val="CD1A0108"/>
    <w:lvl w:ilvl="0" w:tplc="826279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88298386">
    <w:abstractNumId w:val="9"/>
  </w:num>
  <w:num w:numId="2" w16cid:durableId="400910651">
    <w:abstractNumId w:val="10"/>
  </w:num>
  <w:num w:numId="3" w16cid:durableId="157428649">
    <w:abstractNumId w:val="34"/>
  </w:num>
  <w:num w:numId="4" w16cid:durableId="1829175765">
    <w:abstractNumId w:val="11"/>
  </w:num>
  <w:num w:numId="5" w16cid:durableId="1986858671">
    <w:abstractNumId w:val="22"/>
  </w:num>
  <w:num w:numId="6" w16cid:durableId="1921331436">
    <w:abstractNumId w:val="27"/>
  </w:num>
  <w:num w:numId="7" w16cid:durableId="158620113">
    <w:abstractNumId w:val="40"/>
  </w:num>
  <w:num w:numId="8" w16cid:durableId="1329360230">
    <w:abstractNumId w:val="28"/>
  </w:num>
  <w:num w:numId="9" w16cid:durableId="403255">
    <w:abstractNumId w:val="20"/>
  </w:num>
  <w:num w:numId="10" w16cid:durableId="2084645304">
    <w:abstractNumId w:val="35"/>
  </w:num>
  <w:num w:numId="11" w16cid:durableId="992220276">
    <w:abstractNumId w:val="37"/>
  </w:num>
  <w:num w:numId="12" w16cid:durableId="935357651">
    <w:abstractNumId w:val="33"/>
  </w:num>
  <w:num w:numId="13" w16cid:durableId="1512719976">
    <w:abstractNumId w:val="15"/>
  </w:num>
  <w:num w:numId="14" w16cid:durableId="1710639236">
    <w:abstractNumId w:val="30"/>
  </w:num>
  <w:num w:numId="15" w16cid:durableId="901064266">
    <w:abstractNumId w:val="25"/>
  </w:num>
  <w:num w:numId="16" w16cid:durableId="388263070">
    <w:abstractNumId w:val="17"/>
  </w:num>
  <w:num w:numId="17" w16cid:durableId="1206983030">
    <w:abstractNumId w:val="39"/>
  </w:num>
  <w:num w:numId="18" w16cid:durableId="1190222290">
    <w:abstractNumId w:val="36"/>
  </w:num>
  <w:num w:numId="19" w16cid:durableId="608124398">
    <w:abstractNumId w:val="16"/>
  </w:num>
  <w:num w:numId="20" w16cid:durableId="66465716">
    <w:abstractNumId w:val="23"/>
  </w:num>
  <w:num w:numId="21" w16cid:durableId="1867713525">
    <w:abstractNumId w:val="29"/>
  </w:num>
  <w:num w:numId="22" w16cid:durableId="1748578545">
    <w:abstractNumId w:val="18"/>
  </w:num>
  <w:num w:numId="23" w16cid:durableId="725178736">
    <w:abstractNumId w:val="38"/>
  </w:num>
  <w:num w:numId="24" w16cid:durableId="606734281">
    <w:abstractNumId w:val="31"/>
  </w:num>
  <w:num w:numId="25" w16cid:durableId="343434218">
    <w:abstractNumId w:val="24"/>
  </w:num>
  <w:num w:numId="26" w16cid:durableId="1247302357">
    <w:abstractNumId w:val="12"/>
  </w:num>
  <w:num w:numId="27" w16cid:durableId="2043284873">
    <w:abstractNumId w:val="19"/>
  </w:num>
  <w:num w:numId="28" w16cid:durableId="1811510221">
    <w:abstractNumId w:val="14"/>
  </w:num>
  <w:num w:numId="29" w16cid:durableId="1650941854">
    <w:abstractNumId w:val="21"/>
  </w:num>
  <w:num w:numId="30" w16cid:durableId="1269318169">
    <w:abstractNumId w:val="32"/>
  </w:num>
  <w:num w:numId="31" w16cid:durableId="1894152427">
    <w:abstractNumId w:val="26"/>
  </w:num>
  <w:num w:numId="32" w16cid:durableId="1563909781">
    <w:abstractNumId w:val="8"/>
  </w:num>
  <w:num w:numId="33" w16cid:durableId="942342789">
    <w:abstractNumId w:val="6"/>
  </w:num>
  <w:num w:numId="34" w16cid:durableId="1863546473">
    <w:abstractNumId w:val="5"/>
  </w:num>
  <w:num w:numId="35" w16cid:durableId="680743658">
    <w:abstractNumId w:val="4"/>
  </w:num>
  <w:num w:numId="36" w16cid:durableId="175658675">
    <w:abstractNumId w:val="7"/>
  </w:num>
  <w:num w:numId="37" w16cid:durableId="1893619093">
    <w:abstractNumId w:val="3"/>
  </w:num>
  <w:num w:numId="38" w16cid:durableId="16582175">
    <w:abstractNumId w:val="2"/>
  </w:num>
  <w:num w:numId="39" w16cid:durableId="1667896183">
    <w:abstractNumId w:val="1"/>
  </w:num>
  <w:num w:numId="40" w16cid:durableId="842936293">
    <w:abstractNumId w:val="0"/>
  </w:num>
  <w:num w:numId="41" w16cid:durableId="7562469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850"/>
    <w:rsid w:val="00004F58"/>
    <w:rsid w:val="00051DA9"/>
    <w:rsid w:val="00053580"/>
    <w:rsid w:val="00080348"/>
    <w:rsid w:val="000B1116"/>
    <w:rsid w:val="000B2688"/>
    <w:rsid w:val="000C2513"/>
    <w:rsid w:val="000E5A18"/>
    <w:rsid w:val="001064D9"/>
    <w:rsid w:val="00161595"/>
    <w:rsid w:val="00162EA2"/>
    <w:rsid w:val="00165F13"/>
    <w:rsid w:val="00171346"/>
    <w:rsid w:val="001B6DCD"/>
    <w:rsid w:val="001C11D7"/>
    <w:rsid w:val="001F1916"/>
    <w:rsid w:val="002253A8"/>
    <w:rsid w:val="00250F8B"/>
    <w:rsid w:val="00251F74"/>
    <w:rsid w:val="00281B91"/>
    <w:rsid w:val="00284CF1"/>
    <w:rsid w:val="002C331D"/>
    <w:rsid w:val="002F0E89"/>
    <w:rsid w:val="002F1148"/>
    <w:rsid w:val="002F3FCD"/>
    <w:rsid w:val="00303491"/>
    <w:rsid w:val="003078E8"/>
    <w:rsid w:val="0031676A"/>
    <w:rsid w:val="00331976"/>
    <w:rsid w:val="003559CB"/>
    <w:rsid w:val="003971F9"/>
    <w:rsid w:val="003A376E"/>
    <w:rsid w:val="003B7632"/>
    <w:rsid w:val="004004FD"/>
    <w:rsid w:val="00403BC5"/>
    <w:rsid w:val="00423B95"/>
    <w:rsid w:val="0043485A"/>
    <w:rsid w:val="00444938"/>
    <w:rsid w:val="00473796"/>
    <w:rsid w:val="00481894"/>
    <w:rsid w:val="00494D7A"/>
    <w:rsid w:val="004C6DCB"/>
    <w:rsid w:val="00506082"/>
    <w:rsid w:val="00514664"/>
    <w:rsid w:val="00545489"/>
    <w:rsid w:val="00551271"/>
    <w:rsid w:val="00564FB2"/>
    <w:rsid w:val="005A4AB4"/>
    <w:rsid w:val="005C240A"/>
    <w:rsid w:val="005C6AB7"/>
    <w:rsid w:val="005C7A01"/>
    <w:rsid w:val="005E4EDA"/>
    <w:rsid w:val="005F30D7"/>
    <w:rsid w:val="00614C3A"/>
    <w:rsid w:val="00615149"/>
    <w:rsid w:val="006174B2"/>
    <w:rsid w:val="006374EA"/>
    <w:rsid w:val="0064218D"/>
    <w:rsid w:val="00653854"/>
    <w:rsid w:val="006612A1"/>
    <w:rsid w:val="006614FC"/>
    <w:rsid w:val="00684D3D"/>
    <w:rsid w:val="00696F98"/>
    <w:rsid w:val="006C75B9"/>
    <w:rsid w:val="006D3664"/>
    <w:rsid w:val="006E2EF3"/>
    <w:rsid w:val="007100E7"/>
    <w:rsid w:val="007117C5"/>
    <w:rsid w:val="00757248"/>
    <w:rsid w:val="00761445"/>
    <w:rsid w:val="00766C27"/>
    <w:rsid w:val="00774CEE"/>
    <w:rsid w:val="007852D9"/>
    <w:rsid w:val="0079208B"/>
    <w:rsid w:val="007A2909"/>
    <w:rsid w:val="007A314D"/>
    <w:rsid w:val="007A4E0B"/>
    <w:rsid w:val="007B02F7"/>
    <w:rsid w:val="007B5820"/>
    <w:rsid w:val="007E13A0"/>
    <w:rsid w:val="008279FA"/>
    <w:rsid w:val="00833D81"/>
    <w:rsid w:val="0084119D"/>
    <w:rsid w:val="008B4F5F"/>
    <w:rsid w:val="008B5C43"/>
    <w:rsid w:val="008C273C"/>
    <w:rsid w:val="009131F4"/>
    <w:rsid w:val="009270C1"/>
    <w:rsid w:val="009407B2"/>
    <w:rsid w:val="00940B44"/>
    <w:rsid w:val="00942C1F"/>
    <w:rsid w:val="009461BC"/>
    <w:rsid w:val="00950010"/>
    <w:rsid w:val="009573E8"/>
    <w:rsid w:val="0097724A"/>
    <w:rsid w:val="00986E0A"/>
    <w:rsid w:val="00987C28"/>
    <w:rsid w:val="00991F3B"/>
    <w:rsid w:val="009B5A8F"/>
    <w:rsid w:val="009B5B95"/>
    <w:rsid w:val="009E0A6C"/>
    <w:rsid w:val="009E2467"/>
    <w:rsid w:val="009E5AF2"/>
    <w:rsid w:val="00A17B77"/>
    <w:rsid w:val="00A22AEF"/>
    <w:rsid w:val="00A36086"/>
    <w:rsid w:val="00A44085"/>
    <w:rsid w:val="00A70D26"/>
    <w:rsid w:val="00A91C03"/>
    <w:rsid w:val="00AD594D"/>
    <w:rsid w:val="00AE7610"/>
    <w:rsid w:val="00AF193F"/>
    <w:rsid w:val="00B10CB6"/>
    <w:rsid w:val="00B21D70"/>
    <w:rsid w:val="00B22A78"/>
    <w:rsid w:val="00B317F3"/>
    <w:rsid w:val="00B50DB8"/>
    <w:rsid w:val="00B81EA8"/>
    <w:rsid w:val="00B84DF3"/>
    <w:rsid w:val="00BB4510"/>
    <w:rsid w:val="00BC348C"/>
    <w:rsid w:val="00C10EFB"/>
    <w:rsid w:val="00C34C89"/>
    <w:rsid w:val="00C518B2"/>
    <w:rsid w:val="00C669AC"/>
    <w:rsid w:val="00C74D4B"/>
    <w:rsid w:val="00C82674"/>
    <w:rsid w:val="00C83B59"/>
    <w:rsid w:val="00C859C1"/>
    <w:rsid w:val="00C93679"/>
    <w:rsid w:val="00CC0C14"/>
    <w:rsid w:val="00CD2139"/>
    <w:rsid w:val="00CD7605"/>
    <w:rsid w:val="00CE75C3"/>
    <w:rsid w:val="00CF1C1F"/>
    <w:rsid w:val="00CF4368"/>
    <w:rsid w:val="00D07F7E"/>
    <w:rsid w:val="00D11D51"/>
    <w:rsid w:val="00D8244C"/>
    <w:rsid w:val="00D90225"/>
    <w:rsid w:val="00DA1850"/>
    <w:rsid w:val="00DD159E"/>
    <w:rsid w:val="00E15F08"/>
    <w:rsid w:val="00E25BFB"/>
    <w:rsid w:val="00E411AD"/>
    <w:rsid w:val="00E47162"/>
    <w:rsid w:val="00E673CB"/>
    <w:rsid w:val="00EB7AC1"/>
    <w:rsid w:val="00EC6020"/>
    <w:rsid w:val="00F174F1"/>
    <w:rsid w:val="00F73241"/>
    <w:rsid w:val="00F81ADA"/>
    <w:rsid w:val="00F91FDE"/>
    <w:rsid w:val="00F9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72C6CBF"/>
  <w15:chartTrackingRefBased/>
  <w15:docId w15:val="{B7FE4D5B-E462-4102-A9E2-7C163272C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numPr>
        <w:numId w:val="2"/>
      </w:numPr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tabs>
        <w:tab w:val="num" w:pos="0"/>
      </w:tabs>
      <w:ind w:left="432" w:hanging="432"/>
      <w:jc w:val="both"/>
      <w:outlineLvl w:val="1"/>
    </w:pPr>
    <w:rPr>
      <w:b/>
      <w:sz w:val="24"/>
      <w:lang w:val="ro-RO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1B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15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  <w:sz w:val="15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15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5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7"/>
    </w:pPr>
    <w:rPr>
      <w:rFonts w:asciiTheme="majorHAnsi" w:eastAsiaTheme="majorEastAsia" w:hAnsiTheme="majorHAnsi" w:cstheme="majorBidi"/>
      <w:color w:val="5B9BD5" w:themeColor="accent1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2513"/>
    <w:pPr>
      <w:keepNext/>
      <w:keepLines/>
      <w:suppressAutoHyphens w:val="0"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ntdeparagrafimplicit1">
    <w:name w:val="Font de paragraf implicit1"/>
  </w:style>
  <w:style w:type="character" w:styleId="Hyperlink">
    <w:name w:val="Hyperlink"/>
    <w:rPr>
      <w:strike w:val="0"/>
      <w:dstrike w:val="0"/>
      <w:color w:val="336390"/>
      <w:u w:val="none"/>
    </w:rPr>
  </w:style>
  <w:style w:type="character" w:styleId="Strong">
    <w:name w:val="Strong"/>
    <w:uiPriority w:val="22"/>
    <w:qFormat/>
    <w:rPr>
      <w:b/>
      <w:bCs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paragraph" w:styleId="List">
    <w:name w:val="List"/>
    <w:basedOn w:val="BodyText"/>
    <w:uiPriority w:val="99"/>
    <w:rPr>
      <w:rFonts w:cs="Mangal"/>
    </w:rPr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Legend1">
    <w:name w:val="Legendă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BodyTextIndent">
    <w:name w:val="Body Text Indent"/>
    <w:basedOn w:val="Normal"/>
    <w:pPr>
      <w:ind w:firstLine="720"/>
      <w:jc w:val="both"/>
    </w:pPr>
    <w:rPr>
      <w:b/>
      <w:i/>
      <w:sz w:val="28"/>
      <w:lang w:val="ro-RO"/>
    </w:rPr>
  </w:style>
  <w:style w:type="paragraph" w:styleId="BodyTextIndent2">
    <w:name w:val="Body Text Indent 2"/>
    <w:basedOn w:val="Normal"/>
    <w:pPr>
      <w:ind w:firstLine="720"/>
      <w:jc w:val="both"/>
    </w:pPr>
    <w:rPr>
      <w:sz w:val="28"/>
      <w:lang w:val="ro-RO"/>
    </w:rPr>
  </w:style>
  <w:style w:type="paragraph" w:customStyle="1" w:styleId="pj">
    <w:name w:val="pj"/>
    <w:basedOn w:val="Normal"/>
    <w:pPr>
      <w:suppressAutoHyphens w:val="0"/>
      <w:spacing w:before="45" w:after="45" w:line="360" w:lineRule="atLeast"/>
      <w:ind w:left="45" w:right="45" w:firstLine="75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</w:style>
  <w:style w:type="paragraph" w:customStyle="1" w:styleId="FrameContents">
    <w:name w:val="Frame Contents"/>
    <w:basedOn w:val="Normal"/>
  </w:style>
  <w:style w:type="paragraph" w:styleId="BalloonText">
    <w:name w:val="Balloon Text"/>
    <w:basedOn w:val="Normal"/>
    <w:link w:val="BalloonTextChar"/>
    <w:uiPriority w:val="99"/>
    <w:semiHidden/>
    <w:unhideWhenUsed/>
    <w:rsid w:val="004004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04FD"/>
    <w:rPr>
      <w:rFonts w:ascii="Segoe UI" w:hAnsi="Segoe UI" w:cs="Segoe UI"/>
      <w:sz w:val="18"/>
      <w:szCs w:val="18"/>
      <w:lang w:eastAsia="zh-CN"/>
    </w:rPr>
  </w:style>
  <w:style w:type="table" w:styleId="TableGrid">
    <w:name w:val="Table Grid"/>
    <w:basedOn w:val="TableNormal"/>
    <w:uiPriority w:val="59"/>
    <w:rsid w:val="00A91C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514664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494D7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94D7A"/>
    <w:rPr>
      <w:lang w:eastAsia="zh-CN"/>
    </w:rPr>
  </w:style>
  <w:style w:type="character" w:customStyle="1" w:styleId="HeaderChar">
    <w:name w:val="Header Char"/>
    <w:link w:val="Header"/>
    <w:uiPriority w:val="99"/>
    <w:rsid w:val="00494D7A"/>
    <w:rPr>
      <w:lang w:eastAsia="zh-CN"/>
    </w:rPr>
  </w:style>
  <w:style w:type="paragraph" w:styleId="ListParagraph">
    <w:name w:val="List Paragraph"/>
    <w:basedOn w:val="Normal"/>
    <w:uiPriority w:val="34"/>
    <w:qFormat/>
    <w:rsid w:val="00940B44"/>
    <w:pPr>
      <w:suppressAutoHyphens w:val="0"/>
      <w:ind w:left="720"/>
    </w:pPr>
    <w:rPr>
      <w:rFonts w:ascii="Calibri" w:hAnsi="Calibri"/>
      <w:sz w:val="24"/>
      <w:szCs w:val="24"/>
      <w:lang w:val="ro-RO" w:eastAsia="en-US"/>
    </w:rPr>
  </w:style>
  <w:style w:type="paragraph" w:styleId="Title">
    <w:name w:val="Title"/>
    <w:basedOn w:val="Normal"/>
    <w:link w:val="TitleChar"/>
    <w:uiPriority w:val="10"/>
    <w:qFormat/>
    <w:rsid w:val="00051DA9"/>
    <w:pPr>
      <w:widowControl w:val="0"/>
      <w:suppressAutoHyphens w:val="0"/>
      <w:autoSpaceDE w:val="0"/>
      <w:autoSpaceDN w:val="0"/>
      <w:spacing w:before="1"/>
      <w:ind w:left="1346" w:right="1567"/>
      <w:jc w:val="center"/>
    </w:pPr>
    <w:rPr>
      <w:rFonts w:ascii="Arial" w:eastAsia="Arial" w:hAnsi="Arial" w:cs="Arial"/>
      <w:b/>
      <w:bCs/>
      <w:sz w:val="40"/>
      <w:szCs w:val="40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51DA9"/>
    <w:rPr>
      <w:rFonts w:ascii="Arial" w:eastAsia="Arial" w:hAnsi="Arial" w:cs="Arial"/>
      <w:b/>
      <w:bCs/>
      <w:sz w:val="40"/>
      <w:szCs w:val="40"/>
      <w:lang w:val="en-US" w:eastAsia="en-US"/>
    </w:rPr>
  </w:style>
  <w:style w:type="character" w:customStyle="1" w:styleId="paragraf1">
    <w:name w:val="paragraf1"/>
    <w:rsid w:val="008279FA"/>
    <w:rPr>
      <w:shd w:val="clear" w:color="auto" w:fill="auto"/>
    </w:rPr>
  </w:style>
  <w:style w:type="character" w:customStyle="1" w:styleId="linie1">
    <w:name w:val="linie1"/>
    <w:rsid w:val="008279FA"/>
    <w:rPr>
      <w:b/>
      <w:bCs/>
      <w:color w:val="000000"/>
    </w:rPr>
  </w:style>
  <w:style w:type="character" w:customStyle="1" w:styleId="tabel1">
    <w:name w:val="tabel1"/>
    <w:rsid w:val="008279FA"/>
    <w:rPr>
      <w:rFonts w:ascii="Courier New" w:hAnsi="Courier New" w:cs="Courier New" w:hint="default"/>
      <w:color w:val="000000"/>
      <w:sz w:val="20"/>
      <w:szCs w:val="20"/>
      <w:shd w:val="clear" w:color="auto" w:fill="auto"/>
    </w:rPr>
  </w:style>
  <w:style w:type="paragraph" w:styleId="HTMLPreformatted">
    <w:name w:val="HTML Preformatted"/>
    <w:basedOn w:val="Normal"/>
    <w:link w:val="HTMLPreformattedChar"/>
    <w:rsid w:val="008279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8279FA"/>
    <w:rPr>
      <w:rFonts w:ascii="Courier New" w:hAnsi="Courier New" w:cs="Courier New"/>
      <w:lang w:val="en-US" w:eastAsia="en-US"/>
    </w:rPr>
  </w:style>
  <w:style w:type="character" w:customStyle="1" w:styleId="nota1">
    <w:name w:val="nota1"/>
    <w:rsid w:val="008279FA"/>
    <w:rPr>
      <w:b/>
      <w:bCs/>
      <w:color w:val="000000"/>
    </w:rPr>
  </w:style>
  <w:style w:type="character" w:customStyle="1" w:styleId="Heading3Char">
    <w:name w:val="Heading 3 Char"/>
    <w:basedOn w:val="DefaultParagraphFont"/>
    <w:link w:val="Heading3"/>
    <w:uiPriority w:val="9"/>
    <w:rsid w:val="00281B9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zh-CN"/>
    </w:rPr>
  </w:style>
  <w:style w:type="table" w:customStyle="1" w:styleId="TableNormal1">
    <w:name w:val="Table Normal1"/>
    <w:uiPriority w:val="2"/>
    <w:semiHidden/>
    <w:unhideWhenUsed/>
    <w:qFormat/>
    <w:rsid w:val="00281B9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1B91"/>
    <w:pPr>
      <w:widowControl w:val="0"/>
      <w:suppressAutoHyphens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paragraph" w:styleId="NoSpacing">
    <w:name w:val="No Spacing"/>
    <w:uiPriority w:val="1"/>
    <w:qFormat/>
    <w:rsid w:val="00A70D26"/>
    <w:pPr>
      <w:suppressAutoHyphens/>
    </w:pPr>
    <w:rPr>
      <w:lang w:val="en-US" w:eastAsia="zh-CN"/>
    </w:rPr>
  </w:style>
  <w:style w:type="character" w:customStyle="1" w:styleId="tpa1">
    <w:name w:val="tpa1"/>
    <w:basedOn w:val="DefaultParagraphFont"/>
    <w:rsid w:val="00EB7AC1"/>
  </w:style>
  <w:style w:type="character" w:customStyle="1" w:styleId="li1">
    <w:name w:val="li1"/>
    <w:rsid w:val="00EB7AC1"/>
    <w:rPr>
      <w:b/>
      <w:bCs/>
      <w:color w:val="8F0000"/>
    </w:rPr>
  </w:style>
  <w:style w:type="character" w:customStyle="1" w:styleId="tli1">
    <w:name w:val="tli1"/>
    <w:basedOn w:val="DefaultParagraphFont"/>
    <w:rsid w:val="00EB7AC1"/>
  </w:style>
  <w:style w:type="character" w:customStyle="1" w:styleId="Heading4Char">
    <w:name w:val="Heading 4 Char"/>
    <w:basedOn w:val="DefaultParagraphFont"/>
    <w:link w:val="Heading4"/>
    <w:uiPriority w:val="9"/>
    <w:semiHidden/>
    <w:rsid w:val="000C2513"/>
    <w:rPr>
      <w:rFonts w:asciiTheme="majorHAnsi" w:eastAsiaTheme="majorEastAsia" w:hAnsiTheme="majorHAnsi" w:cstheme="majorBidi"/>
      <w:b/>
      <w:bCs/>
      <w:i/>
      <w:iCs/>
      <w:color w:val="5B9BD5" w:themeColor="accent1"/>
      <w:sz w:val="15"/>
      <w:szCs w:val="22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2513"/>
    <w:rPr>
      <w:rFonts w:asciiTheme="majorHAnsi" w:eastAsiaTheme="majorEastAsia" w:hAnsiTheme="majorHAnsi" w:cstheme="majorBidi"/>
      <w:color w:val="1F4D78" w:themeColor="accent1" w:themeShade="7F"/>
      <w:sz w:val="15"/>
      <w:szCs w:val="22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2513"/>
    <w:rPr>
      <w:rFonts w:asciiTheme="majorHAnsi" w:eastAsiaTheme="majorEastAsia" w:hAnsiTheme="majorHAnsi" w:cstheme="majorBidi"/>
      <w:i/>
      <w:iCs/>
      <w:color w:val="1F4D78" w:themeColor="accent1" w:themeShade="7F"/>
      <w:sz w:val="15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513"/>
    <w:rPr>
      <w:rFonts w:asciiTheme="majorHAnsi" w:eastAsiaTheme="majorEastAsia" w:hAnsiTheme="majorHAnsi" w:cstheme="majorBidi"/>
      <w:i/>
      <w:iCs/>
      <w:color w:val="404040" w:themeColor="text1" w:themeTint="BF"/>
      <w:sz w:val="15"/>
      <w:szCs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2513"/>
    <w:rPr>
      <w:rFonts w:asciiTheme="majorHAnsi" w:eastAsiaTheme="majorEastAsia" w:hAnsiTheme="majorHAnsi" w:cstheme="majorBidi"/>
      <w:color w:val="5B9BD5" w:themeColor="accent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2513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C2513"/>
    <w:rPr>
      <w:b/>
      <w:sz w:val="28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0C2513"/>
    <w:rPr>
      <w:b/>
      <w:sz w:val="24"/>
      <w:lang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2513"/>
    <w:pPr>
      <w:numPr>
        <w:ilvl w:val="1"/>
      </w:numPr>
      <w:suppressAutoHyphens w:val="0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C251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0C2513"/>
    <w:rPr>
      <w:lang w:val="en-US" w:eastAsia="zh-CN"/>
    </w:rPr>
  </w:style>
  <w:style w:type="paragraph" w:styleId="BodyText2">
    <w:name w:val="Body Text 2"/>
    <w:basedOn w:val="Normal"/>
    <w:link w:val="BodyText2Char"/>
    <w:uiPriority w:val="99"/>
    <w:unhideWhenUsed/>
    <w:rsid w:val="000C2513"/>
    <w:pPr>
      <w:suppressAutoHyphens w:val="0"/>
      <w:spacing w:after="120" w:line="480" w:lineRule="auto"/>
    </w:pPr>
    <w:rPr>
      <w:rFonts w:eastAsiaTheme="minorEastAsia" w:cstheme="minorBidi"/>
      <w:sz w:val="15"/>
      <w:szCs w:val="22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0C2513"/>
    <w:rPr>
      <w:rFonts w:eastAsiaTheme="minorEastAsia" w:cstheme="minorBidi"/>
      <w:sz w:val="15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unhideWhenUsed/>
    <w:rsid w:val="000C2513"/>
    <w:pPr>
      <w:suppressAutoHyphens w:val="0"/>
      <w:spacing w:after="120"/>
    </w:pPr>
    <w:rPr>
      <w:rFonts w:eastAsiaTheme="minorEastAsia" w:cstheme="minorBidi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0C2513"/>
    <w:rPr>
      <w:rFonts w:eastAsiaTheme="minorEastAsia" w:cstheme="minorBidi"/>
      <w:sz w:val="16"/>
      <w:szCs w:val="16"/>
      <w:lang w:val="en-US" w:eastAsia="en-US"/>
    </w:rPr>
  </w:style>
  <w:style w:type="paragraph" w:styleId="List2">
    <w:name w:val="List 2"/>
    <w:basedOn w:val="Normal"/>
    <w:uiPriority w:val="99"/>
    <w:unhideWhenUsed/>
    <w:rsid w:val="000C2513"/>
    <w:pPr>
      <w:suppressAutoHyphens w:val="0"/>
      <w:ind w:left="720" w:hanging="36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3">
    <w:name w:val="List 3"/>
    <w:basedOn w:val="Normal"/>
    <w:uiPriority w:val="99"/>
    <w:unhideWhenUsed/>
    <w:rsid w:val="000C2513"/>
    <w:pPr>
      <w:suppressAutoHyphens w:val="0"/>
      <w:ind w:left="1080" w:hanging="36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0C2513"/>
    <w:pPr>
      <w:numPr>
        <w:numId w:val="32"/>
      </w:numPr>
      <w:tabs>
        <w:tab w:val="clear" w:pos="36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0C2513"/>
    <w:pPr>
      <w:numPr>
        <w:numId w:val="33"/>
      </w:numPr>
      <w:tabs>
        <w:tab w:val="clear" w:pos="72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0C2513"/>
    <w:pPr>
      <w:numPr>
        <w:numId w:val="34"/>
      </w:numPr>
      <w:tabs>
        <w:tab w:val="clear" w:pos="108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0C2513"/>
    <w:pPr>
      <w:numPr>
        <w:numId w:val="36"/>
      </w:numPr>
      <w:tabs>
        <w:tab w:val="clear" w:pos="36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0C2513"/>
    <w:pPr>
      <w:numPr>
        <w:numId w:val="37"/>
      </w:numPr>
      <w:tabs>
        <w:tab w:val="clear" w:pos="72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0C2513"/>
    <w:pPr>
      <w:numPr>
        <w:numId w:val="38"/>
      </w:numPr>
      <w:tabs>
        <w:tab w:val="clear" w:pos="1080"/>
      </w:tabs>
      <w:suppressAutoHyphens w:val="0"/>
      <w:ind w:left="0" w:firstLine="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Continue">
    <w:name w:val="List Continue"/>
    <w:basedOn w:val="Normal"/>
    <w:uiPriority w:val="99"/>
    <w:unhideWhenUsed/>
    <w:rsid w:val="000C2513"/>
    <w:pPr>
      <w:suppressAutoHyphens w:val="0"/>
      <w:spacing w:after="120"/>
      <w:ind w:left="36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Continue2">
    <w:name w:val="List Continue 2"/>
    <w:basedOn w:val="Normal"/>
    <w:uiPriority w:val="99"/>
    <w:unhideWhenUsed/>
    <w:rsid w:val="000C2513"/>
    <w:pPr>
      <w:suppressAutoHyphens w:val="0"/>
      <w:spacing w:after="120"/>
      <w:ind w:left="72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ListContinue3">
    <w:name w:val="List Continue 3"/>
    <w:basedOn w:val="Normal"/>
    <w:uiPriority w:val="99"/>
    <w:unhideWhenUsed/>
    <w:rsid w:val="000C2513"/>
    <w:pPr>
      <w:suppressAutoHyphens w:val="0"/>
      <w:spacing w:after="120"/>
      <w:ind w:left="1080"/>
      <w:contextualSpacing/>
    </w:pPr>
    <w:rPr>
      <w:rFonts w:eastAsiaTheme="minorEastAsia" w:cstheme="minorBidi"/>
      <w:sz w:val="15"/>
      <w:szCs w:val="22"/>
      <w:lang w:eastAsia="en-US"/>
    </w:rPr>
  </w:style>
  <w:style w:type="paragraph" w:styleId="MacroText">
    <w:name w:val="macro"/>
    <w:link w:val="MacroTextChar"/>
    <w:uiPriority w:val="99"/>
    <w:unhideWhenUsed/>
    <w:rsid w:val="000C2513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rsid w:val="000C2513"/>
    <w:rPr>
      <w:rFonts w:ascii="Courier" w:eastAsiaTheme="minorEastAsia" w:hAnsi="Courier" w:cstheme="minorBidi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0C2513"/>
    <w:pPr>
      <w:suppressAutoHyphens w:val="0"/>
    </w:pPr>
    <w:rPr>
      <w:rFonts w:eastAsiaTheme="minorEastAsia" w:cstheme="minorBidi"/>
      <w:i/>
      <w:iCs/>
      <w:color w:val="000000" w:themeColor="text1"/>
      <w:sz w:val="15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0C2513"/>
    <w:rPr>
      <w:rFonts w:eastAsiaTheme="minorEastAsia" w:cstheme="minorBidi"/>
      <w:i/>
      <w:iCs/>
      <w:color w:val="000000" w:themeColor="text1"/>
      <w:sz w:val="15"/>
      <w:szCs w:val="22"/>
      <w:lang w:val="en-US" w:eastAsia="en-US"/>
    </w:rPr>
  </w:style>
  <w:style w:type="character" w:styleId="Emphasis">
    <w:name w:val="Emphasis"/>
    <w:basedOn w:val="DefaultParagraphFont"/>
    <w:uiPriority w:val="20"/>
    <w:qFormat/>
    <w:rsid w:val="000C251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513"/>
    <w:pPr>
      <w:pBdr>
        <w:bottom w:val="single" w:sz="4" w:space="4" w:color="5B9BD5" w:themeColor="accent1"/>
      </w:pBdr>
      <w:suppressAutoHyphens w:val="0"/>
      <w:spacing w:before="200" w:after="280"/>
      <w:ind w:left="936" w:right="936"/>
    </w:pPr>
    <w:rPr>
      <w:rFonts w:eastAsiaTheme="minorEastAsia" w:cstheme="minorBidi"/>
      <w:b/>
      <w:bCs/>
      <w:i/>
      <w:iCs/>
      <w:color w:val="5B9BD5" w:themeColor="accent1"/>
      <w:sz w:val="15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513"/>
    <w:rPr>
      <w:rFonts w:eastAsiaTheme="minorEastAsia" w:cstheme="minorBidi"/>
      <w:b/>
      <w:bCs/>
      <w:i/>
      <w:iCs/>
      <w:color w:val="5B9BD5" w:themeColor="accent1"/>
      <w:sz w:val="15"/>
      <w:szCs w:val="22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0C2513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C2513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C2513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C2513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C2513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C2513"/>
    <w:pPr>
      <w:keepLines/>
      <w:numPr>
        <w:numId w:val="0"/>
      </w:numPr>
      <w:suppressAutoHyphens w:val="0"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Cs w:val="28"/>
      <w:lang w:eastAsia="en-US"/>
    </w:rPr>
  </w:style>
  <w:style w:type="table" w:styleId="LightShading">
    <w:name w:val="Light Shading"/>
    <w:basedOn w:val="TableNormal"/>
    <w:uiPriority w:val="60"/>
    <w:rsid w:val="000C2513"/>
    <w:rPr>
      <w:rFonts w:asciiTheme="minorHAnsi" w:eastAsiaTheme="minorEastAsia" w:hAnsiTheme="minorHAnsi" w:cstheme="minorBidi"/>
      <w:color w:val="000000" w:themeColor="tex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0C2513"/>
    <w:rPr>
      <w:rFonts w:asciiTheme="minorHAnsi" w:eastAsiaTheme="minorEastAsia" w:hAnsiTheme="minorHAnsi" w:cstheme="minorBidi"/>
      <w:color w:val="2E74B5" w:themeColor="accent1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0C2513"/>
    <w:rPr>
      <w:rFonts w:asciiTheme="minorHAnsi" w:eastAsiaTheme="minorEastAsia" w:hAnsiTheme="minorHAnsi" w:cstheme="minorBidi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0C2513"/>
    <w:rPr>
      <w:rFonts w:asciiTheme="minorHAnsi" w:eastAsiaTheme="minorEastAsia" w:hAnsiTheme="minorHAnsi" w:cstheme="minorBidi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0C2513"/>
    <w:rPr>
      <w:rFonts w:asciiTheme="minorHAnsi" w:eastAsiaTheme="minorEastAsia" w:hAnsiTheme="minorHAnsi" w:cstheme="minorBidi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C2513"/>
    <w:rPr>
      <w:rFonts w:asciiTheme="minorHAnsi" w:eastAsiaTheme="minorEastAsia" w:hAnsiTheme="minorHAnsi" w:cstheme="minorBidi"/>
      <w:color w:val="2F5496" w:themeColor="accent5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C2513"/>
    <w:rPr>
      <w:rFonts w:asciiTheme="minorHAnsi" w:eastAsiaTheme="minorEastAsia" w:hAnsiTheme="minorHAnsi" w:cstheme="minorBidi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0C2513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0C2513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0C2513"/>
    <w:rPr>
      <w:rFonts w:asciiTheme="minorHAnsi" w:eastAsiaTheme="minorEastAsia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0C2513"/>
    <w:rPr>
      <w:rFonts w:asciiTheme="minorHAnsi" w:eastAsiaTheme="minorEastAsia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5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26A3D-9643-40AC-BD09-3B1648615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/>
  <LinksUpToDate>false</LinksUpToDate>
  <CharactersWithSpaces>1338</CharactersWithSpaces>
  <SharedDoc>false</SharedDoc>
  <HLinks>
    <vt:vector size="6" baseType="variant">
      <vt:variant>
        <vt:i4>1179696</vt:i4>
      </vt:variant>
      <vt:variant>
        <vt:i4>0</vt:i4>
      </vt:variant>
      <vt:variant>
        <vt:i4>0</vt:i4>
      </vt:variant>
      <vt:variant>
        <vt:i4>5</vt:i4>
      </vt:variant>
      <vt:variant>
        <vt:lpwstr>mailto:contact@primariavatradornei.ro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ccc</dc:creator>
  <cp:keywords/>
  <cp:lastModifiedBy>Primaria  Vatra Dornej</cp:lastModifiedBy>
  <cp:revision>3</cp:revision>
  <cp:lastPrinted>2026-02-25T08:53:00Z</cp:lastPrinted>
  <dcterms:created xsi:type="dcterms:W3CDTF">2026-09-23T07:57:00Z</dcterms:created>
  <dcterms:modified xsi:type="dcterms:W3CDTF">2026-09-29T10:11:00Z</dcterms:modified>
</cp:coreProperties>
</file>